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41423" w14:textId="77777777" w:rsidR="003B6778" w:rsidRDefault="00335752">
      <w:pPr>
        <w:pStyle w:val="Heading1"/>
        <w:rPr>
          <w:color w:val="auto"/>
        </w:rPr>
      </w:pPr>
      <w:r w:rsidRPr="00223299">
        <w:rPr>
          <w:color w:val="auto"/>
        </w:rPr>
        <w:t>Upper Key Stage 2 (Year 5 &amp; Year 6) Long-Term Curriculum Map</w:t>
      </w:r>
    </w:p>
    <w:p w14:paraId="4E554992" w14:textId="77777777" w:rsidR="00223299" w:rsidRPr="00223299" w:rsidRDefault="00223299" w:rsidP="00223299">
      <w:pPr>
        <w:rPr>
          <w:lang w:val="en-GB"/>
        </w:rPr>
      </w:pPr>
      <w:r w:rsidRPr="00223299">
        <w:rPr>
          <w:lang w:val="en-GB"/>
        </w:rPr>
        <w:t>Mapped directly to the statutory Upper Key Stage 2 RSHE milestones:</w:t>
      </w:r>
    </w:p>
    <w:p w14:paraId="38F450E3" w14:textId="77777777" w:rsidR="00223299" w:rsidRPr="00223299" w:rsidRDefault="00223299" w:rsidP="00223299">
      <w:pPr>
        <w:numPr>
          <w:ilvl w:val="0"/>
          <w:numId w:val="10"/>
        </w:numPr>
        <w:rPr>
          <w:lang w:val="en-GB"/>
        </w:rPr>
      </w:pPr>
      <w:r w:rsidRPr="00223299">
        <w:rPr>
          <w:b/>
          <w:bCs/>
          <w:lang w:val="en-GB"/>
        </w:rPr>
        <w:t>Relationships:</w:t>
      </w:r>
      <w:r w:rsidRPr="00223299">
        <w:rPr>
          <w:lang w:val="en-GB"/>
        </w:rPr>
        <w:t xml:space="preserve"> Challenge peer pressure, understand consent frameworks, and build respectful peer networks.</w:t>
      </w:r>
    </w:p>
    <w:p w14:paraId="0FCFEF0E" w14:textId="77777777" w:rsidR="00223299" w:rsidRPr="00223299" w:rsidRDefault="00223299" w:rsidP="00223299">
      <w:pPr>
        <w:numPr>
          <w:ilvl w:val="0"/>
          <w:numId w:val="10"/>
        </w:numPr>
        <w:rPr>
          <w:lang w:val="en-GB"/>
        </w:rPr>
      </w:pPr>
      <w:r w:rsidRPr="00223299">
        <w:rPr>
          <w:b/>
          <w:bCs/>
          <w:lang w:val="en-GB"/>
        </w:rPr>
        <w:t>Health and Wellbeing:</w:t>
      </w:r>
      <w:r w:rsidRPr="00223299">
        <w:rPr>
          <w:lang w:val="en-GB"/>
        </w:rPr>
        <w:t xml:space="preserve"> Navigate emotional puberty shifts, regulate internal self-talk, and understand physical maturity.</w:t>
      </w:r>
    </w:p>
    <w:p w14:paraId="3712B6B7" w14:textId="77777777" w:rsidR="00223299" w:rsidRPr="00223299" w:rsidRDefault="00223299" w:rsidP="00223299">
      <w:pPr>
        <w:numPr>
          <w:ilvl w:val="0"/>
          <w:numId w:val="10"/>
        </w:numPr>
        <w:rPr>
          <w:lang w:val="en-GB"/>
        </w:rPr>
      </w:pPr>
      <w:r w:rsidRPr="00223299">
        <w:rPr>
          <w:b/>
          <w:bCs/>
          <w:lang w:val="en-GB"/>
        </w:rPr>
        <w:t>Safety and Community:</w:t>
      </w:r>
      <w:r w:rsidRPr="00223299">
        <w:rPr>
          <w:lang w:val="en-GB"/>
        </w:rPr>
        <w:t xml:space="preserve"> Evaluate advanced digital risks, manage substance misuse impacts, and execute basic emergency first aid.</w:t>
      </w:r>
    </w:p>
    <w:p w14:paraId="350B9886" w14:textId="77777777" w:rsidR="00223299" w:rsidRPr="00223299" w:rsidRDefault="00223299" w:rsidP="00223299"/>
    <w:p w14:paraId="38D5646C" w14:textId="77777777" w:rsidR="003B6778" w:rsidRPr="00223299" w:rsidRDefault="00335752">
      <w:pPr>
        <w:pStyle w:val="Heading2"/>
        <w:rPr>
          <w:color w:val="auto"/>
        </w:rPr>
      </w:pPr>
      <w:r w:rsidRPr="00223299">
        <w:rPr>
          <w:color w:val="auto"/>
        </w:rPr>
        <w:t>1. Year 5 Long-Term Curriculum Map</w:t>
      </w:r>
    </w:p>
    <w:p w14:paraId="6D7A57AD" w14:textId="77777777" w:rsidR="003B6778" w:rsidRPr="00223299" w:rsidRDefault="00335752">
      <w:pPr>
        <w:pStyle w:val="Heading3"/>
        <w:rPr>
          <w:color w:val="auto"/>
        </w:rPr>
      </w:pPr>
      <w:r w:rsidRPr="00223299">
        <w:rPr>
          <w:color w:val="auto"/>
        </w:rPr>
        <w:t>Autumn 1: Internal Anchors &amp; Personal Calling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B6778" w14:paraId="2FDD3193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7CE4" w14:textId="77777777" w:rsidR="003B6778" w:rsidRDefault="00335752">
            <w:pPr>
              <w:spacing w:before="80" w:after="80"/>
            </w:pPr>
            <w:r>
              <w:rPr>
                <w:b/>
              </w:rPr>
              <w:t>Week &amp; Strand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DFD0" w14:textId="77777777" w:rsidR="003B6778" w:rsidRDefault="00335752">
            <w:pPr>
              <w:spacing w:before="80" w:after="80"/>
            </w:pPr>
            <w:r>
              <w:rPr>
                <w:b/>
              </w:rPr>
              <w:t>Lesson Focus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161D" w14:textId="77777777" w:rsidR="003B6778" w:rsidRDefault="00335752">
            <w:pPr>
              <w:spacing w:before="80" w:after="80"/>
            </w:pPr>
            <w:r>
              <w:rPr>
                <w:b/>
              </w:rPr>
              <w:t>Explicit UKS2 Activity &amp; Practical Guidance</w:t>
            </w:r>
          </w:p>
        </w:tc>
      </w:tr>
      <w:tr w:rsidR="003B6778" w14:paraId="586CE2FA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A27A" w14:textId="77777777" w:rsidR="003B6778" w:rsidRDefault="00335752">
            <w:pPr>
              <w:spacing w:before="80" w:after="80"/>
            </w:pPr>
            <w:r>
              <w:t>Week 1: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1580" w14:textId="77777777" w:rsidR="003B6778" w:rsidRDefault="00335752">
            <w:pPr>
              <w:spacing w:before="80" w:after="80"/>
            </w:pPr>
            <w:r>
              <w:t>Calming the Storm (UKS2 1.1.1)</w:t>
            </w:r>
          </w:p>
          <w:p w14:paraId="133D0681" w14:textId="3BD282D4" w:rsidR="00223299" w:rsidRDefault="00223299">
            <w:pPr>
              <w:spacing w:before="80" w:after="80"/>
            </w:pPr>
            <w:hyperlink r:id="rId6">
              <w:r w:rsidRPr="00922B75">
                <w:rPr>
                  <w:rFonts w:eastAsia="Arial" w:cs="Arial"/>
                  <w:color w:val="0563C1"/>
                  <w:u w:val="single"/>
                </w:rPr>
                <w:t>UKS2 1.1.1 Calming the Storm</w:t>
              </w:r>
            </w:hyperlink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30B9" w14:textId="77777777" w:rsidR="003B6778" w:rsidRDefault="00335752">
            <w:pPr>
              <w:spacing w:before="80" w:after="80"/>
            </w:pPr>
            <w:r>
              <w:t>Theme: Religious Understanding. Explore scripture focusing on trusting God during trials. Practical Activity: Mindfully script personal worries onto paper boats and practice calming breathing strategies.</w:t>
            </w:r>
          </w:p>
        </w:tc>
      </w:tr>
      <w:tr w:rsidR="003B6778" w14:paraId="20258D91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6C61" w14:textId="77777777" w:rsidR="003B6778" w:rsidRDefault="00335752">
            <w:pPr>
              <w:spacing w:before="80" w:after="80"/>
            </w:pPr>
            <w:r>
              <w:t>Week 2: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F11EC" w14:textId="77777777" w:rsidR="003B6778" w:rsidRDefault="00335752">
            <w:pPr>
              <w:spacing w:before="80" w:after="80"/>
            </w:pPr>
            <w:r>
              <w:t>God Is Calling You (UKS2 2.1.1)</w:t>
            </w:r>
          </w:p>
          <w:p w14:paraId="730F5BBB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7">
              <w:r w:rsidRPr="00922B75">
                <w:rPr>
                  <w:rFonts w:eastAsia="Arial" w:cs="Arial"/>
                  <w:color w:val="0563C1"/>
                  <w:u w:val="single"/>
                </w:rPr>
                <w:t>UKS2 2.1.1 God Is Calling You</w:t>
              </w:r>
            </w:hyperlink>
          </w:p>
          <w:p w14:paraId="62E6C417" w14:textId="77777777" w:rsidR="00223299" w:rsidRDefault="00223299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940D" w14:textId="77777777" w:rsidR="003B6778" w:rsidRDefault="00335752">
            <w:pPr>
              <w:spacing w:before="80" w:after="80"/>
            </w:pPr>
            <w:r>
              <w:t>Theme: Discerning purpose and calling. Practical Activity: Reflect on local community service paths. Draft collaborative modern-day community manifestos focusing on helping isolated individuals.</w:t>
            </w:r>
          </w:p>
        </w:tc>
      </w:tr>
      <w:tr w:rsidR="003B6778" w14:paraId="4D079D80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BB28" w14:textId="77777777" w:rsidR="003B6778" w:rsidRDefault="00335752">
            <w:pPr>
              <w:spacing w:before="80" w:after="80"/>
            </w:pPr>
            <w:r>
              <w:t>Week 3: British Value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D24F" w14:textId="77777777" w:rsidR="003B6778" w:rsidRDefault="00335752">
            <w:pPr>
              <w:spacing w:before="80" w:after="80"/>
            </w:pPr>
            <w:r>
              <w:t>Democracy (Voting &amp; Systems)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064E" w14:textId="77777777" w:rsidR="003B6778" w:rsidRDefault="00335752">
            <w:pPr>
              <w:spacing w:before="80" w:after="80"/>
            </w:pPr>
            <w:r>
              <w:t xml:space="preserve">Theme: Systems of collaborative choice. Practical Activity: Form a classroom council debate over resource allocation, modeling parliamentary systems, and </w:t>
            </w:r>
            <w:r>
              <w:lastRenderedPageBreak/>
              <w:t>cast individual secret ballots.</w:t>
            </w:r>
          </w:p>
        </w:tc>
      </w:tr>
      <w:tr w:rsidR="003B6778" w14:paraId="3B304713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160F" w14:textId="77777777" w:rsidR="003B6778" w:rsidRDefault="00335752">
            <w:pPr>
              <w:spacing w:before="80" w:after="80"/>
            </w:pPr>
            <w:r>
              <w:lastRenderedPageBreak/>
              <w:t>Week 4: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2020" w14:textId="77777777" w:rsidR="003B6778" w:rsidRDefault="00335752">
            <w:pPr>
              <w:spacing w:before="80" w:after="80"/>
            </w:pPr>
            <w:r>
              <w:t>Harvest Festival [Whole-School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744C" w14:textId="77777777" w:rsidR="003B6778" w:rsidRDefault="00335752">
            <w:pPr>
              <w:spacing w:before="80" w:after="80"/>
            </w:pPr>
            <w:r>
              <w:t>Theme: Community support loops. Practical Activity: Coordinate food collection campaigns, community charity assemblies, and localized donation distributions.</w:t>
            </w:r>
          </w:p>
        </w:tc>
      </w:tr>
      <w:tr w:rsidR="003B6778" w14:paraId="7CC100B2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77F9" w14:textId="77777777" w:rsidR="003B6778" w:rsidRDefault="00335752">
            <w:pPr>
              <w:spacing w:before="80" w:after="80"/>
            </w:pPr>
            <w:r>
              <w:t>Week 5: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5DA7" w14:textId="77777777" w:rsidR="003B6778" w:rsidRDefault="00335752">
            <w:pPr>
              <w:spacing w:before="80" w:after="80"/>
            </w:pPr>
            <w:r>
              <w:t>Black History Month [Whole-School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B378" w14:textId="77777777" w:rsidR="003B6778" w:rsidRDefault="00335752">
            <w:pPr>
              <w:spacing w:before="80" w:after="80"/>
            </w:pPr>
            <w:r>
              <w:t>Theme: Historical legacy and achievements. Practical Activity: Research influential UK historical and contemporary figures, building a biographical display.</w:t>
            </w:r>
          </w:p>
        </w:tc>
      </w:tr>
    </w:tbl>
    <w:p w14:paraId="1344A17B" w14:textId="77777777" w:rsidR="003B6778" w:rsidRPr="00223299" w:rsidRDefault="003B6778"/>
    <w:p w14:paraId="4AF3A60D" w14:textId="77777777" w:rsidR="003B6778" w:rsidRPr="00223299" w:rsidRDefault="00335752">
      <w:pPr>
        <w:pStyle w:val="Heading3"/>
        <w:rPr>
          <w:color w:val="auto"/>
        </w:rPr>
      </w:pPr>
      <w:r w:rsidRPr="00223299">
        <w:rPr>
          <w:color w:val="auto"/>
        </w:rPr>
        <w:t>Autumn 2: Peer Dynamics &amp; Pressure Management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B6778" w14:paraId="09B03282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2DAC" w14:textId="77777777" w:rsidR="003B6778" w:rsidRDefault="00335752">
            <w:pPr>
              <w:spacing w:before="80" w:after="80"/>
            </w:pPr>
            <w:r>
              <w:rPr>
                <w:b/>
              </w:rPr>
              <w:t>Week &amp; Strand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D702" w14:textId="77777777" w:rsidR="003B6778" w:rsidRDefault="00335752">
            <w:pPr>
              <w:spacing w:before="80" w:after="80"/>
            </w:pPr>
            <w:r>
              <w:rPr>
                <w:b/>
              </w:rPr>
              <w:t>Lesson Focus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320E" w14:textId="77777777" w:rsidR="003B6778" w:rsidRDefault="00335752">
            <w:pPr>
              <w:spacing w:before="80" w:after="80"/>
            </w:pPr>
            <w:r>
              <w:rPr>
                <w:b/>
              </w:rPr>
              <w:t>Explicit UKS2 Activity &amp; Practical Guidance</w:t>
            </w:r>
          </w:p>
        </w:tc>
      </w:tr>
      <w:tr w:rsidR="003B6778" w14:paraId="291DE1A9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5C99" w14:textId="77777777" w:rsidR="003B6778" w:rsidRDefault="00335752">
            <w:pPr>
              <w:spacing w:before="80" w:after="80"/>
            </w:pPr>
            <w:r>
              <w:t>Week 1: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6B82" w14:textId="77777777" w:rsidR="003B6778" w:rsidRDefault="00335752">
            <w:pPr>
              <w:spacing w:before="80" w:after="80"/>
            </w:pPr>
            <w:r>
              <w:t>Under Pressure (UKS2 2.2.1)</w:t>
            </w:r>
          </w:p>
          <w:p w14:paraId="09E7516E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8">
              <w:r w:rsidRPr="00922B75">
                <w:rPr>
                  <w:rFonts w:eastAsia="Arial" w:cs="Arial"/>
                  <w:color w:val="0563C1"/>
                  <w:u w:val="single"/>
                </w:rPr>
                <w:t>UKS2 2.2.1 Under Pressure</w:t>
              </w:r>
            </w:hyperlink>
          </w:p>
          <w:p w14:paraId="3B833C57" w14:textId="77777777" w:rsidR="00223299" w:rsidRDefault="00223299" w:rsidP="00223299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9884" w14:textId="77777777" w:rsidR="003B6778" w:rsidRDefault="00335752">
            <w:pPr>
              <w:spacing w:before="80" w:after="80"/>
            </w:pPr>
            <w:r>
              <w:t>Theme: Peer dynamics and pressure. Practical Activity: Map out positive peer support networks vs manipulative peer groups. Rehearse clear refusal terminology to address negative peer expectations.</w:t>
            </w:r>
          </w:p>
        </w:tc>
      </w:tr>
      <w:tr w:rsidR="003B6778" w14:paraId="1331DFEB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E4D6" w14:textId="77777777" w:rsidR="003B6778" w:rsidRDefault="00335752">
            <w:pPr>
              <w:spacing w:before="80" w:after="80"/>
            </w:pPr>
            <w:r>
              <w:t>Week 2: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7894" w14:textId="77777777" w:rsidR="00223299" w:rsidRDefault="00335752" w:rsidP="00223299">
            <w:r>
              <w:t>Do You Want a Piece of Cake? (UKS2 2.2.2)</w:t>
            </w:r>
            <w:r w:rsidR="00223299">
              <w:t xml:space="preserve"> </w:t>
            </w:r>
          </w:p>
          <w:p w14:paraId="570183CF" w14:textId="6E202161" w:rsidR="00223299" w:rsidRPr="00922B75" w:rsidRDefault="00223299" w:rsidP="00223299">
            <w:pPr>
              <w:rPr>
                <w:rFonts w:eastAsia="Arial" w:cs="Arial"/>
              </w:rPr>
            </w:pPr>
            <w:hyperlink r:id="rId9">
              <w:r w:rsidRPr="00922B75">
                <w:rPr>
                  <w:rFonts w:eastAsia="Arial" w:cs="Arial"/>
                  <w:color w:val="0563C1"/>
                  <w:u w:val="single"/>
                </w:rPr>
                <w:t>UKS2 2.2.2 Do You Want a Piece of Cake?</w:t>
              </w:r>
            </w:hyperlink>
          </w:p>
          <w:p w14:paraId="5865DAC7" w14:textId="702A7596" w:rsidR="003B6778" w:rsidRDefault="003B6778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FA01" w14:textId="77777777" w:rsidR="003B6778" w:rsidRDefault="00335752">
            <w:pPr>
              <w:spacing w:before="80" w:after="80"/>
            </w:pPr>
            <w:r>
              <w:t>Theme: Boundaries and personal consent frameworks. Practical Activity: Use the classic cake metaphor to establish actionable definitions of consent and safety boundaries across social scenarios.</w:t>
            </w:r>
          </w:p>
        </w:tc>
      </w:tr>
      <w:tr w:rsidR="003B6778" w14:paraId="550DCBAD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EEE4" w14:textId="77777777" w:rsidR="003B6778" w:rsidRDefault="00335752">
            <w:pPr>
              <w:spacing w:before="80" w:after="80"/>
            </w:pPr>
            <w:r>
              <w:t>Week 3: British Value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ADB1" w14:textId="77777777" w:rsidR="003B6778" w:rsidRDefault="00335752">
            <w:pPr>
              <w:spacing w:before="80" w:after="80"/>
            </w:pPr>
            <w:r>
              <w:t>The Rule of Law (Civil &amp; School Rules)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4BB9" w14:textId="77777777" w:rsidR="003B6778" w:rsidRDefault="00335752">
            <w:pPr>
              <w:spacing w:before="80" w:after="80"/>
            </w:pPr>
            <w:r>
              <w:t xml:space="preserve">Theme: Boundaries maintaining collective safety. Practical Activity: Analyse public laws versus school </w:t>
            </w:r>
            <w:r>
              <w:lastRenderedPageBreak/>
              <w:t>rules. Create a mock courtroom to resolve structured school boundary scenarios, reinforcing fairness.</w:t>
            </w:r>
          </w:p>
        </w:tc>
      </w:tr>
      <w:tr w:rsidR="003B6778" w14:paraId="54381C21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9307" w14:textId="77777777" w:rsidR="003B6778" w:rsidRDefault="00335752">
            <w:pPr>
              <w:spacing w:before="80" w:after="80"/>
            </w:pPr>
            <w:r>
              <w:lastRenderedPageBreak/>
              <w:t>Week 4: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2B97" w14:textId="77777777" w:rsidR="003B6778" w:rsidRDefault="00335752">
            <w:pPr>
              <w:spacing w:before="80" w:after="80"/>
            </w:pPr>
            <w:r>
              <w:t>Remembrance Day [National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1499" w14:textId="77777777" w:rsidR="003B6778" w:rsidRDefault="00335752">
            <w:pPr>
              <w:spacing w:before="80" w:after="80"/>
            </w:pPr>
            <w:r>
              <w:t>Theme: Historical reflection and national remembrance. Practical Activity: Create layered poppy artwork with inscribed reflective thoughts, participating in whole-school silence assemblies.</w:t>
            </w:r>
          </w:p>
        </w:tc>
      </w:tr>
      <w:tr w:rsidR="003B6778" w14:paraId="7849B127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0312" w14:textId="77777777" w:rsidR="003B6778" w:rsidRDefault="00335752">
            <w:pPr>
              <w:spacing w:before="80" w:after="80"/>
            </w:pPr>
            <w:r>
              <w:t>Week 5: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7E4B" w14:textId="77777777" w:rsidR="003B6778" w:rsidRDefault="00335752">
            <w:pPr>
              <w:spacing w:before="80" w:after="80"/>
            </w:pPr>
            <w:r>
              <w:t>Anti-Bullying Week [National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B1EE" w14:textId="77777777" w:rsidR="003B6778" w:rsidRDefault="00335752">
            <w:pPr>
              <w:spacing w:before="80" w:after="80"/>
            </w:pPr>
            <w:r>
              <w:t>Theme: Combatting structural exclusion and bias. Practical Activity: Formulate custom classroom inclusion pledge cards. Roleplay affirmative standing techniques.</w:t>
            </w:r>
          </w:p>
        </w:tc>
      </w:tr>
    </w:tbl>
    <w:p w14:paraId="3E1E2020" w14:textId="77777777" w:rsidR="003B6778" w:rsidRDefault="003B6778"/>
    <w:p w14:paraId="24C34850" w14:textId="77777777" w:rsidR="003B6778" w:rsidRPr="00223299" w:rsidRDefault="00335752">
      <w:pPr>
        <w:pStyle w:val="Heading3"/>
        <w:rPr>
          <w:color w:val="auto"/>
        </w:rPr>
      </w:pPr>
      <w:r w:rsidRPr="00223299">
        <w:rPr>
          <w:color w:val="auto"/>
        </w:rPr>
        <w:t>Spring 1: Personal Dialogue &amp; Affirmation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B6778" w14:paraId="42F5BDBE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F2FC" w14:textId="77777777" w:rsidR="003B6778" w:rsidRDefault="00335752">
            <w:pPr>
              <w:spacing w:before="80" w:after="80"/>
            </w:pPr>
            <w:r>
              <w:rPr>
                <w:b/>
              </w:rPr>
              <w:t>Week &amp; Strand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AA27" w14:textId="77777777" w:rsidR="003B6778" w:rsidRDefault="00335752">
            <w:pPr>
              <w:spacing w:before="80" w:after="80"/>
            </w:pPr>
            <w:r>
              <w:rPr>
                <w:b/>
              </w:rPr>
              <w:t>Lesson Focus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76B4" w14:textId="77777777" w:rsidR="003B6778" w:rsidRDefault="00335752">
            <w:pPr>
              <w:spacing w:before="80" w:after="80"/>
            </w:pPr>
            <w:r>
              <w:rPr>
                <w:b/>
              </w:rPr>
              <w:t>Explicit UKS2 Activity &amp; Practical Guidance</w:t>
            </w:r>
          </w:p>
        </w:tc>
      </w:tr>
      <w:tr w:rsidR="003B6778" w14:paraId="4B9DDBE5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00A8" w14:textId="77777777" w:rsidR="003B6778" w:rsidRDefault="00335752">
            <w:pPr>
              <w:spacing w:before="80" w:after="80"/>
            </w:pPr>
            <w:r>
              <w:t>Week 1: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C290" w14:textId="77777777" w:rsidR="003B6778" w:rsidRDefault="00335752">
            <w:pPr>
              <w:spacing w:before="80" w:after="80"/>
            </w:pPr>
            <w:r>
              <w:t>Self-Talk (UKS2 2.2.3)</w:t>
            </w:r>
          </w:p>
          <w:p w14:paraId="24CA0C69" w14:textId="77777777" w:rsidR="00223299" w:rsidRPr="00922B75" w:rsidRDefault="00223299" w:rsidP="00223299">
            <w:pPr>
              <w:rPr>
                <w:rFonts w:cs="Arial"/>
              </w:rPr>
            </w:pPr>
            <w:hyperlink r:id="rId10">
              <w:r w:rsidRPr="00922B75">
                <w:rPr>
                  <w:rFonts w:eastAsia="Arial" w:cs="Arial"/>
                  <w:color w:val="0563C1"/>
                  <w:u w:val="single"/>
                </w:rPr>
                <w:t>UKS2 2.2.3 Self-Talk</w:t>
              </w:r>
            </w:hyperlink>
          </w:p>
          <w:p w14:paraId="1E8F16AF" w14:textId="77777777" w:rsidR="00223299" w:rsidRDefault="00223299" w:rsidP="00223299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EF65" w14:textId="77777777" w:rsidR="003B6778" w:rsidRDefault="00335752">
            <w:pPr>
              <w:spacing w:before="80" w:after="80"/>
            </w:pPr>
            <w:r>
              <w:t>Theme: Optimising inner dialogue. Practical Activity: Critique negative automatic internal phrasing. Transcribe damaging statements into supportive internal guidance scripts.</w:t>
            </w:r>
          </w:p>
        </w:tc>
      </w:tr>
      <w:tr w:rsidR="003B6778" w14:paraId="15555B9F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B0BE" w14:textId="77777777" w:rsidR="003B6778" w:rsidRDefault="00335752">
            <w:pPr>
              <w:spacing w:before="80" w:after="80"/>
            </w:pPr>
            <w:r>
              <w:t>Week 2: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C11B" w14:textId="77777777" w:rsidR="00223299" w:rsidRDefault="00335752" w:rsidP="00223299">
            <w:r>
              <w:t>Confidence vs Control &amp; Build Others Up (UKS2 2.2.4 / 2.2.5)</w:t>
            </w:r>
            <w:r w:rsidR="00223299">
              <w:t xml:space="preserve"> </w:t>
            </w:r>
          </w:p>
          <w:p w14:paraId="2C6BB6FA" w14:textId="186C4863" w:rsidR="00223299" w:rsidRPr="00DE03FF" w:rsidRDefault="00223299" w:rsidP="00223299">
            <w:pPr>
              <w:rPr>
                <w:rFonts w:eastAsia="Arial" w:cs="Arial"/>
                <w:color w:val="0070C0"/>
              </w:rPr>
            </w:pPr>
            <w:hyperlink r:id="rId11" w:history="1">
              <w:r w:rsidRPr="00DE03FF">
                <w:rPr>
                  <w:rStyle w:val="Hyperlink"/>
                  <w:rFonts w:eastAsia="Arial" w:cs="Arial"/>
                  <w:color w:val="0070C0"/>
                </w:rPr>
                <w:t>UKS2 2.2.4 Confidence vs Control</w:t>
              </w:r>
            </w:hyperlink>
          </w:p>
          <w:p w14:paraId="3B575B41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12">
              <w:r w:rsidRPr="00223299">
                <w:rPr>
                  <w:rFonts w:eastAsia="Arial" w:cs="Arial"/>
                  <w:color w:val="0563C1"/>
                  <w:highlight w:val="green"/>
                  <w:u w:val="single"/>
                </w:rPr>
                <w:t>UKS2 2.2.5 Build Others Up</w:t>
              </w:r>
            </w:hyperlink>
          </w:p>
          <w:p w14:paraId="48CE269D" w14:textId="21549C90" w:rsidR="003B6778" w:rsidRDefault="003B6778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3AB8" w14:textId="77777777" w:rsidR="003B6778" w:rsidRDefault="00335752">
            <w:pPr>
              <w:spacing w:before="80" w:after="80"/>
            </w:pPr>
            <w:r>
              <w:t>Theme: Assertive behavior and affirmation. Practical Activity: Differentiate aggressive, passive, and assertive responses. Set up a peer support log to track and record quiet acts of support.</w:t>
            </w:r>
          </w:p>
        </w:tc>
      </w:tr>
      <w:tr w:rsidR="003B6778" w14:paraId="686F6BE0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8DC6" w14:textId="77777777" w:rsidR="003B6778" w:rsidRDefault="00335752">
            <w:pPr>
              <w:spacing w:before="80" w:after="80"/>
            </w:pPr>
            <w:r>
              <w:t>Week 3: British Value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A273" w14:textId="77777777" w:rsidR="003B6778" w:rsidRDefault="00335752">
            <w:pPr>
              <w:spacing w:before="80" w:after="80"/>
            </w:pPr>
            <w:r>
              <w:t>Individual Liberty (Personal Agency)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CE20" w14:textId="77777777" w:rsidR="003B6778" w:rsidRDefault="00335752">
            <w:pPr>
              <w:spacing w:before="80" w:after="80"/>
            </w:pPr>
            <w:r>
              <w:t xml:space="preserve">Theme: Autonomy and safe personal freedoms. Practical </w:t>
            </w:r>
            <w:r>
              <w:lastRenderedPageBreak/>
              <w:t>Activity: Create personal goal journals detailing individual paths, identifying methods to exercise personal rights while respecting school safety rules.</w:t>
            </w:r>
          </w:p>
        </w:tc>
      </w:tr>
      <w:tr w:rsidR="003B6778" w14:paraId="2DB5FF1A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A70CE" w14:textId="77777777" w:rsidR="003B6778" w:rsidRDefault="00335752">
            <w:pPr>
              <w:spacing w:before="80" w:after="80"/>
            </w:pPr>
            <w:r>
              <w:lastRenderedPageBreak/>
              <w:t>Week 4: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4F0C" w14:textId="77777777" w:rsidR="003B6778" w:rsidRDefault="00335752">
            <w:pPr>
              <w:spacing w:before="80" w:after="80"/>
            </w:pPr>
            <w:r>
              <w:t>Children's Mental Health [National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72C0" w14:textId="77777777" w:rsidR="003B6778" w:rsidRDefault="00335752">
            <w:pPr>
              <w:spacing w:before="80" w:after="80"/>
            </w:pPr>
            <w:r>
              <w:t>Theme: Developing coping pathways. Practical Activity: Create localized self-care emergency kits detailing personal coping scripts, breathing techniques, and personal safety contacts.</w:t>
            </w:r>
          </w:p>
        </w:tc>
      </w:tr>
      <w:tr w:rsidR="003B6778" w14:paraId="36381C51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49A2" w14:textId="77777777" w:rsidR="003B6778" w:rsidRDefault="00335752">
            <w:pPr>
              <w:spacing w:before="80" w:after="80"/>
            </w:pPr>
            <w:r>
              <w:t>Week 5: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A6BD" w14:textId="77777777" w:rsidR="003B6778" w:rsidRDefault="00335752">
            <w:pPr>
              <w:spacing w:before="80" w:after="80"/>
            </w:pPr>
            <w:r>
              <w:t>Safer Internet Day [National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872A" w14:textId="77777777" w:rsidR="003B6778" w:rsidRDefault="00335752">
            <w:pPr>
              <w:spacing w:before="80" w:after="80"/>
            </w:pPr>
            <w:r>
              <w:t>Theme: Safe digital navigation. Practical Activity: Construct protective digital firewall posters mapping explicit steps to report inappropriate materials.</w:t>
            </w:r>
          </w:p>
        </w:tc>
      </w:tr>
    </w:tbl>
    <w:p w14:paraId="21A322E6" w14:textId="77777777" w:rsidR="003B6778" w:rsidRDefault="003B6778"/>
    <w:p w14:paraId="0A7E925F" w14:textId="77777777" w:rsidR="003B6778" w:rsidRPr="00223299" w:rsidRDefault="00335752">
      <w:pPr>
        <w:pStyle w:val="Heading3"/>
        <w:rPr>
          <w:color w:val="auto"/>
        </w:rPr>
      </w:pPr>
      <w:r w:rsidRPr="00223299">
        <w:rPr>
          <w:color w:val="auto"/>
        </w:rPr>
        <w:t>Spring 2: Digital Security &amp; Sharing Limits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B6778" w14:paraId="19FAE1EA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FE8F" w14:textId="77777777" w:rsidR="003B6778" w:rsidRDefault="00335752">
            <w:pPr>
              <w:spacing w:before="80" w:after="80"/>
            </w:pPr>
            <w:r>
              <w:rPr>
                <w:b/>
              </w:rPr>
              <w:t>Week &amp; Strand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88B2" w14:textId="77777777" w:rsidR="003B6778" w:rsidRDefault="00335752">
            <w:pPr>
              <w:spacing w:before="80" w:after="80"/>
            </w:pPr>
            <w:r>
              <w:rPr>
                <w:b/>
              </w:rPr>
              <w:t>Lesson Focus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D8DA" w14:textId="77777777" w:rsidR="003B6778" w:rsidRDefault="00335752">
            <w:pPr>
              <w:spacing w:before="80" w:after="80"/>
            </w:pPr>
            <w:r>
              <w:rPr>
                <w:b/>
              </w:rPr>
              <w:t>Explicit UKS2 Activity &amp; Practical Guidance</w:t>
            </w:r>
          </w:p>
        </w:tc>
      </w:tr>
      <w:tr w:rsidR="003B6778" w14:paraId="703AF677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82C2" w14:textId="77777777" w:rsidR="003B6778" w:rsidRDefault="00335752">
            <w:pPr>
              <w:spacing w:before="80" w:after="80"/>
            </w:pPr>
            <w:r>
              <w:t>Week 1: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BEBF" w14:textId="77777777" w:rsidR="003B6778" w:rsidRDefault="00335752">
            <w:pPr>
              <w:spacing w:before="80" w:after="80"/>
            </w:pPr>
            <w:r>
              <w:t>Sharing Isn't Always Caring (UKS2 2.3.1)</w:t>
            </w:r>
          </w:p>
          <w:p w14:paraId="4F2A7712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13">
              <w:r w:rsidRPr="00922B75">
                <w:rPr>
                  <w:rFonts w:eastAsia="Arial" w:cs="Arial"/>
                  <w:color w:val="0563C1"/>
                  <w:u w:val="single"/>
                </w:rPr>
                <w:t>UKS2 2.3.1 Sharing Isn’t Always Caring</w:t>
              </w:r>
            </w:hyperlink>
          </w:p>
          <w:p w14:paraId="0FDA2186" w14:textId="77777777" w:rsidR="00223299" w:rsidRDefault="00223299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CB60" w14:textId="77777777" w:rsidR="003B6778" w:rsidRDefault="00335752">
            <w:pPr>
              <w:spacing w:before="80" w:after="80"/>
            </w:pPr>
            <w:r>
              <w:t>Theme: Data privacy and image distribution. Practical Activity: Chart the digital footprint of a forwarded photograph, exploring legal, social, and personal impacts of sharing media without consent.</w:t>
            </w:r>
          </w:p>
        </w:tc>
      </w:tr>
      <w:tr w:rsidR="003B6778" w14:paraId="26278C46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3635" w14:textId="77777777" w:rsidR="003B6778" w:rsidRDefault="00335752">
            <w:pPr>
              <w:spacing w:before="80" w:after="80"/>
            </w:pPr>
            <w:r>
              <w:t>Week 2: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2A57" w14:textId="77777777" w:rsidR="003B6778" w:rsidRDefault="00335752">
            <w:pPr>
              <w:spacing w:before="80" w:after="80"/>
            </w:pPr>
            <w:r>
              <w:t>Cyberbullying (UKS2 2.3.2)</w:t>
            </w:r>
          </w:p>
          <w:p w14:paraId="5C641A6E" w14:textId="77777777" w:rsidR="00223299" w:rsidRPr="00922B75" w:rsidRDefault="00223299" w:rsidP="00223299">
            <w:pPr>
              <w:rPr>
                <w:rFonts w:eastAsia="Arial" w:cs="Arial"/>
                <w:color w:val="0563C1"/>
                <w:u w:val="single"/>
              </w:rPr>
            </w:pPr>
            <w:hyperlink r:id="rId14">
              <w:r w:rsidRPr="00922B75">
                <w:rPr>
                  <w:rFonts w:eastAsia="Arial" w:cs="Arial"/>
                  <w:color w:val="0563C1"/>
                  <w:u w:val="single"/>
                </w:rPr>
                <w:t>UKS2 2.3.2 Cyberbullying</w:t>
              </w:r>
            </w:hyperlink>
          </w:p>
          <w:p w14:paraId="39425636" w14:textId="77777777" w:rsidR="00223299" w:rsidRDefault="00223299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2FFB" w14:textId="77777777" w:rsidR="003B6778" w:rsidRDefault="00335752">
            <w:pPr>
              <w:spacing w:before="80" w:after="80"/>
            </w:pPr>
            <w:r>
              <w:t>Theme: Eradicating targeted digital harassment. Practical Activity: Categorize online trolling, harassment, and exclusions. Map explicit support evidence trails (screenshots, blocking, reporting).</w:t>
            </w:r>
          </w:p>
        </w:tc>
      </w:tr>
      <w:tr w:rsidR="003B6778" w14:paraId="49BDA4AB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15F9" w14:textId="77777777" w:rsidR="003B6778" w:rsidRDefault="00335752">
            <w:pPr>
              <w:spacing w:before="80" w:after="80"/>
            </w:pPr>
            <w:r>
              <w:lastRenderedPageBreak/>
              <w:t>Week 3: British Value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C24F" w14:textId="77777777" w:rsidR="003B6778" w:rsidRDefault="00335752">
            <w:pPr>
              <w:spacing w:before="80" w:after="80"/>
            </w:pPr>
            <w:r>
              <w:t>Democracy (Systems of Debate)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03CC" w14:textId="77777777" w:rsidR="003B6778" w:rsidRDefault="00335752">
            <w:pPr>
              <w:spacing w:before="80" w:after="80"/>
            </w:pPr>
            <w:r>
              <w:t>Theme: Constructive debate frameworks. Practical Activity: Structure a formal classroom debate around current school topics, utilizing strict speaking limits and turn-taking rules.</w:t>
            </w:r>
          </w:p>
        </w:tc>
      </w:tr>
      <w:tr w:rsidR="003B6778" w14:paraId="52F27F3B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0738" w14:textId="77777777" w:rsidR="003B6778" w:rsidRDefault="00335752">
            <w:pPr>
              <w:spacing w:before="80" w:after="80"/>
            </w:pPr>
            <w:r>
              <w:t>Week 4: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B3AD" w14:textId="77777777" w:rsidR="003B6778" w:rsidRDefault="00335752">
            <w:pPr>
              <w:spacing w:before="80" w:after="80"/>
            </w:pPr>
            <w:r>
              <w:t>National Careers Week [Theme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E6DC" w14:textId="77777777" w:rsidR="003B6778" w:rsidRDefault="00335752">
            <w:pPr>
              <w:spacing w:before="80" w:after="80"/>
            </w:pPr>
            <w:r>
              <w:t>Theme: Career goal frameworks. Practical Activity: Formulate professional profiles matching personal talents to future career opportunities, conducting mock structural interviews in pairs.</w:t>
            </w:r>
          </w:p>
        </w:tc>
      </w:tr>
      <w:tr w:rsidR="003B6778" w14:paraId="5E7D48E0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D732" w14:textId="77777777" w:rsidR="003B6778" w:rsidRDefault="00335752">
            <w:pPr>
              <w:spacing w:before="80" w:after="80"/>
            </w:pPr>
            <w:r>
              <w:t>Week 5: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6E10" w14:textId="77777777" w:rsidR="003B6778" w:rsidRDefault="00335752">
            <w:pPr>
              <w:spacing w:before="80" w:after="80"/>
            </w:pPr>
            <w:r>
              <w:t>Managing Growth &amp; Mistakes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0792" w14:textId="77777777" w:rsidR="003B6778" w:rsidRDefault="00335752">
            <w:pPr>
              <w:spacing w:before="80" w:after="80"/>
            </w:pPr>
            <w:r>
              <w:t>Theme: Developing a resilient growth mindset. Practical Activity: Map past challenges onto a 'Resilience Timeline', highlighting lessons derived from mistakes using 'The Power of YET' framework.</w:t>
            </w:r>
          </w:p>
        </w:tc>
      </w:tr>
    </w:tbl>
    <w:p w14:paraId="0761953E" w14:textId="77777777" w:rsidR="003B6778" w:rsidRDefault="003B6778"/>
    <w:p w14:paraId="45A71329" w14:textId="77777777" w:rsidR="003B6778" w:rsidRPr="00223299" w:rsidRDefault="00335752">
      <w:pPr>
        <w:pStyle w:val="Heading3"/>
        <w:rPr>
          <w:color w:val="auto"/>
        </w:rPr>
      </w:pPr>
      <w:r w:rsidRPr="00223299">
        <w:rPr>
          <w:color w:val="auto"/>
        </w:rPr>
        <w:t>Summer 1: Personal Safety &amp; Substance Awareness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B6778" w14:paraId="03F8B18D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E91B" w14:textId="77777777" w:rsidR="003B6778" w:rsidRDefault="00335752">
            <w:pPr>
              <w:spacing w:before="80" w:after="80"/>
            </w:pPr>
            <w:r>
              <w:rPr>
                <w:b/>
              </w:rPr>
              <w:t>Week &amp; Strand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8925" w14:textId="77777777" w:rsidR="003B6778" w:rsidRDefault="00335752">
            <w:pPr>
              <w:spacing w:before="80" w:after="80"/>
            </w:pPr>
            <w:r>
              <w:rPr>
                <w:b/>
              </w:rPr>
              <w:t>Lesson Focus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5690" w14:textId="77777777" w:rsidR="003B6778" w:rsidRDefault="00335752">
            <w:pPr>
              <w:spacing w:before="80" w:after="80"/>
            </w:pPr>
            <w:r>
              <w:rPr>
                <w:b/>
              </w:rPr>
              <w:t>Explicit UKS2 Activity &amp; Practical Guidance</w:t>
            </w:r>
          </w:p>
        </w:tc>
      </w:tr>
      <w:tr w:rsidR="003B6778" w14:paraId="093BFDFB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1C86" w14:textId="77777777" w:rsidR="003B6778" w:rsidRDefault="00335752">
            <w:pPr>
              <w:spacing w:before="80" w:after="80"/>
            </w:pPr>
            <w:r>
              <w:t>Week 1: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57CD" w14:textId="77777777" w:rsidR="003B6778" w:rsidRDefault="00335752">
            <w:pPr>
              <w:spacing w:before="80" w:after="80"/>
            </w:pPr>
            <w:r>
              <w:t>Types of Abuse (UKS2 2.4.1)</w:t>
            </w:r>
          </w:p>
          <w:p w14:paraId="167C45D1" w14:textId="77777777" w:rsidR="00223299" w:rsidRPr="00922B75" w:rsidRDefault="00223299" w:rsidP="00223299">
            <w:pPr>
              <w:rPr>
                <w:rFonts w:eastAsia="Arial" w:cs="Arial"/>
                <w:color w:val="0563C1"/>
                <w:u w:val="single"/>
              </w:rPr>
            </w:pPr>
            <w:hyperlink r:id="rId15">
              <w:r w:rsidRPr="00922B75">
                <w:rPr>
                  <w:rFonts w:eastAsia="Arial" w:cs="Arial"/>
                  <w:color w:val="0563C1"/>
                  <w:u w:val="single"/>
                </w:rPr>
                <w:t>UKS2 2.4.1 Types of Abuse</w:t>
              </w:r>
            </w:hyperlink>
          </w:p>
          <w:p w14:paraId="43134A9F" w14:textId="77777777" w:rsidR="00223299" w:rsidRDefault="00223299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9F09" w14:textId="77777777" w:rsidR="003B6778" w:rsidRDefault="00335752">
            <w:pPr>
              <w:spacing w:before="80" w:after="80"/>
            </w:pPr>
            <w:r>
              <w:t>Theme: Safeguarding boundaries and body safety. Practical Activity: Identify emotional, physical, and verbal boundary violations. Rehearse strict reporting language to flag unsafe situations to trusted adults.</w:t>
            </w:r>
          </w:p>
        </w:tc>
      </w:tr>
      <w:tr w:rsidR="003B6778" w14:paraId="73C5D54D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3443" w14:textId="77777777" w:rsidR="003B6778" w:rsidRDefault="00335752">
            <w:pPr>
              <w:spacing w:before="80" w:after="80"/>
            </w:pPr>
            <w:r>
              <w:t>Week 2: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C5E0" w14:textId="77777777" w:rsidR="003B6778" w:rsidRDefault="00335752">
            <w:pPr>
              <w:spacing w:before="80" w:after="80"/>
            </w:pPr>
            <w:r>
              <w:t>Impacted Lifestyles (UKS2 2.4.2)</w:t>
            </w:r>
          </w:p>
          <w:p w14:paraId="77F31A0A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16">
              <w:r w:rsidRPr="00922B75">
                <w:rPr>
                  <w:rFonts w:eastAsia="Arial" w:cs="Arial"/>
                  <w:color w:val="0563C1"/>
                  <w:u w:val="single"/>
                </w:rPr>
                <w:t>UKS2 2.4.2 Impacted Lifestyles</w:t>
              </w:r>
            </w:hyperlink>
          </w:p>
          <w:p w14:paraId="4060E361" w14:textId="77777777" w:rsidR="00223299" w:rsidRDefault="00223299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CF70" w14:textId="77777777" w:rsidR="003B6778" w:rsidRDefault="00335752">
            <w:pPr>
              <w:spacing w:before="80" w:after="80"/>
            </w:pPr>
            <w:r>
              <w:lastRenderedPageBreak/>
              <w:t xml:space="preserve">Theme: Substance misuse impacts. Practical Activity: Graph the physiological and social consequences of tobacco, alcohol, and drug </w:t>
            </w:r>
            <w:r>
              <w:lastRenderedPageBreak/>
              <w:t>misuse on personal aspirations and family units.</w:t>
            </w:r>
          </w:p>
        </w:tc>
      </w:tr>
      <w:tr w:rsidR="003B6778" w14:paraId="3484D6D9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CE1B" w14:textId="77777777" w:rsidR="003B6778" w:rsidRDefault="00335752">
            <w:pPr>
              <w:spacing w:before="80" w:after="80"/>
            </w:pPr>
            <w:r>
              <w:lastRenderedPageBreak/>
              <w:t>Week 3: British Value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A145" w14:textId="77777777" w:rsidR="003B6778" w:rsidRDefault="00335752">
            <w:pPr>
              <w:spacing w:before="80" w:after="80"/>
            </w:pPr>
            <w:r>
              <w:t>Mutual Respect (Inclusivity Tracks)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CE7F" w14:textId="77777777" w:rsidR="003B6778" w:rsidRDefault="00335752">
            <w:pPr>
              <w:spacing w:before="80" w:after="80"/>
            </w:pPr>
            <w:r>
              <w:t>Theme: Embracing varied community groups. Practical Activity: Conduct structured group games highlighting collaboration where participants have differing rules, generating methods to support fair play.</w:t>
            </w:r>
          </w:p>
        </w:tc>
      </w:tr>
      <w:tr w:rsidR="003B6778" w14:paraId="011B0408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0E48" w14:textId="77777777" w:rsidR="003B6778" w:rsidRDefault="00335752">
            <w:pPr>
              <w:spacing w:before="80" w:after="80"/>
            </w:pPr>
            <w:r>
              <w:t>Week 4: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DCFD" w14:textId="77777777" w:rsidR="003B6778" w:rsidRDefault="00335752">
            <w:pPr>
              <w:spacing w:before="80" w:after="80"/>
            </w:pPr>
            <w:r>
              <w:t>Earth Day [Global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A0EA" w14:textId="77777777" w:rsidR="003B6778" w:rsidRDefault="00335752">
            <w:pPr>
              <w:spacing w:before="80" w:after="80"/>
            </w:pPr>
            <w:r>
              <w:t>Theme: Environmental balance stewardship. Practical Activity: Audit school plastics and waste metrics, generating actionable energy-reduction and localization conservation strategies for the building.</w:t>
            </w:r>
          </w:p>
        </w:tc>
      </w:tr>
      <w:tr w:rsidR="003B6778" w14:paraId="2EF1F876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6447" w14:textId="77777777" w:rsidR="003B6778" w:rsidRDefault="00335752">
            <w:pPr>
              <w:spacing w:before="80" w:after="80"/>
            </w:pPr>
            <w:r>
              <w:t>Week 5: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A234" w14:textId="77777777" w:rsidR="003B6778" w:rsidRDefault="00335752">
            <w:pPr>
              <w:spacing w:before="80" w:after="80"/>
            </w:pPr>
            <w:r>
              <w:t>Where Food Comes From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82E2" w14:textId="77777777" w:rsidR="003B6778" w:rsidRDefault="00335752">
            <w:pPr>
              <w:spacing w:before="80" w:after="80"/>
            </w:pPr>
            <w:r>
              <w:t>Theme: Financial literacy and modern enterprise. Practical Activity: Chart international supply chains from source to market, examining how professional enterprise generates taxable revenue for communal public services.</w:t>
            </w:r>
          </w:p>
        </w:tc>
      </w:tr>
    </w:tbl>
    <w:p w14:paraId="13D59120" w14:textId="77777777" w:rsidR="003B6778" w:rsidRPr="00223299" w:rsidRDefault="003B6778"/>
    <w:p w14:paraId="032D2C54" w14:textId="77777777" w:rsidR="003B6778" w:rsidRPr="00223299" w:rsidRDefault="00335752">
      <w:pPr>
        <w:pStyle w:val="Heading3"/>
        <w:rPr>
          <w:color w:val="auto"/>
        </w:rPr>
      </w:pPr>
      <w:r w:rsidRPr="00223299">
        <w:rPr>
          <w:color w:val="auto"/>
        </w:rPr>
        <w:t>Summer 2: Strategic Choices &amp; Community Actions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B6778" w14:paraId="7C8BA432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52BA" w14:textId="77777777" w:rsidR="003B6778" w:rsidRDefault="00335752">
            <w:pPr>
              <w:spacing w:before="80" w:after="80"/>
            </w:pPr>
            <w:r>
              <w:rPr>
                <w:b/>
              </w:rPr>
              <w:t>Week &amp; Strand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9CF6" w14:textId="77777777" w:rsidR="003B6778" w:rsidRDefault="00335752">
            <w:pPr>
              <w:spacing w:before="80" w:after="80"/>
            </w:pPr>
            <w:r>
              <w:rPr>
                <w:b/>
              </w:rPr>
              <w:t>Lesson Focus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6FCB" w14:textId="77777777" w:rsidR="003B6778" w:rsidRDefault="00335752">
            <w:pPr>
              <w:spacing w:before="80" w:after="80"/>
            </w:pPr>
            <w:r>
              <w:rPr>
                <w:b/>
              </w:rPr>
              <w:t>Explicit UKS2 Activity &amp; Practical Guidance</w:t>
            </w:r>
          </w:p>
        </w:tc>
      </w:tr>
      <w:tr w:rsidR="003B6778" w14:paraId="58190B3E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101F" w14:textId="77777777" w:rsidR="003B6778" w:rsidRDefault="00335752">
            <w:pPr>
              <w:spacing w:before="80" w:after="80"/>
            </w:pPr>
            <w:r>
              <w:t>Week 1: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2485" w14:textId="77777777" w:rsidR="003B6778" w:rsidRDefault="00335752">
            <w:pPr>
              <w:spacing w:before="80" w:after="80"/>
            </w:pPr>
            <w:r>
              <w:t>Making Good Choices &amp; Giving Assistance (UKS2 2.4.3 / 2.4.4)</w:t>
            </w:r>
          </w:p>
          <w:p w14:paraId="37E7EDEA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17">
              <w:r w:rsidRPr="00922B75">
                <w:rPr>
                  <w:rFonts w:eastAsia="Arial" w:cs="Arial"/>
                  <w:color w:val="0563C1"/>
                  <w:u w:val="single"/>
                </w:rPr>
                <w:t>UKS2 2.4.3 Making Good Choices</w:t>
              </w:r>
            </w:hyperlink>
          </w:p>
          <w:p w14:paraId="23A889FE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18">
              <w:r w:rsidRPr="00922B75">
                <w:rPr>
                  <w:rFonts w:eastAsia="Arial" w:cs="Arial"/>
                  <w:color w:val="0563C1"/>
                  <w:u w:val="single"/>
                </w:rPr>
                <w:t>UKS2 2.4.4 Giving Assistance</w:t>
              </w:r>
            </w:hyperlink>
          </w:p>
          <w:p w14:paraId="39A235C7" w14:textId="77777777" w:rsidR="00223299" w:rsidRDefault="00223299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D5D5" w14:textId="77777777" w:rsidR="003B6778" w:rsidRDefault="00335752">
            <w:pPr>
              <w:spacing w:before="80" w:after="80"/>
            </w:pPr>
            <w:r>
              <w:t>Theme: Risk calculation and first aid protocols. Practical Activity: Calculate choices in high-pressure settings. Memorize DR ABC checks, practice clear emergency service calling scripts, and simulate primary assessment.</w:t>
            </w:r>
          </w:p>
        </w:tc>
      </w:tr>
      <w:tr w:rsidR="003B6778" w14:paraId="7C0E2D93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3292" w14:textId="77777777" w:rsidR="003B6778" w:rsidRDefault="00335752">
            <w:pPr>
              <w:spacing w:before="80" w:after="80"/>
            </w:pPr>
            <w:r>
              <w:lastRenderedPageBreak/>
              <w:t>Week 2: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887B" w14:textId="77777777" w:rsidR="003B6778" w:rsidRDefault="00335752">
            <w:pPr>
              <w:spacing w:before="80" w:after="80"/>
            </w:pPr>
            <w:r>
              <w:t>The Holy Trinity, CST &amp; Reaching Out (UKS2 3.1.1 / 3.1.2 / 3.2.1)</w:t>
            </w:r>
          </w:p>
          <w:p w14:paraId="4D61B312" w14:textId="77777777" w:rsidR="00223299" w:rsidRPr="00922B75" w:rsidRDefault="00223299" w:rsidP="00223299">
            <w:pPr>
              <w:rPr>
                <w:rFonts w:eastAsia="Arial" w:cs="Arial"/>
                <w:color w:val="0563C1"/>
                <w:u w:val="single"/>
              </w:rPr>
            </w:pPr>
            <w:hyperlink r:id="rId19">
              <w:r w:rsidRPr="00922B75">
                <w:rPr>
                  <w:rFonts w:eastAsia="Arial" w:cs="Arial"/>
                  <w:color w:val="0563C1"/>
                  <w:u w:val="single"/>
                </w:rPr>
                <w:t>UKS2 3.1.1 The Holy Trinity</w:t>
              </w:r>
            </w:hyperlink>
          </w:p>
          <w:p w14:paraId="6193051C" w14:textId="12F15058" w:rsidR="00223299" w:rsidRPr="00922B75" w:rsidRDefault="00223299" w:rsidP="00223299">
            <w:pPr>
              <w:rPr>
                <w:rFonts w:eastAsia="Arial" w:cs="Arial"/>
              </w:rPr>
            </w:pPr>
            <w:hyperlink r:id="rId20">
              <w:r w:rsidRPr="00922B75">
                <w:rPr>
                  <w:rFonts w:eastAsia="Arial" w:cs="Arial"/>
                  <w:color w:val="0563C1"/>
                  <w:u w:val="single"/>
                </w:rPr>
                <w:t>UKS2 3.1.2 Catholic Social Teaching</w:t>
              </w:r>
            </w:hyperlink>
          </w:p>
          <w:p w14:paraId="1B8DFE35" w14:textId="6037F0A4" w:rsidR="00223299" w:rsidRDefault="00223299" w:rsidP="00223299">
            <w:pPr>
              <w:spacing w:before="80" w:after="80"/>
            </w:pPr>
            <w:hyperlink r:id="rId21">
              <w:r w:rsidRPr="00922B75">
                <w:rPr>
                  <w:rFonts w:eastAsia="Arial" w:cs="Arial"/>
                  <w:color w:val="0563C1"/>
                  <w:u w:val="single"/>
                </w:rPr>
                <w:t>UKS2 3.2.1 Reaching Out</w:t>
              </w:r>
            </w:hyperlink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F1B3" w14:textId="77777777" w:rsidR="003B6778" w:rsidRDefault="00335752">
            <w:pPr>
              <w:spacing w:before="80" w:after="80"/>
            </w:pPr>
            <w:r>
              <w:t>Theme: Catholic Social Teaching and outreach. Practical Activity: Plan localized social action tasks aligning human dignity with stewardship, targeting isolated members of the community.</w:t>
            </w:r>
          </w:p>
        </w:tc>
      </w:tr>
      <w:tr w:rsidR="003B6778" w14:paraId="397CBA35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6088" w14:textId="77777777" w:rsidR="003B6778" w:rsidRDefault="00335752">
            <w:pPr>
              <w:spacing w:before="80" w:after="80"/>
            </w:pPr>
            <w:r>
              <w:t>Week 3: British Value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0C43" w14:textId="77777777" w:rsidR="003B6778" w:rsidRDefault="00335752">
            <w:pPr>
              <w:spacing w:before="80" w:after="80"/>
            </w:pPr>
            <w:r>
              <w:t>The Rule of Law (Community Boundaries)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2B6C" w14:textId="77777777" w:rsidR="003B6778" w:rsidRDefault="00335752">
            <w:pPr>
              <w:spacing w:before="80" w:after="80"/>
            </w:pPr>
            <w:r>
              <w:t>Theme: Social safety and rules outside school. Practical Activity: Examine public safety guidelines (parks, transits). Design educational safety leaflets detailing why public boundaries preserve order.</w:t>
            </w:r>
          </w:p>
        </w:tc>
      </w:tr>
      <w:tr w:rsidR="003B6778" w14:paraId="4EA4CE01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5348" w14:textId="77777777" w:rsidR="003B6778" w:rsidRDefault="00335752">
            <w:pPr>
              <w:spacing w:before="80" w:after="80"/>
            </w:pPr>
            <w:r>
              <w:t>Week 4: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A456" w14:textId="77777777" w:rsidR="003B6778" w:rsidRDefault="00335752">
            <w:pPr>
              <w:spacing w:before="80" w:after="80"/>
            </w:pPr>
            <w:r>
              <w:t>Moving to Year 6 [Transition Focus]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2D0A" w14:textId="77777777" w:rsidR="003B6778" w:rsidRDefault="00335752">
            <w:pPr>
              <w:spacing w:before="80" w:after="80"/>
            </w:pPr>
            <w:r>
              <w:t>Theme: Structural preparation and transition management. Practical Activity: Conduct shared review interviews with current Year 6 students, mapping physical and curricular shifts to demystify structural expectations.</w:t>
            </w:r>
          </w:p>
        </w:tc>
      </w:tr>
      <w:tr w:rsidR="003B6778" w14:paraId="58BBAA31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D023" w14:textId="77777777" w:rsidR="003B6778" w:rsidRDefault="00335752">
            <w:pPr>
              <w:spacing w:before="80" w:after="80"/>
            </w:pPr>
            <w:r>
              <w:t>Week 5: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8509" w14:textId="77777777" w:rsidR="003B6778" w:rsidRDefault="00335752">
            <w:pPr>
              <w:spacing w:before="80" w:after="80"/>
            </w:pPr>
            <w:r>
              <w:t>Financial Saving Units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9E90" w14:textId="77777777" w:rsidR="003B6778" w:rsidRDefault="00335752">
            <w:pPr>
              <w:spacing w:before="80" w:after="80"/>
            </w:pPr>
            <w:r>
              <w:t>Theme: Strategic budget forecasting. Practical Activity: Model complex household budgets, comparing fixed immediate expenditures against long-term saving pathways for future target goals.</w:t>
            </w:r>
          </w:p>
        </w:tc>
      </w:tr>
    </w:tbl>
    <w:p w14:paraId="327CF643" w14:textId="77777777" w:rsidR="003B6778" w:rsidRDefault="003B6778"/>
    <w:p w14:paraId="0E889636" w14:textId="77777777" w:rsidR="00223299" w:rsidRDefault="00223299"/>
    <w:p w14:paraId="314614B2" w14:textId="77777777" w:rsidR="00223299" w:rsidRDefault="00223299"/>
    <w:p w14:paraId="2BAB90C2" w14:textId="77777777" w:rsidR="00223299" w:rsidRDefault="00223299"/>
    <w:p w14:paraId="11E78910" w14:textId="77777777" w:rsidR="00223299" w:rsidRPr="00223299" w:rsidRDefault="00223299"/>
    <w:p w14:paraId="7F0047B8" w14:textId="77777777" w:rsidR="003B6778" w:rsidRPr="00223299" w:rsidRDefault="00335752">
      <w:pPr>
        <w:pStyle w:val="Heading2"/>
        <w:rPr>
          <w:color w:val="auto"/>
        </w:rPr>
      </w:pPr>
      <w:r w:rsidRPr="00223299">
        <w:rPr>
          <w:color w:val="auto"/>
        </w:rPr>
        <w:lastRenderedPageBreak/>
        <w:t>2. Year 6 Long-Term Curriculum Map</w:t>
      </w:r>
    </w:p>
    <w:p w14:paraId="48CC66D0" w14:textId="77777777" w:rsidR="003B6778" w:rsidRPr="00223299" w:rsidRDefault="00335752">
      <w:pPr>
        <w:pStyle w:val="Heading3"/>
        <w:rPr>
          <w:color w:val="auto"/>
        </w:rPr>
      </w:pPr>
      <w:r w:rsidRPr="00223299">
        <w:rPr>
          <w:color w:val="auto"/>
        </w:rPr>
        <w:t>Autumn 1: Identity, Gifts &amp; Physical Milestones (Part 1)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B6778" w14:paraId="380658AB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14E6" w14:textId="77777777" w:rsidR="003B6778" w:rsidRDefault="00335752">
            <w:pPr>
              <w:spacing w:before="80" w:after="80"/>
            </w:pPr>
            <w:r>
              <w:rPr>
                <w:b/>
              </w:rPr>
              <w:t>Week &amp; Strand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A581" w14:textId="77777777" w:rsidR="003B6778" w:rsidRDefault="00335752">
            <w:pPr>
              <w:spacing w:before="80" w:after="80"/>
            </w:pPr>
            <w:r>
              <w:rPr>
                <w:b/>
              </w:rPr>
              <w:t>Lesson Focus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1990" w14:textId="77777777" w:rsidR="003B6778" w:rsidRDefault="00335752">
            <w:pPr>
              <w:spacing w:before="80" w:after="80"/>
            </w:pPr>
            <w:r>
              <w:rPr>
                <w:b/>
              </w:rPr>
              <w:t>Explicit UKS2 Activity &amp; Practical Guidance</w:t>
            </w:r>
          </w:p>
        </w:tc>
      </w:tr>
      <w:tr w:rsidR="003B6778" w14:paraId="56A25997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6A2B" w14:textId="77777777" w:rsidR="003B6778" w:rsidRDefault="00335752">
            <w:pPr>
              <w:spacing w:before="80" w:after="80"/>
            </w:pPr>
            <w:r>
              <w:t>Week 1: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C99B" w14:textId="77777777" w:rsidR="003B6778" w:rsidRDefault="00335752">
            <w:pPr>
              <w:spacing w:before="80" w:after="80"/>
            </w:pPr>
            <w:r>
              <w:t>Gifts and Talents (UKS2 1.2.1)</w:t>
            </w:r>
          </w:p>
          <w:p w14:paraId="4B3623DD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22">
              <w:r w:rsidRPr="00922B75">
                <w:rPr>
                  <w:rFonts w:eastAsia="Arial" w:cs="Arial"/>
                  <w:color w:val="0563C1"/>
                  <w:u w:val="single"/>
                </w:rPr>
                <w:t>UKS2 1.2.1 Gifts and Talents</w:t>
              </w:r>
            </w:hyperlink>
          </w:p>
          <w:p w14:paraId="00E9D4F5" w14:textId="77777777" w:rsidR="00223299" w:rsidRDefault="00223299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6C9C" w14:textId="77777777" w:rsidR="003B6778" w:rsidRDefault="00335752">
            <w:pPr>
              <w:spacing w:before="80" w:after="80"/>
            </w:pPr>
            <w:r>
              <w:t>Theme: Celebrating unique attributes and strengths. Practical Activity: Create a personal 'Talent Shield' mapping individual skills, attributes, and positive qualities. Share shields in pairs.</w:t>
            </w:r>
          </w:p>
        </w:tc>
      </w:tr>
      <w:tr w:rsidR="00223299" w14:paraId="171FEA66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CEAF" w14:textId="77777777" w:rsidR="00223299" w:rsidRDefault="00223299" w:rsidP="00223299">
            <w:pPr>
              <w:spacing w:before="80" w:after="80"/>
            </w:pPr>
            <w:r>
              <w:t xml:space="preserve">Week 2: </w:t>
            </w:r>
            <w:proofErr w:type="spellStart"/>
            <w:proofErr w:type="gramStart"/>
            <w:r>
              <w:t>Ten:Ten</w:t>
            </w:r>
            <w:proofErr w:type="spellEnd"/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6FAD" w14:textId="77777777" w:rsidR="00223299" w:rsidRDefault="00223299" w:rsidP="00223299">
            <w:pPr>
              <w:spacing w:before="80" w:after="80"/>
            </w:pPr>
            <w:r>
              <w:t>Spots and Sleep (UKS2 1.2.4)</w:t>
            </w:r>
          </w:p>
          <w:p w14:paraId="032CE30C" w14:textId="7D772DD7" w:rsidR="00223299" w:rsidRDefault="00223299" w:rsidP="00223299">
            <w:pPr>
              <w:spacing w:before="80" w:after="80"/>
            </w:pPr>
            <w:hyperlink r:id="rId23">
              <w:r w:rsidRPr="00922B75">
                <w:rPr>
                  <w:rFonts w:eastAsia="Arial" w:cs="Arial"/>
                  <w:color w:val="0563C1"/>
                  <w:u w:val="single"/>
                </w:rPr>
                <w:t>UKS2 1.2.4 Spots and Sleep</w:t>
              </w:r>
            </w:hyperlink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042C" w14:textId="3D38F360" w:rsidR="00223299" w:rsidRDefault="00223299" w:rsidP="00223299">
            <w:pPr>
              <w:spacing w:before="80" w:after="80"/>
            </w:pPr>
            <w:r>
              <w:t xml:space="preserve">Theme: Well-being routines. Practical Activity: Map out an effective evening tracking chart to </w:t>
            </w:r>
            <w:proofErr w:type="spellStart"/>
            <w:r>
              <w:t>optimise</w:t>
            </w:r>
            <w:proofErr w:type="spellEnd"/>
            <w:r>
              <w:t xml:space="preserve"> rest cycles during puberty. </w:t>
            </w:r>
            <w:proofErr w:type="spellStart"/>
            <w:r>
              <w:t>Analyse</w:t>
            </w:r>
            <w:proofErr w:type="spellEnd"/>
            <w:r>
              <w:t xml:space="preserve"> the structural biological impacts of blue light and screen use before rest.</w:t>
            </w:r>
          </w:p>
        </w:tc>
      </w:tr>
      <w:tr w:rsidR="00223299" w14:paraId="4EDAA4FF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1083" w14:textId="77777777" w:rsidR="00223299" w:rsidRDefault="00223299" w:rsidP="00223299">
            <w:pPr>
              <w:spacing w:before="80" w:after="80"/>
            </w:pPr>
            <w:r>
              <w:t>Week 3: British Value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5A0A" w14:textId="77777777" w:rsidR="00223299" w:rsidRDefault="00223299" w:rsidP="00223299">
            <w:pPr>
              <w:spacing w:before="80" w:after="80"/>
            </w:pPr>
            <w:r>
              <w:t>Democracy (Electoral Systems)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1369" w14:textId="77777777" w:rsidR="00223299" w:rsidRDefault="00223299" w:rsidP="00223299">
            <w:pPr>
              <w:spacing w:before="80" w:after="80"/>
            </w:pPr>
            <w:r>
              <w:t>Theme: National democratic frameworks. Practical Activity: Simulate a full local election campaign complete with candidate hustings, manifestos, and proper parliamentary ballot procedures.</w:t>
            </w:r>
          </w:p>
        </w:tc>
      </w:tr>
      <w:tr w:rsidR="00223299" w14:paraId="7D4B4BAD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9C3C" w14:textId="77777777" w:rsidR="00223299" w:rsidRDefault="00223299" w:rsidP="00223299">
            <w:pPr>
              <w:spacing w:before="80" w:after="80"/>
            </w:pPr>
            <w:r>
              <w:t>Week 4: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7C38" w14:textId="77777777" w:rsidR="00223299" w:rsidRDefault="00223299" w:rsidP="00223299">
            <w:pPr>
              <w:spacing w:before="80" w:after="80"/>
            </w:pPr>
            <w:r>
              <w:t>Harvest Festival [Whole-School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42B1" w14:textId="77777777" w:rsidR="00223299" w:rsidRDefault="00223299" w:rsidP="00223299">
            <w:pPr>
              <w:spacing w:before="80" w:after="80"/>
            </w:pPr>
            <w:r>
              <w:t>Theme: Managing societal supply and donation networks. Practical Activity: Coordinate collection campaigns, food logistics, and elderly outreach assemblies.</w:t>
            </w:r>
          </w:p>
        </w:tc>
      </w:tr>
      <w:tr w:rsidR="00223299" w14:paraId="61A16DC3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21B6" w14:textId="77777777" w:rsidR="00223299" w:rsidRDefault="00223299" w:rsidP="00223299">
            <w:pPr>
              <w:spacing w:before="80" w:after="80"/>
            </w:pPr>
            <w:r>
              <w:t>Week 5: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1251" w14:textId="77777777" w:rsidR="00223299" w:rsidRDefault="00223299" w:rsidP="00223299">
            <w:pPr>
              <w:spacing w:before="80" w:after="80"/>
            </w:pPr>
            <w:r>
              <w:t>Black History Month [Whole-School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870B" w14:textId="77777777" w:rsidR="00223299" w:rsidRDefault="00223299" w:rsidP="00223299">
            <w:pPr>
              <w:spacing w:before="80" w:after="80"/>
            </w:pPr>
            <w:r>
              <w:t xml:space="preserve">Theme: Structural legacy and civic contributions. Practical Activity: Conduct analytical tracking of the civil rights movements within the UK, </w:t>
            </w:r>
            <w:r>
              <w:lastRenderedPageBreak/>
              <w:t>showcasing historical progressions of legal protection.</w:t>
            </w:r>
          </w:p>
        </w:tc>
      </w:tr>
    </w:tbl>
    <w:p w14:paraId="08FCB799" w14:textId="77777777" w:rsidR="003B6778" w:rsidRPr="00223299" w:rsidRDefault="003B6778"/>
    <w:p w14:paraId="621C0F51" w14:textId="77777777" w:rsidR="003B6778" w:rsidRPr="00223299" w:rsidRDefault="00335752">
      <w:pPr>
        <w:pStyle w:val="Heading3"/>
        <w:rPr>
          <w:color w:val="auto"/>
        </w:rPr>
      </w:pPr>
      <w:r w:rsidRPr="00223299">
        <w:rPr>
          <w:color w:val="auto"/>
        </w:rPr>
        <w:t>Autumn 2: Identity, Gifts &amp; Physical Milestones (Part 2)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B6778" w14:paraId="13223B38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931B" w14:textId="77777777" w:rsidR="003B6778" w:rsidRDefault="00335752">
            <w:pPr>
              <w:spacing w:before="80" w:after="80"/>
            </w:pPr>
            <w:r>
              <w:rPr>
                <w:b/>
              </w:rPr>
              <w:t>Week &amp; Strand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563E" w14:textId="77777777" w:rsidR="003B6778" w:rsidRDefault="00335752">
            <w:pPr>
              <w:spacing w:before="80" w:after="80"/>
            </w:pPr>
            <w:r>
              <w:rPr>
                <w:b/>
              </w:rPr>
              <w:t>Lesson Focus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53D6C" w14:textId="77777777" w:rsidR="003B6778" w:rsidRDefault="00335752">
            <w:pPr>
              <w:spacing w:before="80" w:after="80"/>
            </w:pPr>
            <w:r>
              <w:rPr>
                <w:b/>
              </w:rPr>
              <w:t>Explicit UKS2 Activity &amp; Practical Guidance</w:t>
            </w:r>
          </w:p>
        </w:tc>
      </w:tr>
      <w:tr w:rsidR="003B6778" w14:paraId="3DEB783A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84CC" w14:textId="77777777" w:rsidR="003B6778" w:rsidRDefault="00335752">
            <w:pPr>
              <w:spacing w:before="80" w:after="80"/>
            </w:pPr>
            <w:r>
              <w:t>Week 1: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10D1" w14:textId="77777777" w:rsidR="003B6778" w:rsidRDefault="00335752">
            <w:pPr>
              <w:spacing w:before="80" w:after="80"/>
            </w:pPr>
            <w:r>
              <w:t>Boys' Bodies (UKS2 1.2.3)</w:t>
            </w:r>
          </w:p>
          <w:p w14:paraId="5C60FC10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24">
              <w:r w:rsidRPr="00922B75">
                <w:rPr>
                  <w:rFonts w:eastAsia="Arial" w:cs="Arial"/>
                  <w:color w:val="0563C1"/>
                  <w:u w:val="single"/>
                </w:rPr>
                <w:t>UKS2 1.2.3 Boys’ Bodies</w:t>
              </w:r>
            </w:hyperlink>
          </w:p>
          <w:p w14:paraId="63615B73" w14:textId="77777777" w:rsidR="00223299" w:rsidRDefault="00223299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46B6" w14:textId="77777777" w:rsidR="003B6778" w:rsidRDefault="00335752">
            <w:pPr>
              <w:spacing w:before="80" w:after="80"/>
            </w:pPr>
            <w:r>
              <w:t>Theme: Physical growth and change. Practical Activity: Run structured gender sessions exploring male developmental updates and biology respectfully. Discuss strategies for physical care and personal hygiene.</w:t>
            </w:r>
          </w:p>
        </w:tc>
      </w:tr>
      <w:tr w:rsidR="00223299" w14:paraId="22ACCDB6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272F" w14:textId="77777777" w:rsidR="00223299" w:rsidRDefault="00223299" w:rsidP="00223299">
            <w:pPr>
              <w:spacing w:before="80" w:after="80"/>
            </w:pPr>
            <w:r>
              <w:t xml:space="preserve">Week 2: </w:t>
            </w:r>
            <w:proofErr w:type="spellStart"/>
            <w:proofErr w:type="gramStart"/>
            <w:r>
              <w:t>Ten:Ten</w:t>
            </w:r>
            <w:proofErr w:type="spellEnd"/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602D" w14:textId="77777777" w:rsidR="00223299" w:rsidRDefault="00223299" w:rsidP="00223299">
            <w:pPr>
              <w:spacing w:before="80" w:after="80"/>
            </w:pPr>
            <w:r>
              <w:t>Girls' Bodies (UKS2 1.2.2)</w:t>
            </w:r>
          </w:p>
          <w:p w14:paraId="7ECA67EC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25">
              <w:r w:rsidRPr="00922B75">
                <w:rPr>
                  <w:rFonts w:eastAsia="Arial" w:cs="Arial"/>
                  <w:color w:val="0563C1"/>
                  <w:u w:val="single"/>
                </w:rPr>
                <w:t>UKS2 1.2.2 Girls’ Bodies</w:t>
              </w:r>
            </w:hyperlink>
          </w:p>
          <w:p w14:paraId="229BEEF2" w14:textId="3AA0297C" w:rsidR="00223299" w:rsidRDefault="00223299" w:rsidP="00223299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8E95" w14:textId="7FA8985C" w:rsidR="00223299" w:rsidRDefault="00223299" w:rsidP="00223299">
            <w:pPr>
              <w:spacing w:before="80" w:after="80"/>
            </w:pPr>
            <w:r>
              <w:t>Theme: Physical growth and change. Practical Activity: Run structured gender sessions exploring female developmental updates and biology respectfully. Demystify vocabulary using anatomical matching cards.</w:t>
            </w:r>
          </w:p>
        </w:tc>
      </w:tr>
      <w:tr w:rsidR="00223299" w14:paraId="0AE67224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81F4" w14:textId="77777777" w:rsidR="00223299" w:rsidRDefault="00223299" w:rsidP="00223299">
            <w:pPr>
              <w:spacing w:before="80" w:after="80"/>
            </w:pPr>
            <w:r>
              <w:t>Week 3: British Value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4861" w14:textId="77777777" w:rsidR="00223299" w:rsidRDefault="00223299" w:rsidP="00223299">
            <w:pPr>
              <w:spacing w:before="80" w:after="80"/>
            </w:pPr>
            <w:r>
              <w:t>The Rule of Law (Justice Frameworks)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89CE" w14:textId="77777777" w:rsidR="00223299" w:rsidRDefault="00223299" w:rsidP="00223299">
            <w:pPr>
              <w:spacing w:before="80" w:after="80"/>
            </w:pPr>
            <w:r>
              <w:t>Theme: The legal system and human rights. Practical Activity: Explore how statutory legislation protects diverse citizens. Analyze basic magistrates' court processes using structured roleplay.</w:t>
            </w:r>
          </w:p>
        </w:tc>
      </w:tr>
      <w:tr w:rsidR="00223299" w14:paraId="0A6FF51D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7B70" w14:textId="77777777" w:rsidR="00223299" w:rsidRDefault="00223299" w:rsidP="00223299">
            <w:pPr>
              <w:spacing w:before="80" w:after="80"/>
            </w:pPr>
            <w:r>
              <w:t>Week 4: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3F8B" w14:textId="77777777" w:rsidR="00223299" w:rsidRDefault="00223299" w:rsidP="00223299">
            <w:pPr>
              <w:spacing w:before="80" w:after="80"/>
            </w:pPr>
            <w:r>
              <w:t>Remembrance Day [National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98C1" w14:textId="77777777" w:rsidR="00223299" w:rsidRDefault="00223299" w:rsidP="00223299">
            <w:pPr>
              <w:spacing w:before="80" w:after="80"/>
            </w:pPr>
            <w:r>
              <w:t>Theme: Modern sacrifice and reflective civic history. Practical Activity: Write detailed letters reflecting on peace and civic duty, building collaborative school display installations.</w:t>
            </w:r>
          </w:p>
        </w:tc>
      </w:tr>
      <w:tr w:rsidR="00223299" w14:paraId="3F4C895C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1A94" w14:textId="77777777" w:rsidR="00223299" w:rsidRDefault="00223299" w:rsidP="00223299">
            <w:pPr>
              <w:spacing w:before="80" w:after="80"/>
            </w:pPr>
            <w:r>
              <w:t>Week 5: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465B" w14:textId="77777777" w:rsidR="00223299" w:rsidRDefault="00223299" w:rsidP="00223299">
            <w:pPr>
              <w:spacing w:before="80" w:after="80"/>
            </w:pPr>
            <w:r>
              <w:t xml:space="preserve">Anti-Bullying Week [National </w:t>
            </w:r>
            <w:r>
              <w:lastRenderedPageBreak/>
              <w:t>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D970" w14:textId="77777777" w:rsidR="00223299" w:rsidRDefault="00223299" w:rsidP="00223299">
            <w:pPr>
              <w:spacing w:before="80" w:after="80"/>
            </w:pPr>
            <w:r>
              <w:lastRenderedPageBreak/>
              <w:t xml:space="preserve">Theme: Active allyship vs passive compliance. Practical </w:t>
            </w:r>
            <w:r>
              <w:lastRenderedPageBreak/>
              <w:t>Activity: Standardise a school ally script for standing up to online exclusion and cyberbullying. Record school-wide inclusion toolkits.</w:t>
            </w:r>
          </w:p>
        </w:tc>
      </w:tr>
    </w:tbl>
    <w:p w14:paraId="763E68EF" w14:textId="77777777" w:rsidR="003B6778" w:rsidRPr="00223299" w:rsidRDefault="003B6778"/>
    <w:p w14:paraId="534C82D9" w14:textId="77777777" w:rsidR="003B6778" w:rsidRPr="00223299" w:rsidRDefault="00335752">
      <w:pPr>
        <w:pStyle w:val="Heading3"/>
        <w:rPr>
          <w:color w:val="auto"/>
        </w:rPr>
      </w:pPr>
      <w:r w:rsidRPr="00223299">
        <w:rPr>
          <w:color w:val="auto"/>
        </w:rPr>
        <w:t>Spring 1: Emotional Well-Being &amp; Digital Inputs (Part 1)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B6778" w14:paraId="19225965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9992" w14:textId="77777777" w:rsidR="003B6778" w:rsidRDefault="00335752">
            <w:pPr>
              <w:spacing w:before="80" w:after="80"/>
            </w:pPr>
            <w:r>
              <w:rPr>
                <w:b/>
              </w:rPr>
              <w:t>Week &amp; Strand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4E9B" w14:textId="77777777" w:rsidR="003B6778" w:rsidRDefault="00335752">
            <w:pPr>
              <w:spacing w:before="80" w:after="80"/>
            </w:pPr>
            <w:r>
              <w:rPr>
                <w:b/>
              </w:rPr>
              <w:t>Lesson Focus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5E9B" w14:textId="77777777" w:rsidR="003B6778" w:rsidRDefault="00335752">
            <w:pPr>
              <w:spacing w:before="80" w:after="80"/>
            </w:pPr>
            <w:r>
              <w:rPr>
                <w:b/>
              </w:rPr>
              <w:t>Explicit UKS2 Activity &amp; Practical Guidance</w:t>
            </w:r>
          </w:p>
        </w:tc>
      </w:tr>
      <w:tr w:rsidR="003B6778" w14:paraId="1E69E298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3F8C" w14:textId="77777777" w:rsidR="003B6778" w:rsidRDefault="00335752">
            <w:pPr>
              <w:spacing w:before="80" w:after="80"/>
            </w:pPr>
            <w:r>
              <w:t>Week 1: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ED7F" w14:textId="77777777" w:rsidR="003B6778" w:rsidRDefault="00335752">
            <w:pPr>
              <w:spacing w:before="80" w:after="80"/>
            </w:pPr>
            <w:r>
              <w:t>Body Image (UKS2 1.3.1)</w:t>
            </w:r>
          </w:p>
          <w:p w14:paraId="6FF31EA8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26">
              <w:r w:rsidRPr="00922B75">
                <w:rPr>
                  <w:rFonts w:eastAsia="Arial" w:cs="Arial"/>
                  <w:color w:val="0563C1"/>
                  <w:u w:val="single"/>
                </w:rPr>
                <w:t>UKS2 1.3.1 Body Image</w:t>
              </w:r>
            </w:hyperlink>
          </w:p>
          <w:p w14:paraId="17AEBF1E" w14:textId="77777777" w:rsidR="00223299" w:rsidRDefault="00223299" w:rsidP="00223299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B2E6" w14:textId="77777777" w:rsidR="003B6778" w:rsidRDefault="00335752">
            <w:pPr>
              <w:spacing w:before="80" w:after="80"/>
            </w:pPr>
            <w:r>
              <w:t>Theme: Emotional well-being and media impacts. Practical Activity: Sort direct media representations against authentic reality. Design a body-affirmation folder counteracting edited digital imagery.</w:t>
            </w:r>
          </w:p>
        </w:tc>
      </w:tr>
      <w:tr w:rsidR="003B6778" w14:paraId="1E29B805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AE2B" w14:textId="77777777" w:rsidR="003B6778" w:rsidRDefault="00335752">
            <w:pPr>
              <w:spacing w:before="80" w:after="80"/>
            </w:pPr>
            <w:r>
              <w:t>Week 2: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CDDD" w14:textId="77777777" w:rsidR="00223299" w:rsidRDefault="00335752" w:rsidP="00223299">
            <w:r>
              <w:t>Peculiar Feelings (UKS2 1.3.2)</w:t>
            </w:r>
          </w:p>
          <w:p w14:paraId="2CA66EB4" w14:textId="1F91E48E" w:rsidR="00223299" w:rsidRPr="00922B75" w:rsidRDefault="00223299" w:rsidP="00223299">
            <w:pPr>
              <w:rPr>
                <w:rFonts w:eastAsia="Arial" w:cs="Arial"/>
              </w:rPr>
            </w:pPr>
            <w:r>
              <w:t xml:space="preserve"> </w:t>
            </w:r>
            <w:hyperlink r:id="rId27">
              <w:r w:rsidRPr="00922B75">
                <w:rPr>
                  <w:rFonts w:eastAsia="Arial" w:cs="Arial"/>
                  <w:color w:val="0563C1"/>
                  <w:u w:val="single"/>
                </w:rPr>
                <w:t>UKS2 1.3.2 Peculiar Feelings</w:t>
              </w:r>
            </w:hyperlink>
          </w:p>
          <w:p w14:paraId="69F4965D" w14:textId="07F1BBF9" w:rsidR="003B6778" w:rsidRDefault="003B6778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5974" w14:textId="77777777" w:rsidR="003B6778" w:rsidRDefault="00335752">
            <w:pPr>
              <w:spacing w:before="80" w:after="80"/>
            </w:pPr>
            <w:r>
              <w:t>Theme: Emotional complexity during growth. Practical Activity: Match intricate emotion descriptions to physiological reactions. Build individual vocabulary wheels for complex internal states.</w:t>
            </w:r>
          </w:p>
        </w:tc>
      </w:tr>
      <w:tr w:rsidR="003B6778" w14:paraId="1BCEF7DD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5B7A" w14:textId="77777777" w:rsidR="003B6778" w:rsidRDefault="00335752">
            <w:pPr>
              <w:spacing w:before="80" w:after="80"/>
            </w:pPr>
            <w:r>
              <w:t>Week 3: British Value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31FC" w14:textId="77777777" w:rsidR="003B6778" w:rsidRDefault="00335752">
            <w:pPr>
              <w:spacing w:before="80" w:after="80"/>
            </w:pPr>
            <w:r>
              <w:t>Individual Liberty (Rights &amp; Liberties)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6224" w14:textId="77777777" w:rsidR="003B6778" w:rsidRDefault="00335752">
            <w:pPr>
              <w:spacing w:before="80" w:after="80"/>
            </w:pPr>
            <w:r>
              <w:t>Theme: Global human rights principles. Practical Activity: Align classroom codes with the UN Convention on the Rights of the Child, balancing personal individual freedom with community safety.</w:t>
            </w:r>
          </w:p>
        </w:tc>
      </w:tr>
      <w:tr w:rsidR="003B6778" w14:paraId="59DB26B0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ABA1" w14:textId="77777777" w:rsidR="003B6778" w:rsidRDefault="00335752">
            <w:pPr>
              <w:spacing w:before="80" w:after="80"/>
            </w:pPr>
            <w:r>
              <w:t>Week 4: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313B" w14:textId="77777777" w:rsidR="003B6778" w:rsidRDefault="00335752">
            <w:pPr>
              <w:spacing w:before="80" w:after="80"/>
            </w:pPr>
            <w:r>
              <w:t>Children's Mental Health [National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7416" w14:textId="77777777" w:rsidR="003B6778" w:rsidRDefault="00335752">
            <w:pPr>
              <w:spacing w:before="80" w:after="80"/>
            </w:pPr>
            <w:r>
              <w:t>Theme: Cognitive framing and self-regulation. Practical Activity: Practice cognitive reframing strategies, building individualized mental fitness tracking journals for transition anxiety.</w:t>
            </w:r>
          </w:p>
        </w:tc>
      </w:tr>
      <w:tr w:rsidR="003B6778" w14:paraId="2F85B889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1EB4" w14:textId="77777777" w:rsidR="003B6778" w:rsidRDefault="00335752">
            <w:pPr>
              <w:spacing w:before="80" w:after="80"/>
            </w:pPr>
            <w:r>
              <w:t>Week 5: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C765" w14:textId="77777777" w:rsidR="003B6778" w:rsidRDefault="00335752">
            <w:pPr>
              <w:spacing w:before="80" w:after="80"/>
            </w:pPr>
            <w:r>
              <w:t xml:space="preserve">Safer Internet Day [National </w:t>
            </w:r>
            <w:r>
              <w:lastRenderedPageBreak/>
              <w:t>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25AA" w14:textId="77777777" w:rsidR="003B6778" w:rsidRDefault="00335752">
            <w:pPr>
              <w:spacing w:before="80" w:after="80"/>
            </w:pPr>
            <w:r>
              <w:lastRenderedPageBreak/>
              <w:t xml:space="preserve">Theme: Combatting online misinformation and fraud. </w:t>
            </w:r>
            <w:r>
              <w:lastRenderedPageBreak/>
              <w:t>Practical Activity: Construct digital screening flowcharts designed to detect deepfakes, phishing scams, and untrustworthy internet hyperlinks.</w:t>
            </w:r>
          </w:p>
        </w:tc>
      </w:tr>
    </w:tbl>
    <w:p w14:paraId="38053394" w14:textId="77777777" w:rsidR="003B6778" w:rsidRPr="00223299" w:rsidRDefault="003B6778"/>
    <w:p w14:paraId="3A9881C1" w14:textId="77777777" w:rsidR="003B6778" w:rsidRPr="00223299" w:rsidRDefault="00335752">
      <w:pPr>
        <w:pStyle w:val="Heading3"/>
        <w:rPr>
          <w:color w:val="auto"/>
        </w:rPr>
      </w:pPr>
      <w:r w:rsidRPr="00223299">
        <w:rPr>
          <w:color w:val="auto"/>
        </w:rPr>
        <w:t>Spring 2: Emotional Well-Being &amp; Digital Inputs (Part 2)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B6778" w14:paraId="4EBAA85B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A820" w14:textId="77777777" w:rsidR="003B6778" w:rsidRDefault="00335752">
            <w:pPr>
              <w:spacing w:before="80" w:after="80"/>
            </w:pPr>
            <w:r>
              <w:rPr>
                <w:b/>
              </w:rPr>
              <w:t>Week &amp; Strand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9365" w14:textId="77777777" w:rsidR="003B6778" w:rsidRDefault="00335752">
            <w:pPr>
              <w:spacing w:before="80" w:after="80"/>
            </w:pPr>
            <w:r>
              <w:rPr>
                <w:b/>
              </w:rPr>
              <w:t>Lesson Focus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2CE8" w14:textId="77777777" w:rsidR="003B6778" w:rsidRDefault="00335752">
            <w:pPr>
              <w:spacing w:before="80" w:after="80"/>
            </w:pPr>
            <w:r>
              <w:rPr>
                <w:b/>
              </w:rPr>
              <w:t>Explicit UKS2 Activity &amp; Practical Guidance</w:t>
            </w:r>
          </w:p>
        </w:tc>
      </w:tr>
      <w:tr w:rsidR="003B6778" w14:paraId="216E731E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905C" w14:textId="77777777" w:rsidR="003B6778" w:rsidRDefault="00335752">
            <w:pPr>
              <w:spacing w:before="80" w:after="80"/>
            </w:pPr>
            <w:r>
              <w:t>Week 1: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C3AB" w14:textId="77777777" w:rsidR="003B6778" w:rsidRDefault="00335752">
            <w:pPr>
              <w:spacing w:before="80" w:after="80"/>
            </w:pPr>
            <w:r>
              <w:t>Emotional Changes (UKS2 1.3.3)</w:t>
            </w:r>
          </w:p>
          <w:p w14:paraId="488854DB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28">
              <w:r w:rsidRPr="00922B75">
                <w:rPr>
                  <w:rFonts w:eastAsia="Arial" w:cs="Arial"/>
                  <w:color w:val="0563C1"/>
                  <w:u w:val="single"/>
                </w:rPr>
                <w:t>UKS2 1.3.3 Emotional Changes</w:t>
              </w:r>
            </w:hyperlink>
          </w:p>
          <w:p w14:paraId="5A840970" w14:textId="77777777" w:rsidR="00223299" w:rsidRDefault="00223299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FCBC" w14:textId="77777777" w:rsidR="003B6778" w:rsidRDefault="00335752">
            <w:pPr>
              <w:spacing w:before="80" w:after="80"/>
            </w:pPr>
            <w:r>
              <w:t>Theme: Regulating hormonal shifts. Practical Activity: Script short roleplay dialogues demonstrating adaptive processing methods when navigating rapid mood or emotional shifts.</w:t>
            </w:r>
          </w:p>
        </w:tc>
      </w:tr>
      <w:tr w:rsidR="003B6778" w14:paraId="4E296782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0FEE" w14:textId="77777777" w:rsidR="003B6778" w:rsidRPr="00223299" w:rsidRDefault="00335752">
            <w:pPr>
              <w:spacing w:before="80" w:after="80"/>
              <w:rPr>
                <w:highlight w:val="green"/>
              </w:rPr>
            </w:pPr>
            <w:r w:rsidRPr="00223299">
              <w:rPr>
                <w:highlight w:val="green"/>
              </w:rPr>
              <w:t>Week 2: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44B89" w14:textId="77777777" w:rsidR="003B6778" w:rsidRPr="00223299" w:rsidRDefault="00335752">
            <w:pPr>
              <w:spacing w:before="80" w:after="80"/>
              <w:rPr>
                <w:highlight w:val="green"/>
              </w:rPr>
            </w:pPr>
            <w:r w:rsidRPr="00223299">
              <w:rPr>
                <w:highlight w:val="green"/>
              </w:rPr>
              <w:t>Seeing Stuff Online (UKS2 1.3.4)</w:t>
            </w:r>
          </w:p>
          <w:p w14:paraId="350278E6" w14:textId="77777777" w:rsidR="00223299" w:rsidRPr="00223299" w:rsidRDefault="00223299" w:rsidP="00223299">
            <w:pPr>
              <w:rPr>
                <w:rFonts w:eastAsia="Arial" w:cs="Arial"/>
                <w:highlight w:val="green"/>
              </w:rPr>
            </w:pPr>
            <w:hyperlink r:id="rId29">
              <w:r w:rsidRPr="00223299">
                <w:rPr>
                  <w:rFonts w:eastAsia="Arial" w:cs="Arial"/>
                  <w:color w:val="0563C1"/>
                  <w:highlight w:val="green"/>
                  <w:u w:val="single"/>
                </w:rPr>
                <w:t>UKS2 1.3.4 Seeing Stuff Online</w:t>
              </w:r>
            </w:hyperlink>
          </w:p>
          <w:p w14:paraId="18C6E29F" w14:textId="77777777" w:rsidR="00223299" w:rsidRPr="00223299" w:rsidRDefault="00223299">
            <w:pPr>
              <w:spacing w:before="80" w:after="80"/>
              <w:rPr>
                <w:highlight w:val="green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BA57" w14:textId="77777777" w:rsidR="003B6778" w:rsidRPr="00223299" w:rsidRDefault="00335752">
            <w:pPr>
              <w:spacing w:before="80" w:after="80"/>
              <w:rPr>
                <w:highlight w:val="green"/>
              </w:rPr>
            </w:pPr>
            <w:r w:rsidRPr="00223299">
              <w:rPr>
                <w:highlight w:val="green"/>
              </w:rPr>
              <w:t>Theme: Digital media literacy. Practical Activity: Analyse age-restricted ratings and algorithms. Evaluate emotional processing steps to implement if accidentally accessing explicit or disturbing online text.</w:t>
            </w:r>
          </w:p>
        </w:tc>
      </w:tr>
      <w:tr w:rsidR="003B6778" w14:paraId="64D19422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C024" w14:textId="77777777" w:rsidR="003B6778" w:rsidRDefault="00335752">
            <w:pPr>
              <w:spacing w:before="80" w:after="80"/>
            </w:pPr>
            <w:r>
              <w:t>Week 3: British Value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FDB9" w14:textId="77777777" w:rsidR="003B6778" w:rsidRDefault="00335752">
            <w:pPr>
              <w:spacing w:before="80" w:after="80"/>
            </w:pPr>
            <w:r>
              <w:t>Democracy (Civil Debating Forums)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511E" w14:textId="77777777" w:rsidR="003B6778" w:rsidRDefault="00335752">
            <w:pPr>
              <w:spacing w:before="80" w:after="80"/>
            </w:pPr>
            <w:r>
              <w:t>Theme: Reaching consensus through debate. Practical Activity: Run a simulated local council assembly to debate town funding allocations, utilizing strict criteria for polite rebuttals.</w:t>
            </w:r>
          </w:p>
        </w:tc>
      </w:tr>
      <w:tr w:rsidR="003B6778" w14:paraId="352845E2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CAF2" w14:textId="77777777" w:rsidR="003B6778" w:rsidRDefault="00335752">
            <w:pPr>
              <w:spacing w:before="80" w:after="80"/>
            </w:pPr>
            <w:r>
              <w:t>Week 4: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9208" w14:textId="77777777" w:rsidR="003B6778" w:rsidRDefault="00335752">
            <w:pPr>
              <w:spacing w:before="80" w:after="80"/>
            </w:pPr>
            <w:r>
              <w:t>National Careers Week [Theme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413C" w14:textId="77777777" w:rsidR="003B6778" w:rsidRDefault="00335752">
            <w:pPr>
              <w:spacing w:before="80" w:after="80"/>
            </w:pPr>
            <w:r>
              <w:t>Theme: Economic roadmaps and career tracks. Practical Activity: Evaluate regional employment requirements, researching higher education pathways, skills, and qualifications needed for selected sectors.</w:t>
            </w:r>
          </w:p>
        </w:tc>
      </w:tr>
      <w:tr w:rsidR="003B6778" w14:paraId="118D22F5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B396" w14:textId="77777777" w:rsidR="003B6778" w:rsidRDefault="00335752">
            <w:pPr>
              <w:spacing w:before="80" w:after="80"/>
            </w:pPr>
            <w:r>
              <w:lastRenderedPageBreak/>
              <w:t>Week 5: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315" w14:textId="77777777" w:rsidR="003B6778" w:rsidRDefault="00335752">
            <w:pPr>
              <w:spacing w:before="80" w:after="80"/>
            </w:pPr>
            <w:r>
              <w:t>Managing Mistakes &amp; Resilience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D48E" w14:textId="77777777" w:rsidR="003B6778" w:rsidRDefault="00335752">
            <w:pPr>
              <w:spacing w:before="80" w:after="80"/>
            </w:pPr>
            <w:r>
              <w:t>Theme: Overcoming transition obstacles. Practical Activity: Reframe hypothetical secondary school setback scenarios into progressive steps, tracking growth using personal resilience logs.</w:t>
            </w:r>
          </w:p>
        </w:tc>
      </w:tr>
    </w:tbl>
    <w:p w14:paraId="6E82BC89" w14:textId="77777777" w:rsidR="003B6778" w:rsidRDefault="003B6778"/>
    <w:p w14:paraId="2887C211" w14:textId="77777777" w:rsidR="003B6778" w:rsidRPr="00223299" w:rsidRDefault="00335752">
      <w:pPr>
        <w:pStyle w:val="Heading3"/>
        <w:rPr>
          <w:color w:val="auto"/>
        </w:rPr>
      </w:pPr>
      <w:r w:rsidRPr="00223299">
        <w:rPr>
          <w:color w:val="auto"/>
        </w:rPr>
        <w:t>Summer 1: Human Reproduction &amp; Life Cycles (Part 1)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B6778" w14:paraId="00FE3A8A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C809" w14:textId="77777777" w:rsidR="003B6778" w:rsidRDefault="00335752">
            <w:pPr>
              <w:spacing w:before="80" w:after="80"/>
            </w:pPr>
            <w:r>
              <w:rPr>
                <w:b/>
              </w:rPr>
              <w:t>Week &amp; Strand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F483" w14:textId="77777777" w:rsidR="003B6778" w:rsidRDefault="00335752">
            <w:pPr>
              <w:spacing w:before="80" w:after="80"/>
            </w:pPr>
            <w:r>
              <w:rPr>
                <w:b/>
              </w:rPr>
              <w:t>Lesson Focus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0728" w14:textId="77777777" w:rsidR="003B6778" w:rsidRDefault="00335752">
            <w:pPr>
              <w:spacing w:before="80" w:after="80"/>
            </w:pPr>
            <w:r>
              <w:rPr>
                <w:b/>
              </w:rPr>
              <w:t>Explicit UKS2 Activity &amp; Practical Guidance</w:t>
            </w:r>
          </w:p>
        </w:tc>
      </w:tr>
      <w:tr w:rsidR="003B6778" w14:paraId="23965FC2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7980" w14:textId="77777777" w:rsidR="003B6778" w:rsidRDefault="00335752">
            <w:pPr>
              <w:spacing w:before="80" w:after="80"/>
            </w:pPr>
            <w:r>
              <w:t>Week 1: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B593" w14:textId="77777777" w:rsidR="003B6778" w:rsidRDefault="00335752">
            <w:pPr>
              <w:spacing w:before="80" w:after="80"/>
            </w:pPr>
            <w:r>
              <w:t>Making Babies (Part 1) (UKS2 1.4.1)</w:t>
            </w:r>
          </w:p>
          <w:p w14:paraId="303C755C" w14:textId="77777777" w:rsidR="00223299" w:rsidRPr="00922B75" w:rsidRDefault="00223299" w:rsidP="00223299">
            <w:pPr>
              <w:rPr>
                <w:rFonts w:eastAsia="Arial" w:cs="Arial"/>
              </w:rPr>
            </w:pPr>
            <w:hyperlink r:id="rId30">
              <w:r w:rsidRPr="00922B75">
                <w:rPr>
                  <w:rFonts w:eastAsia="Arial" w:cs="Arial"/>
                  <w:color w:val="0563C1"/>
                  <w:u w:val="single"/>
                </w:rPr>
                <w:t>UKS2 1.4.1 Making Babies (Part 1)</w:t>
              </w:r>
            </w:hyperlink>
          </w:p>
          <w:p w14:paraId="29F9FB2E" w14:textId="77777777" w:rsidR="00223299" w:rsidRDefault="00223299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CF80" w14:textId="77777777" w:rsidR="003B6778" w:rsidRDefault="00335752">
            <w:pPr>
              <w:spacing w:before="80" w:after="80"/>
            </w:pPr>
            <w:r>
              <w:t>Theme: Human reproduction and physical maturity. Practical Activity: Review statutory biological reproduction frameworks factually, using clear, respectful scientific texts and vocabulary.</w:t>
            </w:r>
          </w:p>
        </w:tc>
      </w:tr>
      <w:tr w:rsidR="003B6778" w14:paraId="76DFEF42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4B80" w14:textId="77777777" w:rsidR="003B6778" w:rsidRPr="00223299" w:rsidRDefault="00335752">
            <w:pPr>
              <w:spacing w:before="80" w:after="80"/>
              <w:rPr>
                <w:highlight w:val="green"/>
              </w:rPr>
            </w:pPr>
            <w:r w:rsidRPr="00223299">
              <w:rPr>
                <w:highlight w:val="green"/>
              </w:rPr>
              <w:t>Week 2: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7D1C" w14:textId="77777777" w:rsidR="003B6778" w:rsidRPr="00223299" w:rsidRDefault="00335752">
            <w:pPr>
              <w:spacing w:before="80" w:after="80"/>
              <w:rPr>
                <w:highlight w:val="green"/>
              </w:rPr>
            </w:pPr>
            <w:r w:rsidRPr="00223299">
              <w:rPr>
                <w:highlight w:val="green"/>
              </w:rPr>
              <w:t>Making Babies (Part 2) (UKS2 1.4.2)</w:t>
            </w:r>
          </w:p>
          <w:p w14:paraId="033145EB" w14:textId="6AF35B29" w:rsidR="00223299" w:rsidRPr="00223299" w:rsidRDefault="00223299">
            <w:pPr>
              <w:spacing w:before="80" w:after="80"/>
              <w:rPr>
                <w:highlight w:val="green"/>
              </w:rPr>
            </w:pPr>
            <w:hyperlink r:id="rId31">
              <w:r w:rsidRPr="00223299">
                <w:rPr>
                  <w:rFonts w:eastAsia="Arial" w:cs="Arial"/>
                  <w:color w:val="0563C1"/>
                  <w:highlight w:val="green"/>
                  <w:u w:val="single"/>
                </w:rPr>
                <w:t>UKS2 1.4.2 Making Babies (Part 2)</w:t>
              </w:r>
            </w:hyperlink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08BD" w14:textId="77777777" w:rsidR="003B6778" w:rsidRPr="00223299" w:rsidRDefault="00335752">
            <w:pPr>
              <w:spacing w:before="80" w:after="80"/>
              <w:rPr>
                <w:highlight w:val="green"/>
              </w:rPr>
            </w:pPr>
            <w:r w:rsidRPr="00223299">
              <w:rPr>
                <w:highlight w:val="green"/>
              </w:rPr>
              <w:t xml:space="preserve">Theme: Families and </w:t>
            </w:r>
            <w:proofErr w:type="gramStart"/>
            <w:r w:rsidRPr="00223299">
              <w:rPr>
                <w:highlight w:val="green"/>
              </w:rPr>
              <w:t>conception understanding</w:t>
            </w:r>
            <w:proofErr w:type="gramEnd"/>
            <w:r w:rsidRPr="00223299">
              <w:rPr>
                <w:highlight w:val="green"/>
              </w:rPr>
              <w:t>. Practical Activity: Explore diverse loving family backgrounds and discuss the foundational components of secure, stable domestic structures.</w:t>
            </w:r>
          </w:p>
        </w:tc>
      </w:tr>
      <w:tr w:rsidR="003B6778" w14:paraId="3BC69B0F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BB74" w14:textId="77777777" w:rsidR="003B6778" w:rsidRDefault="00335752">
            <w:pPr>
              <w:spacing w:before="80" w:after="80"/>
            </w:pPr>
            <w:r>
              <w:t>Week 3: British Value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0A03" w14:textId="77777777" w:rsidR="003B6778" w:rsidRDefault="00335752">
            <w:pPr>
              <w:spacing w:before="80" w:after="80"/>
            </w:pPr>
            <w:r>
              <w:t>Mutual Respect &amp; Tolerance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E9C2" w14:textId="77777777" w:rsidR="003B6778" w:rsidRDefault="00335752">
            <w:pPr>
              <w:spacing w:before="80" w:after="80"/>
            </w:pPr>
            <w:r>
              <w:t>Theme: Active cross-cultural collaboration. Practical Activity: Review global demographic metrics, designing informative school flyers celebrating the multicultural matrix of modern Britain.</w:t>
            </w:r>
          </w:p>
        </w:tc>
      </w:tr>
      <w:tr w:rsidR="003B6778" w14:paraId="1D823700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515C" w14:textId="77777777" w:rsidR="003B6778" w:rsidRDefault="00335752">
            <w:pPr>
              <w:spacing w:before="80" w:after="80"/>
            </w:pPr>
            <w:r>
              <w:t>Week 4: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1820" w14:textId="77777777" w:rsidR="003B6778" w:rsidRDefault="00335752">
            <w:pPr>
              <w:spacing w:before="80" w:after="80"/>
            </w:pPr>
            <w:r>
              <w:t>Earth Day [Global Event]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7E6F" w14:textId="77777777" w:rsidR="003B6778" w:rsidRDefault="00335752">
            <w:pPr>
              <w:spacing w:before="80" w:after="80"/>
            </w:pPr>
            <w:r>
              <w:t xml:space="preserve">Theme: Macro environmental impact. Practical Activity: Design localized sustainable living toolkits, calculating individual carbon footprints </w:t>
            </w:r>
            <w:r>
              <w:lastRenderedPageBreak/>
              <w:t>and drafting achievable home energy reductions.</w:t>
            </w:r>
          </w:p>
        </w:tc>
      </w:tr>
      <w:tr w:rsidR="003B6778" w14:paraId="0EEDDF03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CA33" w14:textId="77777777" w:rsidR="003B6778" w:rsidRDefault="00335752">
            <w:pPr>
              <w:spacing w:before="80" w:after="80"/>
            </w:pPr>
            <w:r>
              <w:lastRenderedPageBreak/>
              <w:t>Week 5: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E025" w14:textId="77777777" w:rsidR="003B6778" w:rsidRDefault="00335752">
            <w:pPr>
              <w:spacing w:before="80" w:after="80"/>
            </w:pPr>
            <w:r>
              <w:t>Where Money Comes From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A835" w14:textId="77777777" w:rsidR="003B6778" w:rsidRDefault="00335752">
            <w:pPr>
              <w:spacing w:before="80" w:after="80"/>
            </w:pPr>
            <w:r>
              <w:t>Theme: Macroeconomics and career compensation. Practical Activity: Simulate corporate wage breakdowns tracking gross income versus net pay, exploring national insurance, progressive taxation, and pension tracking.</w:t>
            </w:r>
          </w:p>
        </w:tc>
      </w:tr>
    </w:tbl>
    <w:p w14:paraId="56911CD4" w14:textId="77777777" w:rsidR="003B6778" w:rsidRDefault="003B6778"/>
    <w:p w14:paraId="180BC756" w14:textId="77777777" w:rsidR="003B6778" w:rsidRPr="00223299" w:rsidRDefault="00335752">
      <w:pPr>
        <w:pStyle w:val="Heading3"/>
        <w:rPr>
          <w:color w:val="auto"/>
        </w:rPr>
      </w:pPr>
      <w:r w:rsidRPr="00223299">
        <w:rPr>
          <w:color w:val="auto"/>
        </w:rPr>
        <w:t>Summer 2: Human Reproduction &amp; Life Cycles (Part 2)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B6778" w14:paraId="19EB7E27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EB50" w14:textId="77777777" w:rsidR="003B6778" w:rsidRDefault="00335752">
            <w:pPr>
              <w:spacing w:before="80" w:after="80"/>
            </w:pPr>
            <w:r>
              <w:rPr>
                <w:b/>
              </w:rPr>
              <w:t>Week &amp; Strand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10F6" w14:textId="77777777" w:rsidR="003B6778" w:rsidRDefault="00335752">
            <w:pPr>
              <w:spacing w:before="80" w:after="80"/>
            </w:pPr>
            <w:r>
              <w:rPr>
                <w:b/>
              </w:rPr>
              <w:t>Lesson Focus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9059" w14:textId="77777777" w:rsidR="003B6778" w:rsidRDefault="00335752">
            <w:pPr>
              <w:spacing w:before="80" w:after="80"/>
            </w:pPr>
            <w:r>
              <w:rPr>
                <w:b/>
              </w:rPr>
              <w:t>Explicit UKS2 Activity &amp; Practical Guidance</w:t>
            </w:r>
          </w:p>
        </w:tc>
      </w:tr>
      <w:tr w:rsidR="003B6778" w14:paraId="12B8AF67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4D25" w14:textId="77777777" w:rsidR="003B6778" w:rsidRDefault="00335752">
            <w:pPr>
              <w:spacing w:before="80" w:after="80"/>
            </w:pPr>
            <w:r>
              <w:t>Week 1: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7728" w14:textId="77777777" w:rsidR="003B6778" w:rsidRDefault="00335752">
            <w:pPr>
              <w:spacing w:before="80" w:after="80"/>
            </w:pPr>
            <w:r>
              <w:t>Menstruation (UKS2 1.4.3)</w:t>
            </w:r>
          </w:p>
          <w:p w14:paraId="3717EC23" w14:textId="77777777" w:rsidR="002E3A4C" w:rsidRPr="00922B75" w:rsidRDefault="002E3A4C" w:rsidP="002E3A4C">
            <w:pPr>
              <w:rPr>
                <w:rFonts w:eastAsia="Arial" w:cs="Arial"/>
                <w:color w:val="0563C1"/>
                <w:u w:val="single"/>
              </w:rPr>
            </w:pPr>
            <w:hyperlink r:id="rId32">
              <w:r w:rsidRPr="00922B75">
                <w:rPr>
                  <w:rFonts w:eastAsia="Arial" w:cs="Arial"/>
                  <w:color w:val="0563C1"/>
                  <w:u w:val="single"/>
                </w:rPr>
                <w:t>UKS2 1.4.3 Menstruation</w:t>
              </w:r>
            </w:hyperlink>
          </w:p>
          <w:p w14:paraId="68C3805F" w14:textId="77777777" w:rsidR="002E3A4C" w:rsidRDefault="002E3A4C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A723" w14:textId="77777777" w:rsidR="003B6778" w:rsidRDefault="00335752">
            <w:pPr>
              <w:spacing w:before="80" w:after="80"/>
            </w:pPr>
            <w:r>
              <w:t>Theme: Bodily development cycles. Practical Activity: Standardise physical health parameters surrounding menstruation, ensuring both genders participate in respectful, factual educational sessions.</w:t>
            </w:r>
          </w:p>
        </w:tc>
      </w:tr>
      <w:tr w:rsidR="003B6778" w14:paraId="5197C95E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B30C" w14:textId="77777777" w:rsidR="003B6778" w:rsidRDefault="00335752">
            <w:pPr>
              <w:spacing w:before="80" w:after="80"/>
            </w:pPr>
            <w:r>
              <w:t>Week 2: Ten:Ten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E49B" w14:textId="77777777" w:rsidR="003B6778" w:rsidRDefault="00335752">
            <w:pPr>
              <w:spacing w:before="80" w:after="80"/>
            </w:pPr>
            <w:r>
              <w:t>Hope Beyond Death (UKS2 1.4.4)</w:t>
            </w:r>
          </w:p>
          <w:p w14:paraId="4F1CF449" w14:textId="77777777" w:rsidR="002E3A4C" w:rsidRPr="00922B75" w:rsidRDefault="002E3A4C" w:rsidP="002E3A4C">
            <w:pPr>
              <w:rPr>
                <w:rFonts w:eastAsia="Arial" w:cs="Arial"/>
                <w:color w:val="0070C0"/>
              </w:rPr>
            </w:pPr>
            <w:hyperlink r:id="rId33">
              <w:r w:rsidRPr="00922B75">
                <w:rPr>
                  <w:rFonts w:eastAsia="Arial" w:cs="Arial"/>
                  <w:color w:val="0563C1"/>
                  <w:u w:val="single"/>
                </w:rPr>
                <w:t>UKS2 1.4.4 Hope Beyond Death</w:t>
              </w:r>
            </w:hyperlink>
          </w:p>
          <w:p w14:paraId="3E3AA8C7" w14:textId="77777777" w:rsidR="002E3A4C" w:rsidRDefault="002E3A4C">
            <w:pPr>
              <w:spacing w:before="80" w:after="8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B6D4" w14:textId="77777777" w:rsidR="003B6778" w:rsidRDefault="00335752">
            <w:pPr>
              <w:spacing w:before="80" w:after="80"/>
            </w:pPr>
            <w:r>
              <w:t>Theme: Managing grief, loss, and community support. Practical Activity: Study life cycles, tracking localized counseling networks and crafting collective support strategies to navigate change safely.</w:t>
            </w:r>
          </w:p>
        </w:tc>
      </w:tr>
      <w:tr w:rsidR="003B6778" w14:paraId="3496B985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F9C8" w14:textId="77777777" w:rsidR="003B6778" w:rsidRDefault="00335752">
            <w:pPr>
              <w:spacing w:before="80" w:after="80"/>
            </w:pPr>
            <w:r>
              <w:t>Week 3: British Value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574F" w14:textId="77777777" w:rsidR="003B6778" w:rsidRDefault="00335752">
            <w:pPr>
              <w:spacing w:before="80" w:after="80"/>
            </w:pPr>
            <w:r>
              <w:t>Democracy &amp; Rule of Law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2985" w14:textId="77777777" w:rsidR="003B6778" w:rsidRDefault="00335752">
            <w:pPr>
              <w:spacing w:before="80" w:after="80"/>
            </w:pPr>
            <w:r>
              <w:t>Theme: Adapting boundaries for transition. Practical Activity: Evaluate secondary school behavioral policies. Draft four core life boundaries helping navigate larger environments securely.</w:t>
            </w:r>
          </w:p>
        </w:tc>
      </w:tr>
      <w:tr w:rsidR="003B6778" w14:paraId="6DAD943C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F3DE" w14:textId="77777777" w:rsidR="003B6778" w:rsidRDefault="00335752">
            <w:pPr>
              <w:spacing w:before="80" w:after="80"/>
            </w:pPr>
            <w:r>
              <w:t>Week 4: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493D" w14:textId="77777777" w:rsidR="003B6778" w:rsidRDefault="00335752">
            <w:pPr>
              <w:spacing w:before="80" w:after="80"/>
            </w:pPr>
            <w:r>
              <w:t>Crucial Crew Safety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8ED6" w14:textId="77777777" w:rsidR="003B6778" w:rsidRDefault="00335752">
            <w:pPr>
              <w:spacing w:before="80" w:after="80"/>
            </w:pPr>
            <w:r>
              <w:t xml:space="preserve">Theme: Real-world emergency management. </w:t>
            </w:r>
            <w:r>
              <w:lastRenderedPageBreak/>
              <w:t>Practical Activity: Complete intensive safety workshops covering open water hazards, water safety parameters, fire escape plans, transport navigation, and handling stranger danger risks.</w:t>
            </w:r>
          </w:p>
        </w:tc>
      </w:tr>
      <w:tr w:rsidR="003B6778" w14:paraId="4FF5F11D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C299" w14:textId="77777777" w:rsidR="003B6778" w:rsidRDefault="00335752">
            <w:pPr>
              <w:spacing w:before="80" w:after="80"/>
            </w:pPr>
            <w:r>
              <w:lastRenderedPageBreak/>
              <w:t>Week 5: Wider World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4AB6" w14:textId="77777777" w:rsidR="003B6778" w:rsidRDefault="00335752">
            <w:pPr>
              <w:spacing w:before="80" w:after="80"/>
            </w:pPr>
            <w:r>
              <w:t>Residential &amp; KS3 Transition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0DE0" w14:textId="77777777" w:rsidR="003B6778" w:rsidRDefault="00335752">
            <w:pPr>
              <w:spacing w:before="80" w:after="80"/>
            </w:pPr>
            <w:r>
              <w:t>Theme: Independence, teamwork, and reflection. Practical Activity: Participate in team building outdoor challenges during the residential journey. Compile reflective goal capsule logs for smooth transition into Key Stage 3.</w:t>
            </w:r>
          </w:p>
        </w:tc>
      </w:tr>
    </w:tbl>
    <w:p w14:paraId="292FBBDB" w14:textId="77777777" w:rsidR="003B6778" w:rsidRDefault="003B6778"/>
    <w:sectPr w:rsidR="003B677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B927C5"/>
    <w:multiLevelType w:val="multilevel"/>
    <w:tmpl w:val="C81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9698387">
    <w:abstractNumId w:val="8"/>
  </w:num>
  <w:num w:numId="2" w16cid:durableId="595213477">
    <w:abstractNumId w:val="6"/>
  </w:num>
  <w:num w:numId="3" w16cid:durableId="1410541595">
    <w:abstractNumId w:val="5"/>
  </w:num>
  <w:num w:numId="4" w16cid:durableId="2125419818">
    <w:abstractNumId w:val="4"/>
  </w:num>
  <w:num w:numId="5" w16cid:durableId="1251544305">
    <w:abstractNumId w:val="7"/>
  </w:num>
  <w:num w:numId="6" w16cid:durableId="359012187">
    <w:abstractNumId w:val="3"/>
  </w:num>
  <w:num w:numId="7" w16cid:durableId="1758359435">
    <w:abstractNumId w:val="2"/>
  </w:num>
  <w:num w:numId="8" w16cid:durableId="928542272">
    <w:abstractNumId w:val="1"/>
  </w:num>
  <w:num w:numId="9" w16cid:durableId="1787769737">
    <w:abstractNumId w:val="0"/>
  </w:num>
  <w:num w:numId="10" w16cid:durableId="5819153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3299"/>
    <w:rsid w:val="0029639D"/>
    <w:rsid w:val="002E3A4C"/>
    <w:rsid w:val="00326F90"/>
    <w:rsid w:val="00335752"/>
    <w:rsid w:val="003B6778"/>
    <w:rsid w:val="00470D6E"/>
    <w:rsid w:val="0081400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C7A1BB"/>
  <w14:defaultImageDpi w14:val="300"/>
  <w15:docId w15:val="{1F63CE81-BBF2-4A33-9D51-B1BA1AAE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232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entenresources.co.uk/programmes/life-to-the-full-plus/uks2/m-2/uks2_2_created-to-love-others/u-3/uks2_2-3_life-online/s-1/sharing-isnt-always-caring/" TargetMode="External"/><Relationship Id="rId18" Type="http://schemas.openxmlformats.org/officeDocument/2006/relationships/hyperlink" Target="https://www.tentenresources.co.uk/programmes/life-to-the-full-plus/uks2/m-2/uks2_2_created-to-love-others/u-4/uks2_2-4_keeping-safe/s-4/giving-assistance/" TargetMode="External"/><Relationship Id="rId26" Type="http://schemas.openxmlformats.org/officeDocument/2006/relationships/hyperlink" Target="https://www.tentenresources.co.uk/programmes/life-to-the-full-plus/uks2/m-1/uks2_1_created-and-loved-by-god/u-3/uks2_1-3_emotional-well-being/s-1/body-image/" TargetMode="External"/><Relationship Id="rId21" Type="http://schemas.openxmlformats.org/officeDocument/2006/relationships/hyperlink" Target="https://www.tentenresources.co.uk/programmes/life-to-the-full-plus/uks2/m-3/uks2_3_created-to-live-in-community/u-2/uks2_3-2_living-in-the-wider-world/s-1/reaching-out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tentenresources.co.uk/programmes/life-to-the-full-plus/uks2/m-2/uks2_2_created-to-love-others/u-1/uks2_2-1_religious-understanding/s-1/god-is-calling-you/" TargetMode="External"/><Relationship Id="rId12" Type="http://schemas.openxmlformats.org/officeDocument/2006/relationships/hyperlink" Target="https://www.tentenresources.co.uk/programmes/life-to-the-full-plus/uks2/m-2/uks2_2_created-to-love-others/u-2/uks2_2-2_personal-relationships/s-4/uks2_build-others-up/" TargetMode="External"/><Relationship Id="rId17" Type="http://schemas.openxmlformats.org/officeDocument/2006/relationships/hyperlink" Target="https://www.tentenresources.co.uk/programmes/life-to-the-full-plus/uks2/m-2/uks2_2_created-to-love-others/u-4/uks2_2-4_keeping-safe/s-3/making-good-choices/" TargetMode="External"/><Relationship Id="rId25" Type="http://schemas.openxmlformats.org/officeDocument/2006/relationships/hyperlink" Target="https://www.tentenresources.co.uk/programmes/life-to-the-full-plus/uks2/m-1/uks2_1_created-and-loved-by-god/u-2/uks2_1-2_me-my-body-my-health/s-2/girls-bodies/" TargetMode="External"/><Relationship Id="rId33" Type="http://schemas.openxmlformats.org/officeDocument/2006/relationships/hyperlink" Target="https://www.tentenresources.co.uk/programmes/life-to-the-full-plus/uks2_1-4_life-cycles/m-1/uks2_1_created-and-loved-by-god/u-4/uks2_1-4_life-cycles/s-4/hope-beyond-death/" TargetMode="External"/><Relationship Id="rId38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yperlink" Target="https://www.tentenresources.co.uk/programmes/life-to-the-full-plus/uks2/m-2/uks2_2_created-to-love-others/u-4/uks2_2-4_keeping-safe/s-2/impacted-lifestyles/" TargetMode="External"/><Relationship Id="rId20" Type="http://schemas.openxmlformats.org/officeDocument/2006/relationships/hyperlink" Target="https://www.tentenresources.co.uk/programmes/life-to-the-full-plus/uks2/m-3/uks2_3_created-to-live-in-community/u-1/uks2_3-1_religious-understanding/s-2/catholic-social-teaching/" TargetMode="External"/><Relationship Id="rId29" Type="http://schemas.openxmlformats.org/officeDocument/2006/relationships/hyperlink" Target="https://www.tentenresources.co.uk/programmes/life-to-the-full-plus/uks2/m-1/uks2_1_created-and-loved-by-god/u-3/uks2_1-3_emotional-well-being/s-4/seeing-stuff-online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tentenresources.co.uk/programmes/life-to-the-full-plus/uks2/m-1/uks2_1_created-and-loved-by-god/u-1/uks2_1-1_religious-understanding/s-1/calming-the-storm/" TargetMode="External"/><Relationship Id="rId11" Type="http://schemas.openxmlformats.org/officeDocument/2006/relationships/hyperlink" Target="https://www.tentenresources.co.uk/programmes/life-to-the-full-primary/uks2/m-2/uks2_2_created-to-love-others/u-2/uks2_2-2_personal-relationships/s-4/confidence-vs-control/" TargetMode="External"/><Relationship Id="rId24" Type="http://schemas.openxmlformats.org/officeDocument/2006/relationships/hyperlink" Target="https://www.tentenresources.co.uk/programmes/life-to-the-full-plus/uks2/m-1/uks2_1_created-and-loved-by-god/u-2/uks2_1-2_me-my-body-my-health/s-3/boys-bodies/" TargetMode="External"/><Relationship Id="rId32" Type="http://schemas.openxmlformats.org/officeDocument/2006/relationships/hyperlink" Target="https://www.tentenresources.co.uk/programmes/life-to-the-full-plus/uks2/m-1/uks2_1_created-and-loved-by-god/u-4/uks2_1-4_life-cycles/s-3/menstruation/" TargetMode="External"/><Relationship Id="rId37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yperlink" Target="https://www.tentenresources.co.uk/programmes/life-to-the-full-plus/uks2/m-2/uks2_2_created-to-love-others/u-4/uks2_2-4_keeping-safe/s-1/types-of-abuse/" TargetMode="External"/><Relationship Id="rId23" Type="http://schemas.openxmlformats.org/officeDocument/2006/relationships/hyperlink" Target="https://www.tentenresources.co.uk/programmes/life-to-the-full-plus/uks2/m-1/uks2_1_created-and-loved-by-god/u-2/uks2_1-2_me-my-body-my-health/s-4/spots-and-sleep/" TargetMode="External"/><Relationship Id="rId28" Type="http://schemas.openxmlformats.org/officeDocument/2006/relationships/hyperlink" Target="https://www.tentenresources.co.uk/programmes/life-to-the-full-plus/uks2/m-1/uks2_1_created-and-loved-by-god/u-3/uks2_1-3_emotional-well-being/s-3/emotional-changes/" TargetMode="External"/><Relationship Id="rId36" Type="http://schemas.openxmlformats.org/officeDocument/2006/relationships/customXml" Target="../customXml/item2.xml"/><Relationship Id="rId10" Type="http://schemas.openxmlformats.org/officeDocument/2006/relationships/hyperlink" Target="https://www.tentenresources.co.uk/programmes/life-to-the-full-plus/uks2/m-2/uks2_2_created-to-love-others/u-2/uks2_2-2_personal-relationships/s-3/self-talk/" TargetMode="External"/><Relationship Id="rId19" Type="http://schemas.openxmlformats.org/officeDocument/2006/relationships/hyperlink" Target="https://www.tentenresources.co.uk/programmes/life-to-the-full-plus/uks2/m-3/uks2_3_created-to-live-in-community/u-1/uks2_3-1_religious-understanding/s-1/the-holy-trinity/" TargetMode="External"/><Relationship Id="rId31" Type="http://schemas.openxmlformats.org/officeDocument/2006/relationships/hyperlink" Target="https://www.tentenresources.co.uk/programmes/life-to-the-full-plus/uks2/m-1/uks2_1_created-and-loved-by-god/u-4/uks2_1-4_life-cycles/s-2/making-babies-part-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ntenresources.co.uk/programmes/life-to-the-full-plus/uks2/m-2/uks2_2_created-to-love-others/u-2/uks2_2-2_personal-relationships/s-2/do-you-want-a-piece-of-cake/" TargetMode="External"/><Relationship Id="rId14" Type="http://schemas.openxmlformats.org/officeDocument/2006/relationships/hyperlink" Target="https://www.tentenresources.co.uk/programmes/life-to-the-full-plus/uks2/m-2/uks2_2_created-to-love-others/u-3/uks2_2-3_life-online/s-2/cyberbullying/" TargetMode="External"/><Relationship Id="rId22" Type="http://schemas.openxmlformats.org/officeDocument/2006/relationships/hyperlink" Target="https://www.tentenresources.co.uk/programmes/life-to-the-full-plus/uks2/m-1/uks2_1_created-and-loved-by-god/u-2/uks2_1-2_me-my-body-my-health/s-1/gifts-and-talents/" TargetMode="External"/><Relationship Id="rId27" Type="http://schemas.openxmlformats.org/officeDocument/2006/relationships/hyperlink" Target="https://www.tentenresources.co.uk/programmes/life-to-the-full-plus/uks2/m-1/uks2_1_created-and-loved-by-god/u-3/uks2_1-3_emotional-well-being/s-2/peculiar-feelings/" TargetMode="External"/><Relationship Id="rId30" Type="http://schemas.openxmlformats.org/officeDocument/2006/relationships/hyperlink" Target="https://www.tentenresources.co.uk/programmes/life-to-the-full-plus/uks2/m-1/uks2_1_created-and-loved-by-god/u-4/uks2_1-4_life-cycles/s-1/making-babies-part-1/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tentenresources.co.uk/programmes/life-to-the-full-plus/uks2/m-2/uks2_2_created-to-love-others/u-2/uks2_2-2_personal-relationships/s-1/under-pressure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BD472F209F0645B17656BBE4BCDA90" ma:contentTypeVersion="19" ma:contentTypeDescription="Create a new document." ma:contentTypeScope="" ma:versionID="236f273463d32020f296d5df47116adc">
  <xsd:schema xmlns:xsd="http://www.w3.org/2001/XMLSchema" xmlns:xs="http://www.w3.org/2001/XMLSchema" xmlns:p="http://schemas.microsoft.com/office/2006/metadata/properties" xmlns:ns2="58b774ed-12d4-4705-91db-dffc7e1518d3" xmlns:ns3="9af69521-86ed-43b3-b6dd-d0c277c60d4c" targetNamespace="http://schemas.microsoft.com/office/2006/metadata/properties" ma:root="true" ma:fieldsID="260f7d808f14c53a84baf08707c0a56d" ns2:_="" ns3:_="">
    <xsd:import namespace="58b774ed-12d4-4705-91db-dffc7e1518d3"/>
    <xsd:import namespace="9af69521-86ed-43b3-b6dd-d0c277c60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b774ed-12d4-4705-91db-dffc7e1518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bbd3311-be07-4d0c-98b0-b2ffadc787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69521-86ed-43b3-b6dd-d0c277c60d4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80d1b3d-83b1-4830-b196-f9ad2e8f006c}" ma:internalName="TaxCatchAll" ma:showField="CatchAllData" ma:web="9af69521-86ed-43b3-b6dd-d0c277c60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b774ed-12d4-4705-91db-dffc7e1518d3">
      <Terms xmlns="http://schemas.microsoft.com/office/infopath/2007/PartnerControls"/>
    </lcf76f155ced4ddcb4097134ff3c332f>
    <TaxCatchAll xmlns="9af69521-86ed-43b3-b6dd-d0c277c60d4c" xsi:nil="true"/>
    <SharedWithUsers xmlns="9af69521-86ed-43b3-b6dd-d0c277c60d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FDAC51-003D-402C-9F21-FD4EA86A8E7C}"/>
</file>

<file path=customXml/itemProps3.xml><?xml version="1.0" encoding="utf-8"?>
<ds:datastoreItem xmlns:ds="http://schemas.openxmlformats.org/officeDocument/2006/customXml" ds:itemID="{BCCDAB8D-2CF9-4091-B27F-C886E40FEB9E}"/>
</file>

<file path=customXml/itemProps4.xml><?xml version="1.0" encoding="utf-8"?>
<ds:datastoreItem xmlns:ds="http://schemas.openxmlformats.org/officeDocument/2006/customXml" ds:itemID="{452158FE-859B-447A-A44B-5D5CA231A8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3399</Words>
  <Characters>19380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Richards, Dean</cp:lastModifiedBy>
  <cp:revision>2</cp:revision>
  <dcterms:created xsi:type="dcterms:W3CDTF">2026-09-17T00:12:00Z</dcterms:created>
  <dcterms:modified xsi:type="dcterms:W3CDTF">2026-09-17T00:12:00Z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797972-95f5-4c5d-a2b2-c3b9e4e4b1d4_Enabled">
    <vt:lpwstr>true</vt:lpwstr>
  </property>
  <property fmtid="{D5CDD505-2E9C-101B-9397-08002B2CF9AE}" pid="3" name="MSIP_Label_02797972-95f5-4c5d-a2b2-c3b9e4e4b1d4_SetDate">
    <vt:lpwstr>2026-09-16T23:58:43Z</vt:lpwstr>
  </property>
  <property fmtid="{D5CDD505-2E9C-101B-9397-08002B2CF9AE}" pid="4" name="MSIP_Label_02797972-95f5-4c5d-a2b2-c3b9e4e4b1d4_Method">
    <vt:lpwstr>Privileged</vt:lpwstr>
  </property>
  <property fmtid="{D5CDD505-2E9C-101B-9397-08002B2CF9AE}" pid="5" name="MSIP_Label_02797972-95f5-4c5d-a2b2-c3b9e4e4b1d4_Name">
    <vt:lpwstr>Public</vt:lpwstr>
  </property>
  <property fmtid="{D5CDD505-2E9C-101B-9397-08002B2CF9AE}" pid="6" name="MSIP_Label_02797972-95f5-4c5d-a2b2-c3b9e4e4b1d4_SiteId">
    <vt:lpwstr>bd62c4de-3c33-4404-b229-99701ca75a56</vt:lpwstr>
  </property>
  <property fmtid="{D5CDD505-2E9C-101B-9397-08002B2CF9AE}" pid="7" name="MSIP_Label_02797972-95f5-4c5d-a2b2-c3b9e4e4b1d4_ActionId">
    <vt:lpwstr>8745b977-1c11-4e86-875a-09053e7e6768</vt:lpwstr>
  </property>
  <property fmtid="{D5CDD505-2E9C-101B-9397-08002B2CF9AE}" pid="8" name="MSIP_Label_02797972-95f5-4c5d-a2b2-c3b9e4e4b1d4_ContentBits">
    <vt:lpwstr>0</vt:lpwstr>
  </property>
  <property fmtid="{D5CDD505-2E9C-101B-9397-08002B2CF9AE}" pid="9" name="MSIP_Label_02797972-95f5-4c5d-a2b2-c3b9e4e4b1d4_Tag">
    <vt:lpwstr>10, 0, 1, 1</vt:lpwstr>
  </property>
  <property fmtid="{D5CDD505-2E9C-101B-9397-08002B2CF9AE}" pid="10" name="ContentTypeId">
    <vt:lpwstr>0x0101002ABD472F209F0645B17656BBE4BCDA90</vt:lpwstr>
  </property>
  <property fmtid="{D5CDD505-2E9C-101B-9397-08002B2CF9AE}" pid="11" name="Order">
    <vt:r8>35300</vt:r8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_ExtendedDescription">
    <vt:lpwstr/>
  </property>
</Properties>
</file>