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AA667" w14:textId="77777777" w:rsidR="00C53896" w:rsidRDefault="00B945E3">
      <w:r>
        <w:rPr>
          <w:b/>
          <w:sz w:val="28"/>
        </w:rPr>
        <w:t>LOWER KEY STAGE 2 (YEAR 3 &amp; YEAR 4) PSHE &amp; STATUTORY RSHE LONG-TERM PLAN</w:t>
      </w:r>
    </w:p>
    <w:p w14:paraId="675E99A7" w14:textId="77777777" w:rsidR="00C53896" w:rsidRDefault="00C53896">
      <w:pPr>
        <w:spacing w:after="120"/>
      </w:pPr>
    </w:p>
    <w:p w14:paraId="33398C83" w14:textId="77777777" w:rsidR="00C53896" w:rsidRDefault="00B945E3">
      <w:r>
        <w:rPr>
          <w:b/>
          <w:sz w:val="24"/>
        </w:rPr>
        <w:t>1. Assessment Framework Map</w:t>
      </w:r>
    </w:p>
    <w:p w14:paraId="774199B3" w14:textId="77777777" w:rsidR="00A6116E" w:rsidRPr="00A6116E" w:rsidRDefault="00A6116E" w:rsidP="00A6116E">
      <w:pPr>
        <w:spacing w:after="240"/>
        <w:rPr>
          <w:b/>
          <w:lang w:val="en-GB"/>
        </w:rPr>
      </w:pPr>
      <w:r w:rsidRPr="00A6116E">
        <w:rPr>
          <w:b/>
          <w:lang w:val="en-GB"/>
        </w:rPr>
        <w:t>Mapped directly to the statutory Lower Key Stage 2 RSHE milestones:</w:t>
      </w:r>
    </w:p>
    <w:p w14:paraId="2AB26E86" w14:textId="77777777" w:rsidR="00A6116E" w:rsidRPr="00A6116E" w:rsidRDefault="00A6116E" w:rsidP="00A6116E">
      <w:pPr>
        <w:numPr>
          <w:ilvl w:val="0"/>
          <w:numId w:val="10"/>
        </w:numPr>
        <w:spacing w:after="240"/>
        <w:rPr>
          <w:b/>
          <w:lang w:val="en-GB"/>
        </w:rPr>
      </w:pPr>
      <w:r w:rsidRPr="00A6116E">
        <w:rPr>
          <w:b/>
          <w:bCs/>
          <w:lang w:val="en-GB"/>
        </w:rPr>
        <w:t>Relationships:</w:t>
      </w:r>
      <w:r w:rsidRPr="00A6116E">
        <w:rPr>
          <w:b/>
          <w:lang w:val="en-GB"/>
        </w:rPr>
        <w:t xml:space="preserve"> Manage peer dynamics and respect personal boundaries.</w:t>
      </w:r>
    </w:p>
    <w:p w14:paraId="1A46E652" w14:textId="77777777" w:rsidR="00A6116E" w:rsidRPr="00A6116E" w:rsidRDefault="00A6116E" w:rsidP="00A6116E">
      <w:pPr>
        <w:numPr>
          <w:ilvl w:val="0"/>
          <w:numId w:val="10"/>
        </w:numPr>
        <w:spacing w:after="240"/>
        <w:rPr>
          <w:b/>
          <w:lang w:val="en-GB"/>
        </w:rPr>
      </w:pPr>
      <w:r w:rsidRPr="00A6116E">
        <w:rPr>
          <w:b/>
          <w:bCs/>
          <w:lang w:val="en-GB"/>
        </w:rPr>
        <w:t>Health and Wellbeing:</w:t>
      </w:r>
      <w:r w:rsidRPr="00A6116E">
        <w:rPr>
          <w:b/>
          <w:lang w:val="en-GB"/>
        </w:rPr>
        <w:t xml:space="preserve"> Regulate emotional shifts and track body changes.</w:t>
      </w:r>
    </w:p>
    <w:p w14:paraId="2CFE90E3" w14:textId="77777777" w:rsidR="00A6116E" w:rsidRPr="00A6116E" w:rsidRDefault="00A6116E" w:rsidP="00A6116E">
      <w:pPr>
        <w:numPr>
          <w:ilvl w:val="0"/>
          <w:numId w:val="10"/>
        </w:numPr>
        <w:spacing w:after="240"/>
        <w:rPr>
          <w:b/>
          <w:lang w:val="en-GB"/>
        </w:rPr>
      </w:pPr>
      <w:r w:rsidRPr="00A6116E">
        <w:rPr>
          <w:b/>
          <w:bCs/>
          <w:lang w:val="en-GB"/>
        </w:rPr>
        <w:t>Safety and Community:</w:t>
      </w:r>
      <w:r w:rsidRPr="00A6116E">
        <w:rPr>
          <w:b/>
          <w:lang w:val="en-GB"/>
        </w:rPr>
        <w:t xml:space="preserve"> Analyse digital risks and practice basic first aid.</w:t>
      </w:r>
    </w:p>
    <w:p w14:paraId="24A6D230" w14:textId="77777777" w:rsidR="00C53896" w:rsidRDefault="00C53896">
      <w:pPr>
        <w:spacing w:after="240"/>
      </w:pPr>
    </w:p>
    <w:p w14:paraId="2EDA5281" w14:textId="77777777" w:rsidR="00C53896" w:rsidRDefault="00B945E3">
      <w:r>
        <w:rPr>
          <w:b/>
          <w:sz w:val="26"/>
        </w:rPr>
        <w:t>2. Year 3 Long-Term Curriculum Map</w:t>
      </w:r>
    </w:p>
    <w:p w14:paraId="089BFB41" w14:textId="4A57EF58" w:rsidR="00C53896" w:rsidRDefault="00B945E3">
      <w:r>
        <w:rPr>
          <w:b/>
          <w:sz w:val="22"/>
        </w:rPr>
        <w:t xml:space="preserve">Autumn 1: </w:t>
      </w:r>
      <w:r w:rsidR="00E56BBC">
        <w:rPr>
          <w:b/>
          <w:sz w:val="22"/>
        </w:rPr>
        <w:t>Nurturing Relationships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C53896" w14:paraId="1A976059" w14:textId="77777777" w:rsidTr="00E56BBC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029EAA" w14:textId="77777777" w:rsidR="00C53896" w:rsidRDefault="00B945E3">
            <w:r>
              <w:rPr>
                <w:b/>
                <w:sz w:val="22"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8DC67B" w14:textId="77777777" w:rsidR="00C53896" w:rsidRDefault="00B945E3">
            <w:r>
              <w:rPr>
                <w:b/>
                <w:sz w:val="22"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045E03" w14:textId="77777777" w:rsidR="00C53896" w:rsidRDefault="00B945E3">
            <w:r>
              <w:rPr>
                <w:b/>
                <w:sz w:val="22"/>
              </w:rPr>
              <w:t>Explicit Activity &amp; Prac</w:t>
            </w:r>
            <w:r>
              <w:rPr>
                <w:b/>
                <w:sz w:val="22"/>
              </w:rPr>
              <w:t>tical Guidance</w:t>
            </w:r>
          </w:p>
        </w:tc>
      </w:tr>
      <w:tr w:rsidR="00E56BBC" w14:paraId="798F122C" w14:textId="77777777" w:rsidTr="00E56BBC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AB528C" w14:textId="3B9A45A9" w:rsidR="00E56BBC" w:rsidRDefault="00E56BBC" w:rsidP="00E56BBC">
            <w:pPr>
              <w:spacing w:after="80"/>
            </w:pPr>
            <w:r>
              <w:rPr>
                <w:b/>
              </w:rPr>
              <w:t>Week 1: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6F2F53" w14:textId="77777777" w:rsidR="00E56BBC" w:rsidRPr="00922B75" w:rsidRDefault="00E56BBC" w:rsidP="00E56BBC">
            <w:pPr>
              <w:rPr>
                <w:rFonts w:eastAsia="Arial" w:cs="Arial"/>
                <w:sz w:val="22"/>
              </w:rPr>
            </w:pPr>
            <w:r>
              <w:t>Family, Friends and Others</w:t>
            </w:r>
            <w:r>
              <w:br/>
              <w:t>(M2 U2 S1)</w:t>
            </w:r>
            <w:r>
              <w:br/>
            </w:r>
            <w:hyperlink r:id="rId9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2.2.1 Family, Friends and Others</w:t>
              </w:r>
            </w:hyperlink>
          </w:p>
          <w:p w14:paraId="738A7B54" w14:textId="6BFF67B8" w:rsidR="00E56BBC" w:rsidRDefault="00E56BBC" w:rsidP="00E56BBC"/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AA47BE" w14:textId="4C774F34" w:rsidR="00E56BBC" w:rsidRDefault="00E56BBC" w:rsidP="00E56BBC">
            <w:pPr>
              <w:spacing w:after="80"/>
            </w:pPr>
            <w:r>
              <w:t xml:space="preserve">Theme: </w:t>
            </w:r>
            <w:proofErr w:type="spellStart"/>
            <w:r>
              <w:t>Recognising</w:t>
            </w:r>
            <w:proofErr w:type="spellEnd"/>
            <w:r>
              <w:t xml:space="preserve"> diverse family structures.</w:t>
            </w:r>
            <w:r>
              <w:br/>
              <w:t>Explicit Activity: Read stories detailing various household dynamics (nuclear, single parent, foster). Draw a safety structure map of who lives in their home.</w:t>
            </w:r>
          </w:p>
        </w:tc>
      </w:tr>
      <w:tr w:rsidR="00E56BBC" w14:paraId="27D93CCF" w14:textId="77777777" w:rsidTr="00E56BBC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B90D23" w14:textId="1419FA6D" w:rsidR="00E56BBC" w:rsidRDefault="00E56BBC" w:rsidP="00E56BBC">
            <w:pPr>
              <w:spacing w:after="80"/>
            </w:pPr>
            <w:r>
              <w:rPr>
                <w:b/>
              </w:rPr>
              <w:t>Week 2: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39A199" w14:textId="3F56A02C" w:rsidR="00E56BBC" w:rsidRDefault="00E56BBC" w:rsidP="00E56BBC">
            <w:pPr>
              <w:spacing w:after="80"/>
            </w:pPr>
            <w:r>
              <w:t>When Things Feel Bad</w:t>
            </w:r>
            <w:r>
              <w:br/>
              <w:t>(M2 U2 S2)</w:t>
            </w:r>
            <w:r>
              <w:br/>
            </w:r>
            <w:hyperlink r:id="rId10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2.2.2 When Things Feel Bad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F95906" w14:textId="601560A1" w:rsidR="00E56BBC" w:rsidRDefault="00E56BBC" w:rsidP="00E56BBC">
            <w:pPr>
              <w:spacing w:after="80"/>
            </w:pPr>
            <w:r>
              <w:t>Theme: Peer conflict management and reconciliation.</w:t>
            </w:r>
            <w:r>
              <w:br/>
              <w:t xml:space="preserve">Explicit Activity: </w:t>
            </w:r>
            <w:proofErr w:type="spellStart"/>
            <w:r>
              <w:t>Roleplay</w:t>
            </w:r>
            <w:proofErr w:type="spellEnd"/>
            <w:r>
              <w:t xml:space="preserve"> conflict resolution scripts using specific prompts: 'When you did that, I felt... Can we solve this by...?' to encourage empathy.</w:t>
            </w:r>
          </w:p>
        </w:tc>
      </w:tr>
      <w:tr w:rsidR="00E56BBC" w14:paraId="615AD41F" w14:textId="77777777" w:rsidTr="00E56BBC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FE8DF7" w14:textId="77777777" w:rsidR="00E56BBC" w:rsidRDefault="00E56BBC" w:rsidP="00E56BBC">
            <w:pPr>
              <w:spacing w:after="80"/>
            </w:pPr>
            <w:r>
              <w:rPr>
                <w:b/>
              </w:rPr>
              <w:t>Week 4: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99227B" w14:textId="77777777" w:rsidR="00E56BBC" w:rsidRDefault="00E56BBC" w:rsidP="00E56BBC">
            <w:pPr>
              <w:spacing w:after="80"/>
            </w:pPr>
            <w:r>
              <w:t>Harvest Festival</w:t>
            </w:r>
            <w:r>
              <w:br/>
              <w:t>[Whole School 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CCBC25" w14:textId="77777777" w:rsidR="00E56BBC" w:rsidRDefault="00E56BBC" w:rsidP="00E56BBC">
            <w:pPr>
              <w:spacing w:after="80"/>
            </w:pPr>
            <w:r>
              <w:t>Theme: Gratitude and supporting the global community.</w:t>
            </w:r>
            <w:r>
              <w:br/>
              <w:t xml:space="preserve">Explicit Activity: </w:t>
            </w:r>
            <w:proofErr w:type="spellStart"/>
            <w:r>
              <w:t>Organise</w:t>
            </w:r>
            <w:proofErr w:type="spellEnd"/>
            <w:r>
              <w:t xml:space="preserve"> community donations for local food banks. Complete an activity mapping out global harvest traditions and food sharing.</w:t>
            </w:r>
          </w:p>
        </w:tc>
      </w:tr>
      <w:tr w:rsidR="00E56BBC" w14:paraId="2FDFF4CE" w14:textId="77777777" w:rsidTr="00E56BBC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888CB0" w14:textId="77777777" w:rsidR="00E56BBC" w:rsidRDefault="00E56BBC" w:rsidP="00E56BBC">
            <w:pPr>
              <w:spacing w:after="80"/>
            </w:pPr>
            <w:r>
              <w:rPr>
                <w:b/>
              </w:rPr>
              <w:t>Week 5: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8A3D90" w14:textId="77777777" w:rsidR="00E56BBC" w:rsidRDefault="00E56BBC" w:rsidP="00E56BBC">
            <w:pPr>
              <w:spacing w:after="80"/>
            </w:pPr>
            <w:r>
              <w:t>Black History Month</w:t>
            </w:r>
            <w:r>
              <w:br/>
              <w:t>[Whole School 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68A072" w14:textId="77777777" w:rsidR="00E56BBC" w:rsidRDefault="00E56BBC" w:rsidP="00E56BBC">
            <w:pPr>
              <w:spacing w:after="80"/>
            </w:pPr>
            <w:r>
              <w:t>Theme: Historical legacy and cultural contributions.</w:t>
            </w:r>
            <w:r>
              <w:br/>
              <w:t>Explicit Activity: Research inspirational historic or contemporary figures. Create a class poster celebrating diverse achievements and equality.</w:t>
            </w:r>
          </w:p>
        </w:tc>
      </w:tr>
    </w:tbl>
    <w:p w14:paraId="3DBF4FF0" w14:textId="77777777" w:rsidR="00C53896" w:rsidRDefault="00C53896">
      <w:pPr>
        <w:spacing w:after="240"/>
      </w:pPr>
    </w:p>
    <w:p w14:paraId="6F6A8081" w14:textId="77777777" w:rsidR="00C53896" w:rsidRDefault="00B945E3">
      <w:r>
        <w:rPr>
          <w:b/>
          <w:sz w:val="22"/>
        </w:rPr>
        <w:t>Autumn 2: Created to Love Others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C53896" w14:paraId="5487C8F6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D0B84B" w14:textId="77777777" w:rsidR="00C53896" w:rsidRDefault="00B945E3">
            <w:r>
              <w:rPr>
                <w:b/>
                <w:sz w:val="22"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3AF095" w14:textId="77777777" w:rsidR="00C53896" w:rsidRDefault="00B945E3">
            <w:r>
              <w:rPr>
                <w:b/>
                <w:sz w:val="22"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52C6E14" w14:textId="77777777" w:rsidR="00C53896" w:rsidRDefault="00B945E3">
            <w:r>
              <w:rPr>
                <w:b/>
                <w:sz w:val="22"/>
              </w:rPr>
              <w:t>Explicit Activity &amp; Practical Guidance</w:t>
            </w:r>
          </w:p>
        </w:tc>
      </w:tr>
      <w:tr w:rsidR="00C53896" w14:paraId="20E6245B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355B15" w14:textId="77777777" w:rsidR="00C53896" w:rsidRDefault="00B945E3">
            <w:pPr>
              <w:spacing w:after="80"/>
            </w:pPr>
            <w:r>
              <w:rPr>
                <w:b/>
              </w:rPr>
              <w:t>Week 1: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D559F8" w14:textId="30B69D03" w:rsidR="00C53896" w:rsidRDefault="00B945E3">
            <w:pPr>
              <w:spacing w:after="80"/>
            </w:pPr>
            <w:r>
              <w:t>We Don't Have To Be The Same</w:t>
            </w:r>
            <w:r>
              <w:br/>
              <w:t>(M1 U2 S1)</w:t>
            </w:r>
          </w:p>
          <w:p w14:paraId="730931D1" w14:textId="77777777" w:rsidR="00E56BBC" w:rsidRPr="00922B75" w:rsidRDefault="00B945E3" w:rsidP="00E56BBC">
            <w:pPr>
              <w:rPr>
                <w:rFonts w:eastAsia="Arial" w:cs="Arial"/>
                <w:sz w:val="22"/>
              </w:rPr>
            </w:pPr>
            <w:hyperlink r:id="rId11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1.2.1 We Don’t Have To Be The Same</w:t>
              </w:r>
            </w:hyperlink>
          </w:p>
          <w:p w14:paraId="31F42D0A" w14:textId="77777777" w:rsidR="00E56BBC" w:rsidRDefault="00E56BBC">
            <w:pPr>
              <w:spacing w:after="8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70AE92" w14:textId="77777777" w:rsidR="00C53896" w:rsidRDefault="00B945E3">
            <w:pPr>
              <w:spacing w:after="80"/>
            </w:pPr>
            <w:r>
              <w:t>Theme: Celebrating unique personal differences.</w:t>
            </w:r>
            <w:r>
              <w:br/>
              <w:t>Explicit Activity: Play a similarity matrix game across the carpet. Discover overlapping common attributes while explicitly celebrating completely individual talents.</w:t>
            </w:r>
          </w:p>
        </w:tc>
      </w:tr>
      <w:tr w:rsidR="00C53896" w14:paraId="74D3145E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0D80B7" w14:textId="77777777" w:rsidR="00C53896" w:rsidRDefault="00B945E3">
            <w:pPr>
              <w:spacing w:after="80"/>
            </w:pPr>
            <w:r>
              <w:rPr>
                <w:b/>
              </w:rPr>
              <w:t>Week</w:t>
            </w:r>
            <w:r>
              <w:rPr>
                <w:b/>
              </w:rPr>
              <w:t xml:space="preserve"> 2: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0FB528" w14:textId="010CAAC1" w:rsidR="00C53896" w:rsidRPr="00E56BBC" w:rsidRDefault="00B945E3" w:rsidP="00E56BBC">
            <w:pPr>
              <w:rPr>
                <w:rFonts w:eastAsia="Arial" w:cs="Arial"/>
                <w:sz w:val="22"/>
              </w:rPr>
            </w:pPr>
            <w:r>
              <w:t>Respecting Our Bodies</w:t>
            </w:r>
            <w:r>
              <w:br/>
              <w:t>(M1 U2 S2)</w:t>
            </w:r>
            <w:r>
              <w:br/>
            </w:r>
            <w:hyperlink r:id="rId12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1.2.2 Respecting Our Bodies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A5C713" w14:textId="77777777" w:rsidR="00C53896" w:rsidRDefault="00B945E3">
            <w:pPr>
              <w:spacing w:after="80"/>
            </w:pPr>
            <w:r>
              <w:t>Theme: Physical boundaries and personal care.</w:t>
            </w:r>
            <w:r>
              <w:br/>
              <w:t>Explicit Activity: Create a physical safety boundary map. Discuss standard strategies for protecting personal space and articulating clear refusal cues safely.</w:t>
            </w:r>
          </w:p>
        </w:tc>
      </w:tr>
      <w:tr w:rsidR="00C53896" w14:paraId="1D2AFA67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C14CA3" w14:textId="77777777" w:rsidR="00C53896" w:rsidRDefault="00B945E3">
            <w:pPr>
              <w:spacing w:after="80"/>
            </w:pPr>
            <w:r>
              <w:rPr>
                <w:b/>
              </w:rPr>
              <w:t>Week 3:</w:t>
            </w:r>
            <w:r>
              <w:br/>
              <w:t>British Value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A5F808" w14:textId="77777777" w:rsidR="00C53896" w:rsidRDefault="00B945E3">
            <w:pPr>
              <w:spacing w:after="80"/>
            </w:pPr>
            <w:r>
              <w:t>The Rule of Law</w:t>
            </w:r>
            <w:r>
              <w:br/>
              <w:t>(</w:t>
            </w:r>
            <w:r>
              <w:t>Class/School Rules)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293D8B" w14:textId="77777777" w:rsidR="00C53896" w:rsidRDefault="00B945E3">
            <w:pPr>
              <w:spacing w:after="80"/>
            </w:pPr>
            <w:r>
              <w:t>Theme: Boundaries that keep communities safe.</w:t>
            </w:r>
            <w:r>
              <w:br/>
              <w:t xml:space="preserve">Explicit Activity: </w:t>
            </w:r>
            <w:proofErr w:type="spellStart"/>
            <w:r>
              <w:t>Analyse</w:t>
            </w:r>
            <w:proofErr w:type="spellEnd"/>
            <w:r>
              <w:t xml:space="preserve"> specific legal parameters or school guidelines. Conduct a small </w:t>
            </w:r>
            <w:proofErr w:type="spellStart"/>
            <w:r>
              <w:t>roleplay</w:t>
            </w:r>
            <w:proofErr w:type="spellEnd"/>
            <w:r>
              <w:t xml:space="preserve"> showing the clear consequences when structured boundaries are broken.</w:t>
            </w:r>
          </w:p>
        </w:tc>
      </w:tr>
      <w:tr w:rsidR="00C53896" w14:paraId="70BB6E99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D51364" w14:textId="77777777" w:rsidR="00C53896" w:rsidRDefault="00B945E3">
            <w:pPr>
              <w:spacing w:after="80"/>
            </w:pPr>
            <w:r>
              <w:rPr>
                <w:b/>
              </w:rPr>
              <w:t>Week 4: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55B23A" w14:textId="77777777" w:rsidR="00C53896" w:rsidRDefault="00B945E3">
            <w:pPr>
              <w:spacing w:after="80"/>
            </w:pPr>
            <w:r>
              <w:t>Remembrance Day</w:t>
            </w:r>
            <w:r>
              <w:br/>
              <w:t>[Whole School 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A33F2C" w14:textId="77777777" w:rsidR="00C53896" w:rsidRDefault="00B945E3">
            <w:pPr>
              <w:spacing w:after="80"/>
            </w:pPr>
            <w:r>
              <w:t>Theme: Respect, reflection, and historical memory.</w:t>
            </w:r>
            <w:r>
              <w:br/>
              <w:t>Explicit Activity: Observe the national minute of silence. Craft symbolic poppy designs inscribed with reflections on community service, peace, and sacrifice.</w:t>
            </w:r>
          </w:p>
        </w:tc>
      </w:tr>
      <w:tr w:rsidR="00C53896" w14:paraId="2DF994FD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8EC7E9" w14:textId="77777777" w:rsidR="00C53896" w:rsidRDefault="00B945E3">
            <w:pPr>
              <w:spacing w:after="80"/>
            </w:pPr>
            <w:r>
              <w:rPr>
                <w:b/>
              </w:rPr>
              <w:t>Week 5: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9817E0" w14:textId="77777777" w:rsidR="00C53896" w:rsidRDefault="00B945E3">
            <w:pPr>
              <w:spacing w:after="80"/>
            </w:pPr>
            <w:r>
              <w:t>Anti-Bullying Week</w:t>
            </w:r>
            <w:r>
              <w:br/>
              <w:t>[Whole School 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D8CB3D" w14:textId="77777777" w:rsidR="00C53896" w:rsidRDefault="00B945E3">
            <w:pPr>
              <w:spacing w:after="80"/>
            </w:pPr>
            <w:r>
              <w:t xml:space="preserve">Theme: Inclusion, kindness, and active </w:t>
            </w:r>
            <w:proofErr w:type="spellStart"/>
            <w:r>
              <w:t>allyship</w:t>
            </w:r>
            <w:proofErr w:type="spellEnd"/>
            <w:r>
              <w:t>.</w:t>
            </w:r>
            <w:r>
              <w:br/>
              <w:t xml:space="preserve">Explicit Activity: Take part in 'Odd Socks Day'. Practice concrete scripts for reporting exclusionary </w:t>
            </w:r>
            <w:proofErr w:type="spellStart"/>
            <w:r>
              <w:t>behaviour</w:t>
            </w:r>
            <w:proofErr w:type="spellEnd"/>
            <w:r>
              <w:t xml:space="preserve"> or supporting classmates safely.</w:t>
            </w:r>
          </w:p>
        </w:tc>
      </w:tr>
    </w:tbl>
    <w:p w14:paraId="5AD57FBB" w14:textId="77777777" w:rsidR="00C53896" w:rsidRDefault="00C53896">
      <w:pPr>
        <w:spacing w:after="240"/>
      </w:pPr>
    </w:p>
    <w:p w14:paraId="2963CEA0" w14:textId="77777777" w:rsidR="00E56BBC" w:rsidRDefault="00E56BBC">
      <w:pPr>
        <w:rPr>
          <w:b/>
          <w:sz w:val="22"/>
        </w:rPr>
      </w:pPr>
    </w:p>
    <w:p w14:paraId="6D46996E" w14:textId="77777777" w:rsidR="00E56BBC" w:rsidRDefault="00E56BBC">
      <w:pPr>
        <w:rPr>
          <w:b/>
          <w:sz w:val="22"/>
        </w:rPr>
      </w:pPr>
    </w:p>
    <w:p w14:paraId="62AC2298" w14:textId="77777777" w:rsidR="00E56BBC" w:rsidRDefault="00E56BBC">
      <w:pPr>
        <w:rPr>
          <w:b/>
          <w:sz w:val="22"/>
        </w:rPr>
      </w:pPr>
    </w:p>
    <w:p w14:paraId="2ED94C98" w14:textId="77777777" w:rsidR="00E56BBC" w:rsidRDefault="00E56BBC">
      <w:pPr>
        <w:rPr>
          <w:b/>
          <w:sz w:val="22"/>
        </w:rPr>
      </w:pPr>
    </w:p>
    <w:p w14:paraId="29493504" w14:textId="77777777" w:rsidR="00E56BBC" w:rsidRDefault="00E56BBC">
      <w:pPr>
        <w:rPr>
          <w:b/>
          <w:sz w:val="22"/>
        </w:rPr>
      </w:pPr>
    </w:p>
    <w:p w14:paraId="4CAB192E" w14:textId="77777777" w:rsidR="00E56BBC" w:rsidRDefault="00E56BBC">
      <w:pPr>
        <w:rPr>
          <w:b/>
          <w:sz w:val="22"/>
        </w:rPr>
      </w:pPr>
    </w:p>
    <w:p w14:paraId="4B921042" w14:textId="74FA9821" w:rsidR="00C53896" w:rsidRDefault="00B945E3">
      <w:r>
        <w:rPr>
          <w:b/>
          <w:sz w:val="22"/>
        </w:rPr>
        <w:t>Spring 1: Staying Safe and Healthy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C53896" w14:paraId="067DAAC5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86A053" w14:textId="77777777" w:rsidR="00C53896" w:rsidRDefault="00B945E3">
            <w:r>
              <w:rPr>
                <w:b/>
                <w:sz w:val="22"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C15CA7" w14:textId="77777777" w:rsidR="00C53896" w:rsidRDefault="00B945E3">
            <w:r>
              <w:rPr>
                <w:b/>
                <w:sz w:val="22"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50C5DF7" w14:textId="77777777" w:rsidR="00C53896" w:rsidRDefault="00B945E3">
            <w:r>
              <w:rPr>
                <w:b/>
                <w:sz w:val="22"/>
              </w:rPr>
              <w:t>Explicit Activity &amp; Practical Guidance</w:t>
            </w:r>
          </w:p>
        </w:tc>
      </w:tr>
      <w:tr w:rsidR="00C53896" w14:paraId="395D268F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0CF979" w14:textId="77777777" w:rsidR="00C53896" w:rsidRDefault="00B945E3">
            <w:pPr>
              <w:spacing w:after="80"/>
            </w:pPr>
            <w:r>
              <w:rPr>
                <w:b/>
              </w:rPr>
              <w:t>Week 1: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CB4962" w14:textId="1D532ED1" w:rsidR="00C53896" w:rsidRPr="00E56BBC" w:rsidRDefault="00B945E3" w:rsidP="00E56BBC">
            <w:pPr>
              <w:rPr>
                <w:rFonts w:eastAsia="Arial" w:cs="Arial"/>
                <w:sz w:val="22"/>
              </w:rPr>
            </w:pPr>
            <w:r>
              <w:t>What Am I Feeling?</w:t>
            </w:r>
            <w:r>
              <w:br/>
              <w:t>(M1 U3 S1)</w:t>
            </w:r>
            <w:r>
              <w:br/>
            </w:r>
            <w:hyperlink r:id="rId13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1.3.1 What Am I Feeling?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CB17CE" w14:textId="77777777" w:rsidR="00C53896" w:rsidRDefault="00B945E3">
            <w:pPr>
              <w:spacing w:after="80"/>
            </w:pPr>
            <w:r>
              <w:t xml:space="preserve">Theme: Identifying and </w:t>
            </w:r>
            <w:proofErr w:type="spellStart"/>
            <w:r>
              <w:t>categorising</w:t>
            </w:r>
            <w:proofErr w:type="spellEnd"/>
            <w:r>
              <w:t xml:space="preserve"> complex emotions.</w:t>
            </w:r>
            <w:r>
              <w:br/>
              <w:t>Explicit Activity: Create an individual 'Emotions Toolkit'. Write down actionable physical strat</w:t>
            </w:r>
            <w:r>
              <w:t>egies to handle difficult internal feelings like anger or frustration safely.</w:t>
            </w:r>
          </w:p>
        </w:tc>
      </w:tr>
      <w:tr w:rsidR="00C53896" w14:paraId="75FC4B1F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9D0501" w14:textId="77777777" w:rsidR="00C53896" w:rsidRDefault="00B945E3">
            <w:pPr>
              <w:spacing w:after="80"/>
            </w:pPr>
            <w:r>
              <w:rPr>
                <w:b/>
              </w:rPr>
              <w:t>Week 2: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D5D506" w14:textId="008ADB8E" w:rsidR="00C53896" w:rsidRPr="00E56BBC" w:rsidRDefault="00B945E3" w:rsidP="00E56BBC">
            <w:pPr>
              <w:rPr>
                <w:rFonts w:eastAsia="Arial" w:cs="Arial"/>
                <w:sz w:val="22"/>
              </w:rPr>
            </w:pPr>
            <w:r>
              <w:t>What Am I Looking At?</w:t>
            </w:r>
            <w:r>
              <w:br/>
              <w:t>(M1 U3 S2)</w:t>
            </w:r>
            <w:r>
              <w:br/>
            </w:r>
            <w:hyperlink r:id="rId14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1.3.2 What Am I Looking At?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5A22F8" w14:textId="77777777" w:rsidR="00C53896" w:rsidRDefault="00B945E3">
            <w:pPr>
              <w:spacing w:after="80"/>
            </w:pPr>
            <w:r>
              <w:t xml:space="preserve">Theme: Visual media boundaries and </w:t>
            </w:r>
            <w:r>
              <w:t>mental impact.</w:t>
            </w:r>
            <w:r>
              <w:br/>
              <w:t>Explicit Activity: Dissect how media images can influence thoughts. Set up basic guidelines for evaluating what content is safe or appropriate to look at online.</w:t>
            </w:r>
          </w:p>
        </w:tc>
      </w:tr>
      <w:tr w:rsidR="00C53896" w14:paraId="091E480A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DAEBF4" w14:textId="77777777" w:rsidR="00C53896" w:rsidRDefault="00B945E3">
            <w:pPr>
              <w:spacing w:after="80"/>
            </w:pPr>
            <w:r>
              <w:rPr>
                <w:b/>
              </w:rPr>
              <w:t>Week 3:</w:t>
            </w:r>
            <w:r>
              <w:br/>
              <w:t>British Value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9AEE0B" w14:textId="77777777" w:rsidR="00C53896" w:rsidRDefault="00B945E3">
            <w:pPr>
              <w:spacing w:after="80"/>
            </w:pPr>
            <w:r>
              <w:t>Individual Liberty</w:t>
            </w:r>
            <w:r>
              <w:br/>
              <w:t>(Making Personal Choices)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AB0652" w14:textId="77777777" w:rsidR="00C53896" w:rsidRDefault="00B945E3">
            <w:pPr>
              <w:spacing w:after="80"/>
            </w:pPr>
            <w:r>
              <w:t>Theme: Pers</w:t>
            </w:r>
            <w:r>
              <w:t>onal agency, responsibility, and choice.</w:t>
            </w:r>
            <w:r>
              <w:br/>
              <w:t>Explicit Activity: Present structured decision scenarios. Children outline their individual choices and identify the personal responsibilities that accompany liberty.</w:t>
            </w:r>
          </w:p>
        </w:tc>
      </w:tr>
      <w:tr w:rsidR="00C53896" w14:paraId="11210AE9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BE6FB6" w14:textId="77777777" w:rsidR="00C53896" w:rsidRDefault="00B945E3">
            <w:pPr>
              <w:spacing w:after="80"/>
            </w:pPr>
            <w:r>
              <w:rPr>
                <w:b/>
              </w:rPr>
              <w:t>Week 4: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D08F47" w14:textId="77777777" w:rsidR="00C53896" w:rsidRDefault="00B945E3">
            <w:pPr>
              <w:spacing w:after="80"/>
            </w:pPr>
            <w:r>
              <w:t>Children's Mental Health We</w:t>
            </w:r>
            <w:r>
              <w:t>ek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1581CA" w14:textId="77777777" w:rsidR="00C53896" w:rsidRDefault="00B945E3">
            <w:pPr>
              <w:spacing w:after="80"/>
            </w:pPr>
            <w:r>
              <w:t>Theme: Developing personal emotional resilience.</w:t>
            </w:r>
            <w:r>
              <w:br/>
              <w:t>Explicit Activity: Run focused mindfulness sessions. Practice using positive self-talk scripts and tracking personal emotional check-ins daily.</w:t>
            </w:r>
          </w:p>
        </w:tc>
      </w:tr>
      <w:tr w:rsidR="00C53896" w14:paraId="70820C8E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AC4F08" w14:textId="77777777" w:rsidR="00C53896" w:rsidRDefault="00B945E3">
            <w:pPr>
              <w:spacing w:after="80"/>
            </w:pPr>
            <w:r>
              <w:rPr>
                <w:b/>
              </w:rPr>
              <w:t>Week 5: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60BD32" w14:textId="77777777" w:rsidR="00C53896" w:rsidRDefault="00B945E3">
            <w:pPr>
              <w:spacing w:after="80"/>
            </w:pPr>
            <w:r>
              <w:t>Safer Internet Day</w:t>
            </w:r>
            <w:r>
              <w:br/>
              <w:t>[Whole School 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471876" w14:textId="77777777" w:rsidR="00C53896" w:rsidRDefault="00B945E3">
            <w:pPr>
              <w:spacing w:after="80"/>
            </w:pPr>
            <w:r>
              <w:t>Theme: Secure digital footprints and platform safety.</w:t>
            </w:r>
            <w:r>
              <w:br/>
              <w:t>Explicit Activity: Design clear posters detailing safety boundaries when navigating online games, focusing on password safety and avoiding strangers.</w:t>
            </w:r>
          </w:p>
        </w:tc>
      </w:tr>
    </w:tbl>
    <w:p w14:paraId="48288B70" w14:textId="77777777" w:rsidR="00C53896" w:rsidRDefault="00C53896">
      <w:pPr>
        <w:spacing w:after="240"/>
      </w:pPr>
    </w:p>
    <w:p w14:paraId="3CC3C918" w14:textId="77777777" w:rsidR="00E56BBC" w:rsidRDefault="00E56BBC">
      <w:pPr>
        <w:spacing w:after="240"/>
      </w:pPr>
    </w:p>
    <w:p w14:paraId="166DD9EC" w14:textId="77777777" w:rsidR="00E56BBC" w:rsidRDefault="00E56BBC">
      <w:pPr>
        <w:spacing w:after="240"/>
      </w:pPr>
    </w:p>
    <w:p w14:paraId="3A6E7853" w14:textId="77777777" w:rsidR="00E56BBC" w:rsidRDefault="00E56BBC">
      <w:pPr>
        <w:spacing w:after="240"/>
      </w:pPr>
    </w:p>
    <w:p w14:paraId="2AAC6909" w14:textId="77777777" w:rsidR="00E56BBC" w:rsidRDefault="00E56BBC">
      <w:pPr>
        <w:spacing w:after="240"/>
      </w:pPr>
    </w:p>
    <w:p w14:paraId="290BA5BF" w14:textId="77777777" w:rsidR="00E56BBC" w:rsidRDefault="00E56BBC">
      <w:pPr>
        <w:spacing w:after="240"/>
      </w:pPr>
    </w:p>
    <w:p w14:paraId="0DE15274" w14:textId="77777777" w:rsidR="00E56BBC" w:rsidRDefault="00E56BBC">
      <w:pPr>
        <w:spacing w:after="240"/>
      </w:pPr>
    </w:p>
    <w:p w14:paraId="5BCB693D" w14:textId="77777777" w:rsidR="00E56BBC" w:rsidRDefault="00E56BBC">
      <w:pPr>
        <w:spacing w:after="240"/>
      </w:pPr>
    </w:p>
    <w:p w14:paraId="567A183C" w14:textId="77777777" w:rsidR="00C53896" w:rsidRDefault="00B945E3">
      <w:r>
        <w:rPr>
          <w:b/>
          <w:sz w:val="22"/>
        </w:rPr>
        <w:t>Spring 2: My Community and Beyond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C53896" w14:paraId="43FEAD28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0099C1" w14:textId="77777777" w:rsidR="00C53896" w:rsidRDefault="00B945E3">
            <w:r>
              <w:rPr>
                <w:b/>
                <w:sz w:val="22"/>
              </w:rPr>
              <w:t xml:space="preserve">Week &amp; </w:t>
            </w:r>
            <w:r>
              <w:rPr>
                <w:b/>
                <w:sz w:val="22"/>
              </w:rPr>
              <w:t>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17406E" w14:textId="77777777" w:rsidR="00C53896" w:rsidRDefault="00B945E3">
            <w:r>
              <w:rPr>
                <w:b/>
                <w:sz w:val="22"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0F8218" w14:textId="77777777" w:rsidR="00C53896" w:rsidRDefault="00B945E3">
            <w:r>
              <w:rPr>
                <w:b/>
                <w:sz w:val="22"/>
              </w:rPr>
              <w:t>Explicit Activity &amp; Practical Guidance</w:t>
            </w:r>
          </w:p>
        </w:tc>
      </w:tr>
      <w:tr w:rsidR="00C53896" w14:paraId="11137366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45BA97" w14:textId="77777777" w:rsidR="00C53896" w:rsidRDefault="00B945E3">
            <w:pPr>
              <w:spacing w:after="80"/>
            </w:pPr>
            <w:r>
              <w:rPr>
                <w:b/>
              </w:rPr>
              <w:t>Week 1: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6AA9DE" w14:textId="77777777" w:rsidR="00E56BBC" w:rsidRPr="00922B75" w:rsidRDefault="00B945E3" w:rsidP="00E56BBC">
            <w:pPr>
              <w:rPr>
                <w:rFonts w:eastAsia="Arial" w:cs="Arial"/>
                <w:color w:val="0563C1"/>
                <w:sz w:val="22"/>
                <w:u w:val="single"/>
              </w:rPr>
            </w:pPr>
            <w:r>
              <w:t>I Am Thankful!</w:t>
            </w:r>
            <w:r>
              <w:br/>
              <w:t>(M1 U3 S3)</w:t>
            </w:r>
            <w:r>
              <w:br/>
            </w:r>
            <w:r w:rsidR="00E56BBC" w:rsidRPr="00922B75">
              <w:rPr>
                <w:rFonts w:cs="Arial"/>
                <w:sz w:val="22"/>
              </w:rPr>
              <w:fldChar w:fldCharType="begin"/>
            </w:r>
            <w:r w:rsidR="00E56BBC" w:rsidRPr="00922B75">
              <w:rPr>
                <w:rFonts w:cs="Arial"/>
                <w:sz w:val="22"/>
              </w:rPr>
              <w:instrText xml:space="preserve"> HYPERLINK "https://www.tentenresources.co.uk/programmes/life-to-the-full-plus/lks2/m-1/lks2_1_created-and-loved-by-god/u-3/lks2_1-3_emotional-well-being/s-3/i-am-thankful/" </w:instrText>
            </w:r>
            <w:r w:rsidR="00E56BBC" w:rsidRPr="00922B75">
              <w:rPr>
                <w:rFonts w:cs="Arial"/>
                <w:sz w:val="22"/>
              </w:rPr>
              <w:fldChar w:fldCharType="separate"/>
            </w:r>
            <w:r w:rsidR="00E56BBC" w:rsidRPr="00922B75">
              <w:rPr>
                <w:rFonts w:eastAsia="Arial" w:cs="Arial"/>
                <w:color w:val="0563C1"/>
                <w:sz w:val="22"/>
                <w:u w:val="single"/>
              </w:rPr>
              <w:t>LKS2 1.3.3 I Am Thankful!</w:t>
            </w:r>
          </w:p>
          <w:p w14:paraId="3A13EB47" w14:textId="6F038535" w:rsidR="00C53896" w:rsidRDefault="00E56BBC" w:rsidP="00E56BBC">
            <w:pPr>
              <w:spacing w:after="80"/>
            </w:pPr>
            <w:r w:rsidRPr="00922B75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35D404" w14:textId="77777777" w:rsidR="00C53896" w:rsidRDefault="00B945E3">
            <w:pPr>
              <w:spacing w:after="80"/>
            </w:pPr>
            <w:r>
              <w:t>Theme: Gratitude, appreciation, and mental wellbeing.</w:t>
            </w:r>
            <w:r>
              <w:br/>
              <w:t>Explicit Activity: Create a class 'Gratitude Tree'. Write down daily appreciations for family, friends, health, and natural environment on paper leaves.</w:t>
            </w:r>
          </w:p>
        </w:tc>
      </w:tr>
      <w:tr w:rsidR="00C53896" w14:paraId="246C20BE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3ED0A5" w14:textId="77777777" w:rsidR="00C53896" w:rsidRDefault="00B945E3">
            <w:pPr>
              <w:spacing w:after="80"/>
            </w:pPr>
            <w:r>
              <w:rPr>
                <w:b/>
              </w:rPr>
              <w:t>Week 2: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DD1485" w14:textId="77777777" w:rsidR="00E56BBC" w:rsidRDefault="00B945E3">
            <w:pPr>
              <w:spacing w:after="80"/>
            </w:pPr>
            <w:r>
              <w:t>Jesus, My Friend</w:t>
            </w:r>
            <w:r>
              <w:br/>
              <w:t>(M2 U1 S1)</w:t>
            </w:r>
          </w:p>
          <w:p w14:paraId="2ED71373" w14:textId="0E72034A" w:rsidR="00C53896" w:rsidRPr="00E56BBC" w:rsidRDefault="00B945E3" w:rsidP="00E56BBC">
            <w:pPr>
              <w:rPr>
                <w:rFonts w:eastAsia="Arial" w:cs="Arial"/>
                <w:sz w:val="22"/>
              </w:rPr>
            </w:pPr>
            <w:hyperlink r:id="rId15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2.1.1 Jesus, My Friend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11DD86" w14:textId="77777777" w:rsidR="00C53896" w:rsidRDefault="00B945E3">
            <w:pPr>
              <w:spacing w:after="80"/>
            </w:pPr>
            <w:r>
              <w:t>Theme: Foundational trust, support networks, and faith.</w:t>
            </w:r>
            <w:r>
              <w:br/>
              <w:t>Explicit Activity: Draw a personal support web showing trusted figures in daily life who offer guidance, stability, and care during difficult times.</w:t>
            </w:r>
          </w:p>
        </w:tc>
      </w:tr>
      <w:tr w:rsidR="00C53896" w14:paraId="3324651B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30E24D" w14:textId="77777777" w:rsidR="00C53896" w:rsidRDefault="00B945E3">
            <w:pPr>
              <w:spacing w:after="80"/>
            </w:pPr>
            <w:r>
              <w:rPr>
                <w:b/>
              </w:rPr>
              <w:t>Week 3:</w:t>
            </w:r>
            <w:r>
              <w:br/>
              <w:t>British Value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669689" w14:textId="77777777" w:rsidR="00C53896" w:rsidRDefault="00B945E3">
            <w:pPr>
              <w:spacing w:after="80"/>
            </w:pPr>
            <w:r>
              <w:t>Democracy</w:t>
            </w:r>
            <w:r>
              <w:br/>
              <w:t>(Constructive Deb</w:t>
            </w:r>
            <w:r>
              <w:t>ate)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A9FB8F" w14:textId="77777777" w:rsidR="00C53896" w:rsidRDefault="00B945E3">
            <w:pPr>
              <w:spacing w:after="80"/>
            </w:pPr>
            <w:r>
              <w:t>Theme: Respectful expression of opposing views.</w:t>
            </w:r>
            <w:r>
              <w:br/>
              <w:t>Explicit Activity: Split the class into split debating panels to discuss a school scenario. Practice listening actively and refuting arguments politely.</w:t>
            </w:r>
          </w:p>
        </w:tc>
      </w:tr>
      <w:tr w:rsidR="00C53896" w14:paraId="1EDE0488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479394" w14:textId="77777777" w:rsidR="00C53896" w:rsidRDefault="00B945E3">
            <w:pPr>
              <w:spacing w:after="80"/>
            </w:pPr>
            <w:r>
              <w:rPr>
                <w:b/>
              </w:rPr>
              <w:t>Week 4: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F55547" w14:textId="77777777" w:rsidR="00C53896" w:rsidRDefault="00B945E3">
            <w:pPr>
              <w:spacing w:after="80"/>
            </w:pPr>
            <w:r>
              <w:t>National Careers Week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D56DB2" w14:textId="77777777" w:rsidR="00C53896" w:rsidRDefault="00B945E3">
            <w:pPr>
              <w:spacing w:after="80"/>
            </w:pPr>
            <w:r>
              <w:t xml:space="preserve">Theme: </w:t>
            </w:r>
            <w:r>
              <w:t>Diverse career pathways and community utility.</w:t>
            </w:r>
            <w:r>
              <w:br/>
              <w:t>Explicit Activity: Research different professions within the emergency services and infrastructure. Create a career aspirational goal sheet.</w:t>
            </w:r>
          </w:p>
        </w:tc>
      </w:tr>
      <w:tr w:rsidR="00C53896" w14:paraId="28CA112E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609818" w14:textId="77777777" w:rsidR="00C53896" w:rsidRDefault="00B945E3">
            <w:pPr>
              <w:spacing w:after="80"/>
            </w:pPr>
            <w:r>
              <w:rPr>
                <w:b/>
              </w:rPr>
              <w:t>Week 5: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B79D86" w14:textId="77777777" w:rsidR="00C53896" w:rsidRDefault="00B945E3">
            <w:pPr>
              <w:spacing w:after="80"/>
            </w:pPr>
            <w:r>
              <w:t>Financial Literacy</w:t>
            </w:r>
            <w:r>
              <w:br/>
              <w:t>(Needs vs Wants)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22D81F" w14:textId="77777777" w:rsidR="00C53896" w:rsidRDefault="00B945E3">
            <w:pPr>
              <w:spacing w:after="80"/>
            </w:pPr>
            <w:r>
              <w:t xml:space="preserve">Theme: </w:t>
            </w:r>
            <w:r>
              <w:t xml:space="preserve">Financial </w:t>
            </w:r>
            <w:proofErr w:type="spellStart"/>
            <w:r>
              <w:t>prioritisation</w:t>
            </w:r>
            <w:proofErr w:type="spellEnd"/>
            <w:r>
              <w:t xml:space="preserve"> and basic budgeting.</w:t>
            </w:r>
            <w:r>
              <w:br/>
              <w:t xml:space="preserve">Explicit Activity: Complete a sorting game </w:t>
            </w:r>
            <w:proofErr w:type="spellStart"/>
            <w:r>
              <w:t>categorising</w:t>
            </w:r>
            <w:proofErr w:type="spellEnd"/>
            <w:r>
              <w:t xml:space="preserve"> absolute baseline survival needs versus optional luxury lifestyle wants inside a school budget scenario.</w:t>
            </w:r>
          </w:p>
        </w:tc>
      </w:tr>
    </w:tbl>
    <w:p w14:paraId="6B01DC1D" w14:textId="77777777" w:rsidR="00C53896" w:rsidRDefault="00C53896">
      <w:pPr>
        <w:spacing w:after="240"/>
      </w:pPr>
    </w:p>
    <w:p w14:paraId="41662C89" w14:textId="5752FF1D" w:rsidR="00C53896" w:rsidRDefault="00B945E3">
      <w:r>
        <w:rPr>
          <w:b/>
          <w:sz w:val="22"/>
        </w:rPr>
        <w:t xml:space="preserve">Summer 1: </w:t>
      </w:r>
      <w:r w:rsidR="00E56BBC">
        <w:rPr>
          <w:b/>
          <w:sz w:val="22"/>
        </w:rPr>
        <w:t>Created and Loved by God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C53896" w14:paraId="7BAABBCF" w14:textId="77777777" w:rsidTr="00E56BBC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C7621C" w14:textId="77777777" w:rsidR="00C53896" w:rsidRDefault="00B945E3">
            <w:r>
              <w:rPr>
                <w:b/>
                <w:sz w:val="22"/>
              </w:rPr>
              <w:t xml:space="preserve">Week &amp; </w:t>
            </w:r>
            <w:r>
              <w:rPr>
                <w:b/>
                <w:sz w:val="22"/>
              </w:rPr>
              <w:t>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0B7397" w14:textId="77777777" w:rsidR="00C53896" w:rsidRDefault="00B945E3">
            <w:r>
              <w:rPr>
                <w:b/>
                <w:sz w:val="22"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5E09CC" w14:textId="77777777" w:rsidR="00C53896" w:rsidRDefault="00B945E3">
            <w:r>
              <w:rPr>
                <w:b/>
                <w:sz w:val="22"/>
              </w:rPr>
              <w:t>Explicit Activity &amp; Practical Guidance</w:t>
            </w:r>
          </w:p>
        </w:tc>
      </w:tr>
      <w:tr w:rsidR="00E56BBC" w14:paraId="68DF8516" w14:textId="77777777" w:rsidTr="00E56BBC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8FA956" w14:textId="77777777" w:rsidR="00E56BBC" w:rsidRDefault="00E56BBC" w:rsidP="005920F0">
            <w:pPr>
              <w:spacing w:after="80"/>
            </w:pPr>
            <w:r>
              <w:rPr>
                <w:b/>
              </w:rPr>
              <w:t>Week 1: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601EC8" w14:textId="77777777" w:rsidR="00E56BBC" w:rsidRDefault="00E56BBC" w:rsidP="005920F0">
            <w:pPr>
              <w:spacing w:after="80"/>
            </w:pPr>
            <w:r>
              <w:t>Get Up!</w:t>
            </w:r>
            <w:r>
              <w:br/>
              <w:t>(M1 U1 S1)</w:t>
            </w:r>
            <w:r>
              <w:br/>
              <w:t>LKS2 1.1.1 Get Up!</w:t>
            </w:r>
          </w:p>
          <w:p w14:paraId="5689D6FD" w14:textId="77777777" w:rsidR="00E56BBC" w:rsidRDefault="00B945E3" w:rsidP="005920F0">
            <w:hyperlink r:id="rId16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1.1.1 Get</w:t>
              </w:r>
            </w:hyperlink>
            <w:r w:rsidR="00E56BBC" w:rsidRPr="00922B75">
              <w:rPr>
                <w:rFonts w:eastAsia="Arial" w:cs="Arial"/>
                <w:color w:val="0563C1"/>
                <w:sz w:val="22"/>
                <w:u w:val="single"/>
              </w:rPr>
              <w:t xml:space="preserve"> Up!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099D2D" w14:textId="77777777" w:rsidR="00E56BBC" w:rsidRDefault="00E56BBC" w:rsidP="005920F0">
            <w:pPr>
              <w:spacing w:after="80"/>
            </w:pPr>
            <w:r>
              <w:t>Theme: Physical health and personal growth.</w:t>
            </w:r>
            <w:r>
              <w:br/>
              <w:t>Explicit Activity: Discuss how our bodies grow and what helps us stay active. Create an individual 'Healthy Daily Routine' tracker detailing sleeping, moving, and eating habits.</w:t>
            </w:r>
          </w:p>
        </w:tc>
      </w:tr>
      <w:tr w:rsidR="00E56BBC" w14:paraId="58391B4A" w14:textId="77777777" w:rsidTr="00E56BBC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01909B" w14:textId="77777777" w:rsidR="00E56BBC" w:rsidRDefault="00E56BBC" w:rsidP="005920F0">
            <w:pPr>
              <w:spacing w:after="80"/>
            </w:pPr>
            <w:r>
              <w:rPr>
                <w:b/>
              </w:rPr>
              <w:lastRenderedPageBreak/>
              <w:t>Week 2: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157A06" w14:textId="77777777" w:rsidR="00E56BBC" w:rsidRDefault="00E56BBC" w:rsidP="005920F0">
            <w:r>
              <w:t>The Sacraments</w:t>
            </w:r>
            <w:r>
              <w:br/>
              <w:t>(M1 U1 S2)</w:t>
            </w:r>
            <w:r>
              <w:br/>
              <w:t>LKS2 1.1.2 The Sacraments</w:t>
            </w:r>
          </w:p>
          <w:p w14:paraId="5FF731B6" w14:textId="77777777" w:rsidR="00E56BBC" w:rsidRDefault="00B945E3" w:rsidP="005920F0">
            <w:hyperlink r:id="rId17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1.1.2 The Sacraments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3B04EF" w14:textId="77777777" w:rsidR="00E56BBC" w:rsidRDefault="00E56BBC" w:rsidP="005920F0">
            <w:pPr>
              <w:spacing w:after="80"/>
            </w:pPr>
            <w:r>
              <w:t>Theme: Spiritual and external signs of internal grace.</w:t>
            </w:r>
            <w:r>
              <w:br/>
              <w:t>Explicit Activity: Explore external community signs. Map out key milestone symbols of care and belonging shared within communities.</w:t>
            </w:r>
          </w:p>
        </w:tc>
      </w:tr>
      <w:tr w:rsidR="00C53896" w14:paraId="11D2E86C" w14:textId="77777777" w:rsidTr="00E56BBC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C6812F" w14:textId="77777777" w:rsidR="00C53896" w:rsidRDefault="00B945E3">
            <w:pPr>
              <w:spacing w:after="80"/>
            </w:pPr>
            <w:r>
              <w:rPr>
                <w:b/>
              </w:rPr>
              <w:t>Week 3:</w:t>
            </w:r>
            <w:r>
              <w:br/>
              <w:t>British Value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56D732" w14:textId="77777777" w:rsidR="00C53896" w:rsidRDefault="00B945E3">
            <w:pPr>
              <w:spacing w:after="80"/>
            </w:pPr>
            <w:r>
              <w:t>Mutual Respect &amp; Tolerance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8A5B06" w14:textId="77777777" w:rsidR="00C53896" w:rsidRDefault="00B945E3">
            <w:pPr>
              <w:spacing w:after="80"/>
            </w:pPr>
            <w:r>
              <w:t>Theme: Celebrating unique physical and cultural attributes.</w:t>
            </w:r>
            <w:r>
              <w:br/>
              <w:t>Explici</w:t>
            </w:r>
            <w:r>
              <w:t>t Activity: Complete a collaborative class mural where children highlight a peer's unique contribution to the community, building collective validation.</w:t>
            </w:r>
          </w:p>
        </w:tc>
      </w:tr>
      <w:tr w:rsidR="00C53896" w14:paraId="27702747" w14:textId="77777777" w:rsidTr="00E56BBC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2B38CB" w14:textId="77777777" w:rsidR="00C53896" w:rsidRDefault="00B945E3">
            <w:pPr>
              <w:spacing w:after="80"/>
            </w:pPr>
            <w:r>
              <w:rPr>
                <w:b/>
              </w:rPr>
              <w:t>Week 4: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2EC17B" w14:textId="77777777" w:rsidR="00C53896" w:rsidRDefault="00B945E3">
            <w:pPr>
              <w:spacing w:after="80"/>
            </w:pPr>
            <w:r>
              <w:t>Earth Day</w:t>
            </w:r>
            <w:r>
              <w:br/>
              <w:t>[Whole School 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C13737" w14:textId="77777777" w:rsidR="00C53896" w:rsidRDefault="00B945E3">
            <w:pPr>
              <w:spacing w:after="80"/>
            </w:pPr>
            <w:r>
              <w:t>Theme: Ecological responsibility and conservation.</w:t>
            </w:r>
            <w:r>
              <w:br/>
            </w:r>
            <w:r>
              <w:t>Explicit Activity: Conduct a school grounds waste audit. Design informational signs prompting community recycling and reduction of utility waste.</w:t>
            </w:r>
          </w:p>
        </w:tc>
      </w:tr>
      <w:tr w:rsidR="00C53896" w14:paraId="6F2BD5E0" w14:textId="77777777" w:rsidTr="00E56BBC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9F90A8" w14:textId="77777777" w:rsidR="00C53896" w:rsidRDefault="00B945E3">
            <w:pPr>
              <w:spacing w:after="80"/>
            </w:pPr>
            <w:r>
              <w:rPr>
                <w:b/>
              </w:rPr>
              <w:t>Week 5: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7D49E8" w14:textId="77777777" w:rsidR="00C53896" w:rsidRDefault="00B945E3">
            <w:pPr>
              <w:spacing w:after="80"/>
            </w:pPr>
            <w:r>
              <w:t>Where Food Comes From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893110" w14:textId="77777777" w:rsidR="00C53896" w:rsidRDefault="00B945E3">
            <w:pPr>
              <w:spacing w:after="80"/>
            </w:pPr>
            <w:r>
              <w:t>Theme: Agricultural pathways and environmental care.</w:t>
            </w:r>
            <w:r>
              <w:br/>
              <w:t>Explicit Activ</w:t>
            </w:r>
            <w:r>
              <w:t>ity: Trace products from farming fields to retail points using sequential map cards. Plant edible cress or herbs to observe growth variables.</w:t>
            </w:r>
          </w:p>
        </w:tc>
      </w:tr>
    </w:tbl>
    <w:p w14:paraId="7FB8F2E0" w14:textId="77777777" w:rsidR="00C53896" w:rsidRDefault="00C53896">
      <w:pPr>
        <w:spacing w:after="240"/>
      </w:pPr>
    </w:p>
    <w:p w14:paraId="754A68FE" w14:textId="77777777" w:rsidR="00C53896" w:rsidRDefault="00B945E3">
      <w:r>
        <w:rPr>
          <w:b/>
          <w:sz w:val="22"/>
        </w:rPr>
        <w:t>Summer 2: Looking Forward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C53896" w14:paraId="7C1DD51B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AACE96" w14:textId="77777777" w:rsidR="00C53896" w:rsidRDefault="00B945E3">
            <w:r>
              <w:rPr>
                <w:b/>
                <w:sz w:val="22"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C42324" w14:textId="77777777" w:rsidR="00C53896" w:rsidRDefault="00B945E3">
            <w:r>
              <w:rPr>
                <w:b/>
                <w:sz w:val="22"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84DCF7" w14:textId="77777777" w:rsidR="00C53896" w:rsidRDefault="00B945E3">
            <w:r>
              <w:rPr>
                <w:b/>
                <w:sz w:val="22"/>
              </w:rPr>
              <w:t>Explicit Activity &amp; Practical Guidance</w:t>
            </w:r>
          </w:p>
        </w:tc>
      </w:tr>
      <w:tr w:rsidR="00C53896" w14:paraId="18C12BB9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8563CC" w14:textId="77777777" w:rsidR="00C53896" w:rsidRDefault="00B945E3">
            <w:pPr>
              <w:spacing w:after="80"/>
            </w:pPr>
            <w:r>
              <w:rPr>
                <w:b/>
              </w:rPr>
              <w:t>Week 1: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90862A" w14:textId="77777777" w:rsidR="00E56BBC" w:rsidRPr="00DE03FF" w:rsidRDefault="00B945E3" w:rsidP="00E56BBC">
            <w:pPr>
              <w:rPr>
                <w:rFonts w:eastAsia="Arial" w:cs="Arial"/>
                <w:color w:val="0070C0"/>
                <w:sz w:val="22"/>
              </w:rPr>
            </w:pPr>
            <w:r>
              <w:t>Balancing Needs</w:t>
            </w:r>
            <w:r>
              <w:br/>
              <w:t>(M2 U2 S3)</w:t>
            </w:r>
            <w:r>
              <w:br/>
            </w:r>
            <w:hyperlink r:id="rId18" w:history="1">
              <w:r w:rsidR="00E56BBC" w:rsidRPr="00DE03FF">
                <w:rPr>
                  <w:rStyle w:val="Hyperlink"/>
                  <w:rFonts w:eastAsia="Arial" w:cs="Arial"/>
                  <w:color w:val="0070C0"/>
                  <w:sz w:val="22"/>
                </w:rPr>
                <w:t>LKS2 2.2.3 Balancing Needs</w:t>
              </w:r>
            </w:hyperlink>
          </w:p>
          <w:p w14:paraId="5B524DAB" w14:textId="7777C349" w:rsidR="00C53896" w:rsidRDefault="00C53896">
            <w:pPr>
              <w:spacing w:after="8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7A7AAD" w14:textId="77777777" w:rsidR="00C53896" w:rsidRDefault="00B945E3">
            <w:pPr>
              <w:spacing w:after="80"/>
            </w:pPr>
            <w:r>
              <w:t xml:space="preserve">Theme: Balancing </w:t>
            </w:r>
            <w:r>
              <w:t>conflicting choices and relationships.</w:t>
            </w:r>
            <w:r>
              <w:br/>
              <w:t>Explicit Activity: Complete a time-allocation circle map showing balanced distributions between physical activity, academic work, social connections, and rest.</w:t>
            </w:r>
          </w:p>
        </w:tc>
      </w:tr>
      <w:tr w:rsidR="00C53896" w14:paraId="0BCA4651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B708D6" w14:textId="77777777" w:rsidR="00C53896" w:rsidRDefault="00B945E3">
            <w:pPr>
              <w:spacing w:after="80"/>
            </w:pPr>
            <w:r>
              <w:rPr>
                <w:b/>
              </w:rPr>
              <w:t>Week 2: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DACF2A" w14:textId="42D234D4" w:rsidR="00C53896" w:rsidRDefault="00B945E3">
            <w:pPr>
              <w:spacing w:after="80"/>
            </w:pPr>
            <w:r>
              <w:t>A Community of Love</w:t>
            </w:r>
            <w:r>
              <w:br/>
              <w:t>(M3 U1 S1)</w:t>
            </w:r>
            <w:r>
              <w:br/>
            </w:r>
            <w:hyperlink r:id="rId19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3.1.1 A Community of Love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4A346E" w14:textId="77777777" w:rsidR="00C53896" w:rsidRDefault="00B945E3">
            <w:pPr>
              <w:spacing w:after="80"/>
            </w:pPr>
            <w:r>
              <w:t xml:space="preserve">Theme: Collective harmony and supporting </w:t>
            </w:r>
            <w:r>
              <w:t>others.</w:t>
            </w:r>
            <w:r>
              <w:br/>
              <w:t>Explicit Activity: Build a 'Kindness Network' using wool strands passed in a circle, stating concrete helpful acts performed by peers across the past term.</w:t>
            </w:r>
          </w:p>
        </w:tc>
      </w:tr>
      <w:tr w:rsidR="00C53896" w14:paraId="4F54192A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F849B2" w14:textId="77777777" w:rsidR="00C53896" w:rsidRDefault="00B945E3">
            <w:pPr>
              <w:spacing w:after="80"/>
            </w:pPr>
            <w:r>
              <w:rPr>
                <w:b/>
              </w:rPr>
              <w:t>Week 3:</w:t>
            </w:r>
            <w:r>
              <w:br/>
              <w:t>British Value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301B4F" w14:textId="77777777" w:rsidR="00C53896" w:rsidRDefault="00B945E3">
            <w:pPr>
              <w:spacing w:after="80"/>
            </w:pPr>
            <w:r>
              <w:t>The Rule of Law</w:t>
            </w:r>
            <w:r>
              <w:br/>
              <w:t>(Transition Boundaries)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94AA3F" w14:textId="77777777" w:rsidR="00C53896" w:rsidRDefault="00B945E3">
            <w:pPr>
              <w:spacing w:after="80"/>
            </w:pPr>
            <w:r>
              <w:t xml:space="preserve">Theme: Adapting rules to fit </w:t>
            </w:r>
            <w:r>
              <w:t>changing settings.</w:t>
            </w:r>
            <w:r>
              <w:br/>
              <w:t xml:space="preserve">Explicit Activity: </w:t>
            </w:r>
            <w:proofErr w:type="spellStart"/>
            <w:r>
              <w:t>Analyse</w:t>
            </w:r>
            <w:proofErr w:type="spellEnd"/>
            <w:r>
              <w:t xml:space="preserve"> how safety parameters change as pupils grow older. Map out the transition expectations for the approaching academic year.</w:t>
            </w:r>
          </w:p>
        </w:tc>
      </w:tr>
      <w:tr w:rsidR="00C53896" w14:paraId="659D2FCD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5637C6" w14:textId="77777777" w:rsidR="00C53896" w:rsidRDefault="00B945E3">
            <w:pPr>
              <w:spacing w:after="80"/>
            </w:pPr>
            <w:r>
              <w:rPr>
                <w:b/>
              </w:rPr>
              <w:lastRenderedPageBreak/>
              <w:t>Week 4: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A686C3" w14:textId="77777777" w:rsidR="00C53896" w:rsidRDefault="00B945E3">
            <w:pPr>
              <w:spacing w:after="80"/>
            </w:pPr>
            <w:r>
              <w:t>Moving to Year 4</w:t>
            </w:r>
            <w:r>
              <w:br/>
              <w:t>[Transition Prep]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8CCCE4" w14:textId="77777777" w:rsidR="00C53896" w:rsidRDefault="00B945E3">
            <w:pPr>
              <w:spacing w:after="80"/>
            </w:pPr>
            <w:r>
              <w:t>Theme: Managing structural and a</w:t>
            </w:r>
            <w:r>
              <w:t>cademic adjustments.</w:t>
            </w:r>
            <w:r>
              <w:br/>
              <w:t>Explicit Activity: Visit the Year 4 classrooms. Sit at desks, review expectations with Year 4 staff, and ask older pupils direct questions to ease anxiety.</w:t>
            </w:r>
          </w:p>
        </w:tc>
      </w:tr>
      <w:tr w:rsidR="00C53896" w14:paraId="7B8AB7D6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3FB7AB" w14:textId="77777777" w:rsidR="00C53896" w:rsidRDefault="00B945E3">
            <w:pPr>
              <w:spacing w:after="80"/>
            </w:pPr>
            <w:r>
              <w:rPr>
                <w:b/>
              </w:rPr>
              <w:t>Week 5: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76000C" w14:textId="77777777" w:rsidR="00C53896" w:rsidRDefault="00B945E3">
            <w:pPr>
              <w:spacing w:after="80"/>
            </w:pPr>
            <w:r>
              <w:t>My Personal Goals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ECBFE7" w14:textId="77777777" w:rsidR="00C53896" w:rsidRDefault="00B945E3">
            <w:pPr>
              <w:spacing w:after="80"/>
            </w:pPr>
            <w:r>
              <w:t>Theme: Milestone tracking and future asp</w:t>
            </w:r>
            <w:r>
              <w:t>irations.</w:t>
            </w:r>
            <w:r>
              <w:br/>
              <w:t xml:space="preserve">Explicit Activity: Write a personal milestone summary capsule containing three key targets regarding academic focus and personal </w:t>
            </w:r>
            <w:proofErr w:type="spellStart"/>
            <w:r>
              <w:t>behaviour</w:t>
            </w:r>
            <w:proofErr w:type="spellEnd"/>
            <w:r>
              <w:t xml:space="preserve"> for Year 4.</w:t>
            </w:r>
          </w:p>
        </w:tc>
      </w:tr>
    </w:tbl>
    <w:p w14:paraId="13BB926B" w14:textId="77777777" w:rsidR="00C53896" w:rsidRDefault="00C53896">
      <w:pPr>
        <w:spacing w:after="240"/>
      </w:pPr>
    </w:p>
    <w:p w14:paraId="1DECC826" w14:textId="77777777" w:rsidR="00C53896" w:rsidRDefault="00B945E3">
      <w:r>
        <w:rPr>
          <w:b/>
          <w:sz w:val="26"/>
        </w:rPr>
        <w:t>3. Year 4 Long-Term Curriculum Map</w:t>
      </w:r>
    </w:p>
    <w:p w14:paraId="1FC712E7" w14:textId="70305794" w:rsidR="00C53896" w:rsidRDefault="00B945E3">
      <w:r>
        <w:rPr>
          <w:b/>
          <w:sz w:val="22"/>
        </w:rPr>
        <w:t>Autumn 1: My Changing Body &amp; Respect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C53896" w14:paraId="264D3728" w14:textId="77777777" w:rsidTr="00B945E3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2CEB21" w14:textId="77777777" w:rsidR="00C53896" w:rsidRDefault="00B945E3">
            <w:r>
              <w:rPr>
                <w:b/>
                <w:sz w:val="22"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452834" w14:textId="77777777" w:rsidR="00C53896" w:rsidRDefault="00B945E3">
            <w:r>
              <w:rPr>
                <w:b/>
                <w:sz w:val="22"/>
              </w:rPr>
              <w:t>Lesson</w:t>
            </w:r>
            <w:r>
              <w:rPr>
                <w:b/>
                <w:sz w:val="22"/>
              </w:rPr>
              <w:t xml:space="preserve">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243D37" w14:textId="77777777" w:rsidR="00C53896" w:rsidRDefault="00B945E3">
            <w:r>
              <w:rPr>
                <w:b/>
                <w:sz w:val="22"/>
              </w:rPr>
              <w:t>Explicit Activity &amp; Practical Guidance</w:t>
            </w:r>
          </w:p>
        </w:tc>
      </w:tr>
      <w:tr w:rsidR="00B945E3" w14:paraId="56AE318B" w14:textId="77777777" w:rsidTr="00B945E3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49BAA4" w14:textId="65FACA1A" w:rsidR="00B945E3" w:rsidRDefault="00B945E3" w:rsidP="00B945E3">
            <w:pPr>
              <w:spacing w:after="80"/>
            </w:pPr>
            <w:r w:rsidRPr="00E56BBC">
              <w:rPr>
                <w:b/>
                <w:highlight w:val="green"/>
              </w:rPr>
              <w:t>Week 1:</w:t>
            </w:r>
            <w:r w:rsidRPr="00E56BBC">
              <w:rPr>
                <w:highlight w:val="green"/>
              </w:rPr>
              <w:br/>
            </w:r>
            <w:proofErr w:type="spellStart"/>
            <w:r w:rsidRPr="00E56BBC">
              <w:rPr>
                <w:highlight w:val="green"/>
              </w:rP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8A1FDC" w14:textId="61283A02" w:rsidR="00B945E3" w:rsidRDefault="00B945E3" w:rsidP="00B945E3">
            <w:pPr>
              <w:spacing w:after="80"/>
            </w:pPr>
            <w:r w:rsidRPr="00E56BBC">
              <w:rPr>
                <w:highlight w:val="green"/>
              </w:rPr>
              <w:t>What is Puberty?</w:t>
            </w:r>
            <w:r w:rsidRPr="00E56BBC">
              <w:rPr>
                <w:highlight w:val="green"/>
              </w:rPr>
              <w:br/>
              <w:t>(M1 U2 S3)</w:t>
            </w:r>
            <w:r w:rsidRPr="00E56BBC">
              <w:rPr>
                <w:highlight w:val="green"/>
              </w:rPr>
              <w:br/>
            </w:r>
            <w:hyperlink r:id="rId20">
              <w:r w:rsidRPr="00E56BBC">
                <w:rPr>
                  <w:rFonts w:eastAsia="Arial" w:cs="Arial"/>
                  <w:color w:val="0563C1"/>
                  <w:sz w:val="22"/>
                  <w:highlight w:val="green"/>
                  <w:u w:val="single"/>
                </w:rPr>
                <w:t>LKS2 1.2.3 What is Puberty?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F5258C" w14:textId="5F465483" w:rsidR="00B945E3" w:rsidRDefault="00B945E3" w:rsidP="00B945E3">
            <w:pPr>
              <w:spacing w:after="80"/>
            </w:pPr>
            <w:r w:rsidRPr="00E56BBC">
              <w:rPr>
                <w:highlight w:val="green"/>
              </w:rPr>
              <w:t>Theme: Physical and biological maturation.</w:t>
            </w:r>
            <w:r w:rsidRPr="00E56BBC">
              <w:rPr>
                <w:highlight w:val="green"/>
              </w:rPr>
              <w:br/>
              <w:t>Explicit Activity: **[Targeted Year 4 Session]** Use correct anatomical terminology to explore how bodies develop and grow naturally during puberty.</w:t>
            </w:r>
          </w:p>
        </w:tc>
      </w:tr>
      <w:tr w:rsidR="00B945E3" w14:paraId="6383EC93" w14:textId="77777777" w:rsidTr="00B945E3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AF787C" w14:textId="2825141C" w:rsidR="00B945E3" w:rsidRDefault="00B945E3" w:rsidP="00B945E3">
            <w:pPr>
              <w:spacing w:after="80"/>
            </w:pPr>
            <w:r w:rsidRPr="00E56BBC">
              <w:rPr>
                <w:b/>
                <w:highlight w:val="green"/>
              </w:rPr>
              <w:t>Week 2:</w:t>
            </w:r>
            <w:r w:rsidRPr="00E56BBC">
              <w:rPr>
                <w:highlight w:val="green"/>
              </w:rPr>
              <w:br/>
            </w:r>
            <w:proofErr w:type="spellStart"/>
            <w:r w:rsidRPr="00E56BBC">
              <w:rPr>
                <w:highlight w:val="green"/>
              </w:rP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814CF1" w14:textId="77777777" w:rsidR="00B945E3" w:rsidRPr="00E56BBC" w:rsidRDefault="00B945E3" w:rsidP="00B945E3">
            <w:pPr>
              <w:rPr>
                <w:rFonts w:eastAsia="Arial" w:cs="Arial"/>
                <w:sz w:val="16"/>
                <w:szCs w:val="16"/>
                <w:highlight w:val="green"/>
              </w:rPr>
            </w:pPr>
            <w:r w:rsidRPr="00E56BBC">
              <w:rPr>
                <w:highlight w:val="green"/>
              </w:rPr>
              <w:t>Changing Bodies</w:t>
            </w:r>
            <w:r w:rsidRPr="00E56BBC">
              <w:rPr>
                <w:highlight w:val="green"/>
              </w:rPr>
              <w:br/>
              <w:t>(M1 U2 S4 &amp; S5)</w:t>
            </w:r>
            <w:r w:rsidRPr="00E56BBC">
              <w:rPr>
                <w:highlight w:val="green"/>
              </w:rPr>
              <w:br/>
            </w:r>
            <w:hyperlink r:id="rId21">
              <w:r w:rsidRPr="00E56BBC">
                <w:rPr>
                  <w:rFonts w:eastAsia="Arial" w:cs="Arial"/>
                  <w:color w:val="0563C1"/>
                  <w:sz w:val="22"/>
                  <w:highlight w:val="green"/>
                  <w:u w:val="single"/>
                </w:rPr>
                <w:t>LKS2 1.2.4 Changing Bodies</w:t>
              </w:r>
            </w:hyperlink>
            <w:r w:rsidRPr="00E56BBC">
              <w:rPr>
                <w:rFonts w:eastAsia="Arial" w:cs="Arial"/>
                <w:sz w:val="22"/>
                <w:highlight w:val="green"/>
              </w:rPr>
              <w:t xml:space="preserve"> </w:t>
            </w:r>
          </w:p>
          <w:p w14:paraId="2DAE28D4" w14:textId="48717A10" w:rsidR="00B945E3" w:rsidRDefault="00B945E3" w:rsidP="00B945E3">
            <w:pPr>
              <w:spacing w:after="80"/>
            </w:pPr>
            <w:hyperlink r:id="rId22">
              <w:r w:rsidRPr="00E56BBC">
                <w:rPr>
                  <w:rFonts w:eastAsia="Arial" w:cs="Arial"/>
                  <w:color w:val="0563C1"/>
                  <w:sz w:val="22"/>
                  <w:highlight w:val="green"/>
                  <w:u w:val="single"/>
                </w:rPr>
                <w:t>LKS2 1.2.5 Male/Female Discussion Groups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61298E" w14:textId="4464A0B6" w:rsidR="00B945E3" w:rsidRDefault="00B945E3" w:rsidP="00B945E3">
            <w:pPr>
              <w:spacing w:after="80"/>
            </w:pPr>
            <w:r w:rsidRPr="00E56BBC">
              <w:rPr>
                <w:highlight w:val="green"/>
              </w:rPr>
              <w:t>Theme: Biological growth and emotional regulation.</w:t>
            </w:r>
            <w:r w:rsidRPr="00E56BBC">
              <w:rPr>
                <w:highlight w:val="green"/>
              </w:rPr>
              <w:br/>
              <w:t>Explicit Activity: **[Targeted Year 4 Session]** Manage male/female discussion groups to answer physical growth questions calmly and clear up common misconceptions.</w:t>
            </w:r>
          </w:p>
        </w:tc>
      </w:tr>
      <w:tr w:rsidR="00B945E3" w14:paraId="4B112A62" w14:textId="77777777" w:rsidTr="00B945E3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17A1E3" w14:textId="77777777" w:rsidR="00B945E3" w:rsidRDefault="00B945E3" w:rsidP="00B945E3">
            <w:pPr>
              <w:spacing w:after="80"/>
            </w:pPr>
            <w:r>
              <w:rPr>
                <w:b/>
              </w:rPr>
              <w:t>Week 3:</w:t>
            </w:r>
            <w:r>
              <w:br/>
              <w:t>British Value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AA5D2D" w14:textId="77777777" w:rsidR="00B945E3" w:rsidRDefault="00B945E3" w:rsidP="00B945E3">
            <w:pPr>
              <w:spacing w:after="80"/>
            </w:pPr>
            <w:r>
              <w:t>Democracy</w:t>
            </w:r>
            <w:r>
              <w:br/>
              <w:t>(Elections &amp; Formulating Rules)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C56DC6" w14:textId="77777777" w:rsidR="00B945E3" w:rsidRDefault="00B945E3" w:rsidP="00B945E3">
            <w:pPr>
              <w:spacing w:after="80"/>
            </w:pPr>
            <w:r>
              <w:t>Theme: Representative systems and modern democracy.</w:t>
            </w:r>
            <w:r>
              <w:br/>
              <w:t>Explicit Activity: Elect school council members using formal voting procedures with private slips. Formulate a set of collaborative class guidelines based on votes.</w:t>
            </w:r>
          </w:p>
        </w:tc>
      </w:tr>
      <w:tr w:rsidR="00B945E3" w14:paraId="033216CE" w14:textId="77777777" w:rsidTr="00B945E3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93C931" w14:textId="77777777" w:rsidR="00B945E3" w:rsidRDefault="00B945E3" w:rsidP="00B945E3">
            <w:pPr>
              <w:spacing w:after="80"/>
            </w:pPr>
            <w:r>
              <w:rPr>
                <w:b/>
              </w:rPr>
              <w:t>Week 4: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9A4399" w14:textId="77777777" w:rsidR="00B945E3" w:rsidRDefault="00B945E3" w:rsidP="00B945E3">
            <w:pPr>
              <w:spacing w:after="80"/>
            </w:pPr>
            <w:r>
              <w:t>Harvest Festival</w:t>
            </w:r>
            <w:r>
              <w:br/>
              <w:t>[Whole School 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204CE0" w14:textId="77777777" w:rsidR="00B945E3" w:rsidRDefault="00B945E3" w:rsidP="00B945E3">
            <w:pPr>
              <w:spacing w:after="80"/>
            </w:pPr>
            <w:r>
              <w:t>Theme: Community sustainability and food security.</w:t>
            </w:r>
            <w:r>
              <w:br/>
              <w:t>Explicit Activity: Study local agricultural loops and map out how charities distribute resources to vulnerable local or global community groups.</w:t>
            </w:r>
          </w:p>
        </w:tc>
      </w:tr>
      <w:tr w:rsidR="00B945E3" w14:paraId="6D94C8A5" w14:textId="77777777" w:rsidTr="00B945E3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A17FC1" w14:textId="77777777" w:rsidR="00B945E3" w:rsidRDefault="00B945E3" w:rsidP="00B945E3">
            <w:pPr>
              <w:spacing w:after="80"/>
            </w:pPr>
            <w:r>
              <w:rPr>
                <w:b/>
              </w:rPr>
              <w:t>Week 5: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AEDB51" w14:textId="77777777" w:rsidR="00B945E3" w:rsidRDefault="00B945E3" w:rsidP="00B945E3">
            <w:pPr>
              <w:spacing w:after="80"/>
            </w:pPr>
            <w:r>
              <w:t>Black History Month</w:t>
            </w:r>
            <w:r>
              <w:br/>
              <w:t>[Whole School 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2098DB" w14:textId="77777777" w:rsidR="00B945E3" w:rsidRDefault="00B945E3" w:rsidP="00B945E3">
            <w:pPr>
              <w:spacing w:after="80"/>
            </w:pPr>
            <w:r>
              <w:t>Theme: Human rights movements and historic legacies.</w:t>
            </w:r>
            <w:r>
              <w:br/>
              <w:t xml:space="preserve">Explicit Activity: Research key historic civil rights </w:t>
            </w:r>
            <w:r>
              <w:lastRenderedPageBreak/>
              <w:t>pioneers. Complete individual case-study summaries tracking their impact on modern legal equality.</w:t>
            </w:r>
          </w:p>
        </w:tc>
      </w:tr>
    </w:tbl>
    <w:p w14:paraId="7FE25FE4" w14:textId="77777777" w:rsidR="00C53896" w:rsidRDefault="00C53896">
      <w:pPr>
        <w:spacing w:after="240"/>
      </w:pPr>
    </w:p>
    <w:p w14:paraId="7CBA0C27" w14:textId="77777777" w:rsidR="00B945E3" w:rsidRDefault="00B945E3" w:rsidP="00B945E3">
      <w:r>
        <w:rPr>
          <w:b/>
          <w:sz w:val="22"/>
        </w:rPr>
        <w:t xml:space="preserve">Autumn 2: </w:t>
      </w:r>
      <w:r>
        <w:rPr>
          <w:b/>
          <w:sz w:val="22"/>
        </w:rPr>
        <w:t>Navigating My Digital World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C53896" w14:paraId="2A1B4DA4" w14:textId="77777777" w:rsidTr="00B945E3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666426" w14:textId="77777777" w:rsidR="00C53896" w:rsidRDefault="00B945E3">
            <w:bookmarkStart w:id="0" w:name="_GoBack"/>
            <w:bookmarkEnd w:id="0"/>
            <w:r>
              <w:rPr>
                <w:b/>
                <w:sz w:val="22"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1CF200" w14:textId="77777777" w:rsidR="00C53896" w:rsidRDefault="00B945E3">
            <w:r>
              <w:rPr>
                <w:b/>
                <w:sz w:val="22"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77CCEEE" w14:textId="77777777" w:rsidR="00C53896" w:rsidRDefault="00B945E3">
            <w:r>
              <w:rPr>
                <w:b/>
                <w:sz w:val="22"/>
              </w:rPr>
              <w:t>Explicit Activity &amp; Practical Guidance</w:t>
            </w:r>
          </w:p>
        </w:tc>
      </w:tr>
      <w:tr w:rsidR="00B945E3" w14:paraId="49EFD533" w14:textId="77777777" w:rsidTr="00B945E3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7E437F" w14:textId="4839F8CE" w:rsidR="00B945E3" w:rsidRPr="00E56BBC" w:rsidRDefault="00B945E3" w:rsidP="00B945E3">
            <w:pPr>
              <w:spacing w:after="80"/>
              <w:rPr>
                <w:highlight w:val="green"/>
              </w:rPr>
            </w:pPr>
            <w:r>
              <w:rPr>
                <w:b/>
              </w:rPr>
              <w:t>Week 1: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0AD099" w14:textId="77777777" w:rsidR="00B945E3" w:rsidRPr="00922B75" w:rsidRDefault="00B945E3" w:rsidP="00B945E3">
            <w:pPr>
              <w:rPr>
                <w:rFonts w:eastAsia="Arial" w:cs="Arial"/>
                <w:sz w:val="22"/>
              </w:rPr>
            </w:pPr>
            <w:r>
              <w:t>Sharing Online</w:t>
            </w:r>
            <w:r>
              <w:br/>
              <w:t>(M2 U3 S1)</w:t>
            </w:r>
            <w:r>
              <w:br/>
            </w:r>
            <w:hyperlink r:id="rId23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2.3.1 Sharing Online</w:t>
              </w:r>
            </w:hyperlink>
          </w:p>
          <w:p w14:paraId="2AF064CF" w14:textId="57E8AAB9" w:rsidR="00B945E3" w:rsidRPr="00E56BBC" w:rsidRDefault="00B945E3" w:rsidP="00B945E3">
            <w:pPr>
              <w:spacing w:after="80"/>
              <w:rPr>
                <w:highlight w:val="green"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5834D6" w14:textId="00F16EA7" w:rsidR="00B945E3" w:rsidRPr="00E56BBC" w:rsidRDefault="00B945E3" w:rsidP="00B945E3">
            <w:pPr>
              <w:spacing w:after="80"/>
              <w:rPr>
                <w:highlight w:val="green"/>
              </w:rPr>
            </w:pPr>
            <w:r>
              <w:t>Theme: Digital identity and personal boundaries.</w:t>
            </w:r>
            <w:r>
              <w:br/>
              <w:t>Explicit Activity: Dissect what information is confidential and unsafe to share. Create a strict 'Never Post' rule checklist for personal security.</w:t>
            </w:r>
          </w:p>
        </w:tc>
      </w:tr>
      <w:tr w:rsidR="00B945E3" w14:paraId="1FE0D305" w14:textId="77777777" w:rsidTr="00B945E3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D2EF1B" w14:textId="492EB3E4" w:rsidR="00B945E3" w:rsidRPr="00E56BBC" w:rsidRDefault="00B945E3" w:rsidP="00B945E3">
            <w:pPr>
              <w:spacing w:after="80"/>
              <w:rPr>
                <w:highlight w:val="green"/>
              </w:rPr>
            </w:pPr>
            <w:r>
              <w:rPr>
                <w:b/>
              </w:rPr>
              <w:t>Week 2: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2B8FAA" w14:textId="1FB806A7" w:rsidR="00B945E3" w:rsidRPr="00E56BBC" w:rsidRDefault="00B945E3" w:rsidP="00B945E3">
            <w:pPr>
              <w:spacing w:after="80"/>
              <w:rPr>
                <w:highlight w:val="green"/>
              </w:rPr>
            </w:pPr>
            <w:r>
              <w:t>Chatting Online</w:t>
            </w:r>
            <w:r>
              <w:br/>
              <w:t>(M2 U3 S2)</w:t>
            </w:r>
            <w:r>
              <w:br/>
            </w:r>
            <w:hyperlink r:id="rId24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2.3.2 Chatting Online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3330B8" w14:textId="71E3E4EB" w:rsidR="00B945E3" w:rsidRPr="00E56BBC" w:rsidRDefault="00B945E3" w:rsidP="00B945E3">
            <w:pPr>
              <w:spacing w:after="80"/>
              <w:rPr>
                <w:highlight w:val="green"/>
              </w:rPr>
            </w:pPr>
            <w:r>
              <w:t>Theme: Cyber-safety and reporting online hazards.</w:t>
            </w:r>
            <w:r>
              <w:br/>
              <w:t xml:space="preserve">Explicit Activity: </w:t>
            </w:r>
            <w:proofErr w:type="spellStart"/>
            <w:r>
              <w:t>Roleplay</w:t>
            </w:r>
            <w:proofErr w:type="spellEnd"/>
            <w:r>
              <w:t xml:space="preserve"> digital scenarios where an unexpected popup or message occurs. Practice using the 'Screenshot, Close, Tell An Adult' strategy.</w:t>
            </w:r>
          </w:p>
        </w:tc>
      </w:tr>
      <w:tr w:rsidR="00B945E3" w14:paraId="1E065BF9" w14:textId="77777777" w:rsidTr="00B945E3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0C27EF" w14:textId="77777777" w:rsidR="00B945E3" w:rsidRDefault="00B945E3" w:rsidP="00B945E3">
            <w:pPr>
              <w:spacing w:after="80"/>
            </w:pPr>
            <w:r>
              <w:rPr>
                <w:b/>
              </w:rPr>
              <w:t>Week 3:</w:t>
            </w:r>
            <w:r>
              <w:br/>
              <w:t>British Value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64A961" w14:textId="77777777" w:rsidR="00B945E3" w:rsidRDefault="00B945E3" w:rsidP="00B945E3">
            <w:pPr>
              <w:spacing w:after="80"/>
            </w:pPr>
            <w:r>
              <w:t>The Rule of Law</w:t>
            </w:r>
            <w:r>
              <w:br/>
              <w:t>(School Safety &amp; Law)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C2D8DD" w14:textId="77777777" w:rsidR="00B945E3" w:rsidRDefault="00B945E3" w:rsidP="00B945E3">
            <w:pPr>
              <w:spacing w:after="80"/>
            </w:pPr>
            <w:r>
              <w:t>Theme: Societal laws and judicial logic.</w:t>
            </w:r>
            <w:r>
              <w:br/>
              <w:t>Explicit Activity: Connect school regulations directly to real-world national laws, exploring why common safety legislation exists to guard personal liberty.</w:t>
            </w:r>
          </w:p>
        </w:tc>
      </w:tr>
      <w:tr w:rsidR="00B945E3" w14:paraId="57B06A90" w14:textId="77777777" w:rsidTr="00B945E3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031015" w14:textId="77777777" w:rsidR="00B945E3" w:rsidRDefault="00B945E3" w:rsidP="00B945E3">
            <w:pPr>
              <w:spacing w:after="80"/>
            </w:pPr>
            <w:r>
              <w:rPr>
                <w:b/>
              </w:rPr>
              <w:t>Week 4: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8CF16A" w14:textId="77777777" w:rsidR="00B945E3" w:rsidRDefault="00B945E3" w:rsidP="00B945E3">
            <w:pPr>
              <w:spacing w:after="80"/>
            </w:pPr>
            <w:r>
              <w:t>Remembrance Day</w:t>
            </w:r>
            <w:r>
              <w:br/>
              <w:t>[Whole School 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1625AE" w14:textId="77777777" w:rsidR="00B945E3" w:rsidRDefault="00B945E3" w:rsidP="00B945E3">
            <w:pPr>
              <w:spacing w:after="80"/>
            </w:pPr>
            <w:r>
              <w:t>Theme: Historical memory and active reflection.</w:t>
            </w:r>
            <w:r>
              <w:br/>
              <w:t xml:space="preserve">Explicit Activity: Draft historical prose or poems </w:t>
            </w:r>
            <w:proofErr w:type="spellStart"/>
            <w:r>
              <w:t>analysing</w:t>
            </w:r>
            <w:proofErr w:type="spellEnd"/>
            <w:r>
              <w:t xml:space="preserve"> community sacrifice. Design reflective poppy wreaths for class window displays.</w:t>
            </w:r>
          </w:p>
        </w:tc>
      </w:tr>
      <w:tr w:rsidR="00B945E3" w14:paraId="0034D0F0" w14:textId="77777777" w:rsidTr="00B945E3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F4F4CD" w14:textId="77777777" w:rsidR="00B945E3" w:rsidRDefault="00B945E3" w:rsidP="00B945E3">
            <w:pPr>
              <w:spacing w:after="80"/>
            </w:pPr>
            <w:r>
              <w:rPr>
                <w:b/>
              </w:rPr>
              <w:t>Week 5: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6011D2" w14:textId="77777777" w:rsidR="00B945E3" w:rsidRDefault="00B945E3" w:rsidP="00B945E3">
            <w:pPr>
              <w:spacing w:after="80"/>
            </w:pPr>
            <w:r>
              <w:t>Anti-Bullying Week</w:t>
            </w:r>
            <w:r>
              <w:br/>
              <w:t>[Whole School 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988BB8" w14:textId="77777777" w:rsidR="00B945E3" w:rsidRDefault="00B945E3" w:rsidP="00B945E3">
            <w:pPr>
              <w:spacing w:after="80"/>
            </w:pPr>
            <w:r>
              <w:t>Theme: Active intervention and ending exclusion.</w:t>
            </w:r>
            <w:r>
              <w:br/>
              <w:t xml:space="preserve">Explicit Activity: Develop clear class intervention definitions. Practice identifying the clear difference between mutual peer conflict and persistent bullying </w:t>
            </w:r>
            <w:proofErr w:type="spellStart"/>
            <w:r>
              <w:t>behaviour</w:t>
            </w:r>
            <w:proofErr w:type="spellEnd"/>
            <w:r>
              <w:t>.</w:t>
            </w:r>
          </w:p>
        </w:tc>
      </w:tr>
    </w:tbl>
    <w:p w14:paraId="0540386B" w14:textId="77777777" w:rsidR="00C53896" w:rsidRDefault="00C53896">
      <w:pPr>
        <w:spacing w:after="240"/>
      </w:pPr>
    </w:p>
    <w:p w14:paraId="14AA7E55" w14:textId="77777777" w:rsidR="00E56BBC" w:rsidRDefault="00E56BBC">
      <w:pPr>
        <w:rPr>
          <w:b/>
          <w:sz w:val="22"/>
        </w:rPr>
      </w:pPr>
    </w:p>
    <w:p w14:paraId="55598D0A" w14:textId="77777777" w:rsidR="00E56BBC" w:rsidRDefault="00E56BBC">
      <w:pPr>
        <w:rPr>
          <w:b/>
          <w:sz w:val="22"/>
        </w:rPr>
      </w:pPr>
    </w:p>
    <w:p w14:paraId="657AEC0A" w14:textId="77777777" w:rsidR="00E56BBC" w:rsidRDefault="00E56BBC">
      <w:pPr>
        <w:rPr>
          <w:b/>
          <w:sz w:val="22"/>
        </w:rPr>
      </w:pPr>
    </w:p>
    <w:p w14:paraId="14783B8B" w14:textId="77777777" w:rsidR="00E56BBC" w:rsidRDefault="00E56BBC">
      <w:pPr>
        <w:rPr>
          <w:b/>
          <w:sz w:val="22"/>
        </w:rPr>
      </w:pPr>
    </w:p>
    <w:p w14:paraId="4C39F64D" w14:textId="77777777" w:rsidR="00E56BBC" w:rsidRDefault="00E56BBC">
      <w:pPr>
        <w:rPr>
          <w:b/>
          <w:sz w:val="22"/>
        </w:rPr>
      </w:pPr>
    </w:p>
    <w:p w14:paraId="3ED765E0" w14:textId="77777777" w:rsidR="00E56BBC" w:rsidRDefault="00E56BBC">
      <w:pPr>
        <w:rPr>
          <w:b/>
          <w:sz w:val="22"/>
        </w:rPr>
      </w:pPr>
    </w:p>
    <w:p w14:paraId="1489526B" w14:textId="77777777" w:rsidR="00E56BBC" w:rsidRDefault="00E56BBC">
      <w:pPr>
        <w:rPr>
          <w:b/>
          <w:sz w:val="22"/>
        </w:rPr>
      </w:pPr>
    </w:p>
    <w:p w14:paraId="0BC12150" w14:textId="686C0F06" w:rsidR="00C53896" w:rsidRDefault="00B945E3">
      <w:r>
        <w:rPr>
          <w:b/>
          <w:sz w:val="22"/>
        </w:rPr>
        <w:t xml:space="preserve">Spring 1: Physical </w:t>
      </w:r>
      <w:r>
        <w:rPr>
          <w:b/>
          <w:sz w:val="22"/>
        </w:rPr>
        <w:t>Safety and Health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C53896" w14:paraId="2C30B679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27C402" w14:textId="77777777" w:rsidR="00C53896" w:rsidRDefault="00B945E3">
            <w:r>
              <w:rPr>
                <w:b/>
                <w:sz w:val="22"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972808" w14:textId="77777777" w:rsidR="00C53896" w:rsidRDefault="00B945E3">
            <w:r>
              <w:rPr>
                <w:b/>
                <w:sz w:val="22"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E76594" w14:textId="77777777" w:rsidR="00C53896" w:rsidRDefault="00B945E3">
            <w:r>
              <w:rPr>
                <w:b/>
                <w:sz w:val="22"/>
              </w:rPr>
              <w:t>Explicit Activity &amp; Practical Guidance</w:t>
            </w:r>
          </w:p>
        </w:tc>
      </w:tr>
      <w:tr w:rsidR="00C53896" w14:paraId="7A5AD84E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D4F7AA" w14:textId="77777777" w:rsidR="00C53896" w:rsidRDefault="00B945E3">
            <w:pPr>
              <w:spacing w:after="80"/>
            </w:pPr>
            <w:r>
              <w:rPr>
                <w:b/>
              </w:rPr>
              <w:t>Week 1: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2E23B0" w14:textId="2352E316" w:rsidR="00C53896" w:rsidRPr="00E56BBC" w:rsidRDefault="00B945E3" w:rsidP="00E56BBC">
            <w:pPr>
              <w:rPr>
                <w:rFonts w:cs="Arial"/>
                <w:sz w:val="22"/>
              </w:rPr>
            </w:pPr>
            <w:r>
              <w:t>Safe In My Body</w:t>
            </w:r>
            <w:r>
              <w:br/>
              <w:t>(M2 U4 S1)</w:t>
            </w:r>
            <w:r>
              <w:br/>
            </w:r>
            <w:hyperlink r:id="rId25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2.4.1 Safe In My Body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1C00E4" w14:textId="77777777" w:rsidR="00C53896" w:rsidRDefault="00B945E3">
            <w:pPr>
              <w:spacing w:after="80"/>
            </w:pPr>
            <w:r>
              <w:t>Theme: Physical health, hygiene, and safe boundaries.</w:t>
            </w:r>
            <w:r>
              <w:br/>
              <w:t>Explicit Activity: Create a biological care schema detailing healthy choices regarding physical activity, daily hydration, and skin</w:t>
            </w:r>
            <w:r>
              <w:t xml:space="preserve"> safety guidelines.</w:t>
            </w:r>
          </w:p>
        </w:tc>
      </w:tr>
      <w:tr w:rsidR="00C53896" w14:paraId="1EFEB4A4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29325C" w14:textId="77777777" w:rsidR="00C53896" w:rsidRDefault="00B945E3">
            <w:pPr>
              <w:spacing w:after="80"/>
            </w:pPr>
            <w:r>
              <w:rPr>
                <w:b/>
              </w:rPr>
              <w:t>Week 2: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7D9703" w14:textId="1D84C2AC" w:rsidR="00C53896" w:rsidRPr="00E56BBC" w:rsidRDefault="00B945E3" w:rsidP="00E56BBC">
            <w:pPr>
              <w:rPr>
                <w:rFonts w:eastAsia="Arial" w:cs="Arial"/>
                <w:color w:val="0070C0"/>
                <w:sz w:val="22"/>
              </w:rPr>
            </w:pPr>
            <w:proofErr w:type="spellStart"/>
            <w:r>
              <w:t>Recognising</w:t>
            </w:r>
            <w:proofErr w:type="spellEnd"/>
            <w:r>
              <w:t xml:space="preserve"> Risk</w:t>
            </w:r>
            <w:r>
              <w:br/>
              <w:t>(M2 U4 S2)</w:t>
            </w:r>
            <w:r>
              <w:br/>
            </w:r>
            <w:hyperlink r:id="rId26" w:history="1">
              <w:r w:rsidR="00E56BBC" w:rsidRPr="00DE03FF">
                <w:rPr>
                  <w:rStyle w:val="Hyperlink"/>
                  <w:rFonts w:eastAsia="Arial" w:cs="Arial"/>
                  <w:color w:val="0070C0"/>
                  <w:sz w:val="22"/>
                </w:rPr>
                <w:t xml:space="preserve">LKS2 2.4.2 </w:t>
              </w:r>
              <w:proofErr w:type="spellStart"/>
              <w:r w:rsidR="00E56BBC" w:rsidRPr="00DE03FF">
                <w:rPr>
                  <w:rStyle w:val="Hyperlink"/>
                  <w:rFonts w:eastAsia="Arial" w:cs="Arial"/>
                  <w:color w:val="0070C0"/>
                  <w:sz w:val="22"/>
                </w:rPr>
                <w:t>Recognising</w:t>
              </w:r>
              <w:proofErr w:type="spellEnd"/>
              <w:r w:rsidR="00E56BBC" w:rsidRPr="00DE03FF">
                <w:rPr>
                  <w:rStyle w:val="Hyperlink"/>
                  <w:rFonts w:eastAsia="Arial" w:cs="Arial"/>
                  <w:color w:val="0070C0"/>
                  <w:sz w:val="22"/>
                </w:rPr>
                <w:t xml:space="preserve"> Risk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1732A6" w14:textId="77777777" w:rsidR="00C53896" w:rsidRDefault="00B945E3">
            <w:pPr>
              <w:spacing w:after="80"/>
            </w:pPr>
            <w:r>
              <w:t>Theme: Hazard assessment and safety evaluation.</w:t>
            </w:r>
            <w:r>
              <w:br/>
              <w:t>Explicit Activity: Map out household and community risk zones. Develop structured 'If/Then' risk mitigation strategies for assessing potential physical danger.</w:t>
            </w:r>
          </w:p>
        </w:tc>
      </w:tr>
      <w:tr w:rsidR="00C53896" w14:paraId="210213F7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64C31B" w14:textId="77777777" w:rsidR="00C53896" w:rsidRDefault="00B945E3">
            <w:pPr>
              <w:spacing w:after="80"/>
            </w:pPr>
            <w:r>
              <w:rPr>
                <w:b/>
              </w:rPr>
              <w:t>Week 3:</w:t>
            </w:r>
            <w:r>
              <w:br/>
              <w:t>British Value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9DC03F" w14:textId="77777777" w:rsidR="00C53896" w:rsidRDefault="00B945E3">
            <w:pPr>
              <w:spacing w:after="80"/>
            </w:pPr>
            <w:r>
              <w:t>Individu</w:t>
            </w:r>
            <w:r>
              <w:t>al Liberty</w:t>
            </w:r>
            <w:r>
              <w:br/>
              <w:t>(Evaluating Influence)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E4F7C5" w14:textId="77777777" w:rsidR="00C53896" w:rsidRDefault="00B945E3">
            <w:pPr>
              <w:spacing w:after="80"/>
            </w:pPr>
            <w:r>
              <w:t>Theme: Managing peer pressure and autonomous choices.</w:t>
            </w:r>
            <w:r>
              <w:br/>
              <w:t xml:space="preserve">Explicit Activity: </w:t>
            </w:r>
            <w:proofErr w:type="spellStart"/>
            <w:r>
              <w:t>Analyse</w:t>
            </w:r>
            <w:proofErr w:type="spellEnd"/>
            <w:r>
              <w:t xml:space="preserve"> social scenarios where group actions conflict with personal choice. Practice verbal scripts to maintain safe autonomy.</w:t>
            </w:r>
          </w:p>
        </w:tc>
      </w:tr>
      <w:tr w:rsidR="00C53896" w14:paraId="72A35C04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C4A493" w14:textId="77777777" w:rsidR="00C53896" w:rsidRDefault="00B945E3">
            <w:pPr>
              <w:spacing w:after="80"/>
            </w:pPr>
            <w:r>
              <w:rPr>
                <w:b/>
              </w:rPr>
              <w:t>Week 4: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EA7DEE" w14:textId="77777777" w:rsidR="00C53896" w:rsidRDefault="00B945E3">
            <w:pPr>
              <w:spacing w:after="80"/>
            </w:pPr>
            <w:r>
              <w:t>C</w:t>
            </w:r>
            <w:r>
              <w:t>hildren's Mental Health Week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EE0E32" w14:textId="77777777" w:rsidR="00C53896" w:rsidRDefault="00B945E3">
            <w:pPr>
              <w:spacing w:after="80"/>
            </w:pPr>
            <w:r>
              <w:t>Theme: Coping strategies and positive mental care.</w:t>
            </w:r>
            <w:r>
              <w:br/>
              <w:t>Explicit Activity: Construct an individual 'Coping Shield' detailing personal stress-management triggers, exercises, and support networks.</w:t>
            </w:r>
          </w:p>
        </w:tc>
      </w:tr>
      <w:tr w:rsidR="00C53896" w14:paraId="77667D5F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0E0D14" w14:textId="77777777" w:rsidR="00C53896" w:rsidRDefault="00B945E3">
            <w:pPr>
              <w:spacing w:after="80"/>
            </w:pPr>
            <w:r>
              <w:rPr>
                <w:b/>
              </w:rPr>
              <w:t>Week 5: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18630D" w14:textId="77777777" w:rsidR="00C53896" w:rsidRDefault="00B945E3">
            <w:pPr>
              <w:spacing w:after="80"/>
            </w:pPr>
            <w:r>
              <w:t>Safer Internet D</w:t>
            </w:r>
            <w:r>
              <w:t>ay</w:t>
            </w:r>
            <w:r>
              <w:br/>
              <w:t>[Whole School 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9CB8B2" w14:textId="77777777" w:rsidR="00C53896" w:rsidRDefault="00B945E3">
            <w:pPr>
              <w:spacing w:after="80"/>
            </w:pPr>
            <w:r>
              <w:t>Theme: Digital footprints and verification skills.</w:t>
            </w:r>
            <w:r>
              <w:br/>
              <w:t xml:space="preserve">Explicit Activity: Complete a sorting game </w:t>
            </w:r>
            <w:proofErr w:type="spellStart"/>
            <w:r>
              <w:t>categorising</w:t>
            </w:r>
            <w:proofErr w:type="spellEnd"/>
            <w:r>
              <w:t xml:space="preserve"> reliable online primary sources versus unverified online content or deep fakes.</w:t>
            </w:r>
          </w:p>
        </w:tc>
      </w:tr>
    </w:tbl>
    <w:p w14:paraId="31E49741" w14:textId="77777777" w:rsidR="00C53896" w:rsidRDefault="00C53896">
      <w:pPr>
        <w:spacing w:after="240"/>
      </w:pPr>
    </w:p>
    <w:p w14:paraId="298B6844" w14:textId="77777777" w:rsidR="00C53896" w:rsidRDefault="00B945E3">
      <w:r>
        <w:rPr>
          <w:b/>
          <w:sz w:val="22"/>
        </w:rPr>
        <w:t>Spring 2: Risk and Responsibility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C53896" w14:paraId="09470139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2BAF66" w14:textId="77777777" w:rsidR="00C53896" w:rsidRDefault="00B945E3">
            <w:r>
              <w:rPr>
                <w:b/>
                <w:sz w:val="22"/>
              </w:rPr>
              <w:t xml:space="preserve">Week &amp; </w:t>
            </w:r>
            <w:r>
              <w:rPr>
                <w:b/>
                <w:sz w:val="22"/>
              </w:rPr>
              <w:t>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F4CCD2" w14:textId="77777777" w:rsidR="00C53896" w:rsidRDefault="00B945E3">
            <w:r>
              <w:rPr>
                <w:b/>
                <w:sz w:val="22"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627C4B" w14:textId="77777777" w:rsidR="00C53896" w:rsidRDefault="00B945E3">
            <w:r>
              <w:rPr>
                <w:b/>
                <w:sz w:val="22"/>
              </w:rPr>
              <w:t>Explicit Activity &amp; Practical Guidance</w:t>
            </w:r>
          </w:p>
        </w:tc>
      </w:tr>
      <w:tr w:rsidR="00C53896" w14:paraId="1C498AE0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068F20" w14:textId="77777777" w:rsidR="00C53896" w:rsidRDefault="00B945E3">
            <w:pPr>
              <w:spacing w:after="80"/>
            </w:pPr>
            <w:r>
              <w:rPr>
                <w:b/>
              </w:rPr>
              <w:t>Week 1: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AD6092" w14:textId="27F0DBA4" w:rsidR="00C53896" w:rsidRPr="00E56BBC" w:rsidRDefault="00B945E3" w:rsidP="00E56BBC">
            <w:pPr>
              <w:rPr>
                <w:rFonts w:eastAsia="Arial" w:cs="Arial"/>
                <w:color w:val="0563C1"/>
                <w:sz w:val="22"/>
                <w:u w:val="single"/>
              </w:rPr>
            </w:pPr>
            <w:r>
              <w:t>Drugs, Alcohol and Tobacco</w:t>
            </w:r>
            <w:r>
              <w:br/>
              <w:t>(M2 U4 S3)</w:t>
            </w:r>
            <w:r>
              <w:br/>
            </w:r>
            <w:hyperlink r:id="rId27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2.4.3 Drugs, Alcohol and Tobacco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5E7F61" w14:textId="77777777" w:rsidR="00C53896" w:rsidRDefault="00B945E3">
            <w:pPr>
              <w:spacing w:after="80"/>
            </w:pPr>
            <w:r>
              <w:t>Theme: Chemical substances and physiologic</w:t>
            </w:r>
            <w:r>
              <w:t>al harm.</w:t>
            </w:r>
            <w:r>
              <w:br/>
              <w:t xml:space="preserve">Explicit Activity: Group everyday household materials into 'Safe when used correctly' versus 'Dangerous/Harmful' categories. </w:t>
            </w:r>
            <w:proofErr w:type="spellStart"/>
            <w:r>
              <w:t>Memorise</w:t>
            </w:r>
            <w:proofErr w:type="spellEnd"/>
            <w:r>
              <w:t xml:space="preserve"> safety labels.</w:t>
            </w:r>
          </w:p>
        </w:tc>
      </w:tr>
      <w:tr w:rsidR="00C53896" w14:paraId="2202A8A5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6176A9" w14:textId="77777777" w:rsidR="00C53896" w:rsidRDefault="00B945E3">
            <w:pPr>
              <w:spacing w:after="80"/>
            </w:pPr>
            <w:r>
              <w:rPr>
                <w:b/>
              </w:rPr>
              <w:lastRenderedPageBreak/>
              <w:t>Week 2: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160D66" w14:textId="77777777" w:rsidR="00E56BBC" w:rsidRDefault="00B945E3">
            <w:pPr>
              <w:spacing w:after="80"/>
            </w:pPr>
            <w:r>
              <w:t>First Aid Heroes</w:t>
            </w:r>
            <w:r>
              <w:br/>
              <w:t>(M2 U4 S4)</w:t>
            </w:r>
          </w:p>
          <w:p w14:paraId="6D25D913" w14:textId="77777777" w:rsidR="00E56BBC" w:rsidRPr="00E56BBC" w:rsidRDefault="00E56BBC" w:rsidP="00E56BBC">
            <w:pPr>
              <w:spacing w:after="80"/>
              <w:rPr>
                <w:rStyle w:val="Hyperlink"/>
                <w:lang w:val="en-GB"/>
              </w:rPr>
            </w:pPr>
            <w:r w:rsidRPr="00E56BBC">
              <w:rPr>
                <w:lang w:val="en-GB"/>
              </w:rPr>
              <w:fldChar w:fldCharType="begin"/>
            </w:r>
            <w:r w:rsidRPr="00E56BBC">
              <w:rPr>
                <w:lang w:val="en-GB"/>
              </w:rPr>
              <w:instrText xml:space="preserve"> HYPERLINK "https://www.tentenresources.co.uk/programmes/life-to-the-full-plus/lks2/m-2/lks2_2_created-to-love-others/u-4/lks2_2-4_keeping-safe/s-3/first-aid-heroes/" </w:instrText>
            </w:r>
            <w:r w:rsidRPr="00E56BBC">
              <w:rPr>
                <w:lang w:val="en-GB"/>
              </w:rPr>
              <w:fldChar w:fldCharType="separate"/>
            </w:r>
            <w:r w:rsidRPr="00E56BBC">
              <w:rPr>
                <w:rStyle w:val="Hyperlink"/>
                <w:lang w:val="en-GB"/>
              </w:rPr>
              <w:t xml:space="preserve">LKS2 2.4.4 First Aid Heroes </w:t>
            </w:r>
          </w:p>
          <w:p w14:paraId="52120F94" w14:textId="6005AA35" w:rsidR="00C53896" w:rsidRDefault="00E56BBC" w:rsidP="00E56BBC">
            <w:pPr>
              <w:spacing w:after="80"/>
            </w:pPr>
            <w:r w:rsidRPr="00E56BBC">
              <w:fldChar w:fldCharType="end"/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EC86F8" w14:textId="77777777" w:rsidR="00C53896" w:rsidRDefault="00B945E3">
            <w:pPr>
              <w:spacing w:after="80"/>
            </w:pPr>
            <w:r>
              <w:t>Theme: Emergency response and immediate action.</w:t>
            </w:r>
            <w:r>
              <w:br/>
              <w:t>Explicit</w:t>
            </w:r>
            <w:r>
              <w:t xml:space="preserve"> Activity: Practice essential recovery position actions and learn how to report an emergency calmly, listing name, location, and clear incident details.</w:t>
            </w:r>
          </w:p>
        </w:tc>
      </w:tr>
      <w:tr w:rsidR="00C53896" w14:paraId="61966A10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0C7F88" w14:textId="77777777" w:rsidR="00C53896" w:rsidRDefault="00B945E3">
            <w:pPr>
              <w:spacing w:after="80"/>
            </w:pPr>
            <w:r>
              <w:rPr>
                <w:b/>
              </w:rPr>
              <w:t>Week 3:</w:t>
            </w:r>
            <w:r>
              <w:br/>
              <w:t>British Value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856A16" w14:textId="77777777" w:rsidR="00C53896" w:rsidRDefault="00B945E3">
            <w:pPr>
              <w:spacing w:after="80"/>
            </w:pPr>
            <w:r>
              <w:t>Democracy</w:t>
            </w:r>
            <w:r>
              <w:br/>
              <w:t>(Debating Local Issues)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439420" w14:textId="77777777" w:rsidR="00C53896" w:rsidRDefault="00B945E3">
            <w:pPr>
              <w:spacing w:after="80"/>
            </w:pPr>
            <w:r>
              <w:t>Theme: Public interest advocacy and voice.</w:t>
            </w:r>
            <w:r>
              <w:br/>
              <w:t>Exp</w:t>
            </w:r>
            <w:r>
              <w:t>licit Activity: Host a mock council session debating local town funding choices. Vote on community project priorities using standard democratic rules.</w:t>
            </w:r>
          </w:p>
        </w:tc>
      </w:tr>
      <w:tr w:rsidR="00C53896" w14:paraId="17F604CE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6FCADE" w14:textId="77777777" w:rsidR="00C53896" w:rsidRDefault="00B945E3">
            <w:pPr>
              <w:spacing w:after="80"/>
            </w:pPr>
            <w:r>
              <w:rPr>
                <w:b/>
              </w:rPr>
              <w:t>Week 4: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C6856E" w14:textId="77777777" w:rsidR="00C53896" w:rsidRDefault="00B945E3">
            <w:pPr>
              <w:spacing w:after="80"/>
            </w:pPr>
            <w:r>
              <w:t>National Careers Week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F9C48C" w14:textId="77777777" w:rsidR="00C53896" w:rsidRDefault="00B945E3">
            <w:pPr>
              <w:spacing w:after="80"/>
            </w:pPr>
            <w:r>
              <w:t>Theme: Professional career paths and required skills.</w:t>
            </w:r>
            <w:r>
              <w:br/>
              <w:t>Explicit</w:t>
            </w:r>
            <w:r>
              <w:t xml:space="preserve"> Activity: Map out specific paths needed for scientific, technical, and engineering professions, listing school subjects linked to them.</w:t>
            </w:r>
          </w:p>
        </w:tc>
      </w:tr>
      <w:tr w:rsidR="00C53896" w14:paraId="0CE5AEA6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23136C" w14:textId="77777777" w:rsidR="00C53896" w:rsidRDefault="00B945E3">
            <w:pPr>
              <w:spacing w:after="80"/>
            </w:pPr>
            <w:r>
              <w:rPr>
                <w:b/>
              </w:rPr>
              <w:t>Week 5: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AD061A" w14:textId="77777777" w:rsidR="00C53896" w:rsidRDefault="00B945E3">
            <w:pPr>
              <w:spacing w:after="80"/>
            </w:pPr>
            <w:r>
              <w:t>Financial Literacy</w:t>
            </w:r>
            <w:r>
              <w:br/>
              <w:t>(Wages &amp; Earning)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CFF48D" w14:textId="77777777" w:rsidR="00C53896" w:rsidRDefault="00B945E3">
            <w:pPr>
              <w:spacing w:after="80"/>
            </w:pPr>
            <w:r>
              <w:t>Theme: Economic loop systems and career income.</w:t>
            </w:r>
            <w:r>
              <w:br/>
              <w:t>Explicit Acti</w:t>
            </w:r>
            <w:r>
              <w:t xml:space="preserve">vity: Simulate a basic marketplace where </w:t>
            </w:r>
            <w:proofErr w:type="spellStart"/>
            <w:r>
              <w:t>labour</w:t>
            </w:r>
            <w:proofErr w:type="spellEnd"/>
            <w:r>
              <w:t xml:space="preserve"> inputs translate directly into play currency to purchase essential household utilities.</w:t>
            </w:r>
          </w:p>
        </w:tc>
      </w:tr>
    </w:tbl>
    <w:p w14:paraId="6269DF95" w14:textId="77777777" w:rsidR="00C53896" w:rsidRDefault="00C53896">
      <w:pPr>
        <w:spacing w:after="240"/>
      </w:pPr>
    </w:p>
    <w:p w14:paraId="12B349B3" w14:textId="77777777" w:rsidR="00C53896" w:rsidRDefault="00B945E3">
      <w:r>
        <w:rPr>
          <w:b/>
          <w:sz w:val="22"/>
        </w:rPr>
        <w:t>Summer 1: Growth and Communities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C53896" w14:paraId="63A8C7F0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1F0118" w14:textId="77777777" w:rsidR="00C53896" w:rsidRDefault="00B945E3">
            <w:r>
              <w:rPr>
                <w:b/>
                <w:sz w:val="22"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799783" w14:textId="77777777" w:rsidR="00C53896" w:rsidRDefault="00B945E3">
            <w:r>
              <w:rPr>
                <w:b/>
                <w:sz w:val="22"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EB6535B" w14:textId="77777777" w:rsidR="00C53896" w:rsidRDefault="00B945E3">
            <w:r>
              <w:rPr>
                <w:b/>
                <w:sz w:val="22"/>
              </w:rPr>
              <w:t>Explicit Activity &amp; Practical Guidance</w:t>
            </w:r>
          </w:p>
        </w:tc>
      </w:tr>
      <w:tr w:rsidR="00C53896" w14:paraId="4AE84FF5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0B2205" w14:textId="77777777" w:rsidR="00C53896" w:rsidRPr="00C932E2" w:rsidRDefault="00B945E3">
            <w:pPr>
              <w:spacing w:after="80"/>
              <w:rPr>
                <w:highlight w:val="green"/>
              </w:rPr>
            </w:pPr>
            <w:r w:rsidRPr="00C932E2">
              <w:rPr>
                <w:b/>
                <w:highlight w:val="green"/>
              </w:rPr>
              <w:t>Week 1:</w:t>
            </w:r>
            <w:r w:rsidRPr="00C932E2">
              <w:rPr>
                <w:highlight w:val="green"/>
              </w:rPr>
              <w:br/>
            </w:r>
            <w:proofErr w:type="spellStart"/>
            <w:r w:rsidRPr="00C932E2">
              <w:rPr>
                <w:highlight w:val="green"/>
              </w:rP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F3DF2E" w14:textId="77777777" w:rsidR="00E56BBC" w:rsidRPr="00C932E2" w:rsidRDefault="00B945E3" w:rsidP="00E56BBC">
            <w:pPr>
              <w:rPr>
                <w:rFonts w:eastAsia="Arial" w:cs="Arial"/>
                <w:color w:val="0563C1"/>
                <w:sz w:val="22"/>
                <w:highlight w:val="green"/>
                <w:u w:val="single"/>
              </w:rPr>
            </w:pPr>
            <w:r w:rsidRPr="00C932E2">
              <w:rPr>
                <w:highlight w:val="green"/>
              </w:rPr>
              <w:t>Life Cycles</w:t>
            </w:r>
            <w:r w:rsidRPr="00C932E2">
              <w:rPr>
                <w:highlight w:val="green"/>
              </w:rPr>
              <w:br/>
              <w:t>(M1 U4 S1)</w:t>
            </w:r>
            <w:r w:rsidRPr="00C932E2">
              <w:rPr>
                <w:highlight w:val="green"/>
              </w:rPr>
              <w:br/>
            </w:r>
            <w:hyperlink r:id="rId28">
              <w:r w:rsidR="00E56BBC" w:rsidRPr="00C932E2">
                <w:rPr>
                  <w:rFonts w:eastAsia="Arial" w:cs="Arial"/>
                  <w:color w:val="0563C1"/>
                  <w:sz w:val="22"/>
                  <w:highlight w:val="green"/>
                  <w:u w:val="single"/>
                </w:rPr>
                <w:t>LKS2 1.4.1 Life Cycles</w:t>
              </w:r>
            </w:hyperlink>
          </w:p>
          <w:p w14:paraId="0F24FFDF" w14:textId="51C5BE41" w:rsidR="00C53896" w:rsidRPr="00C932E2" w:rsidRDefault="00C53896">
            <w:pPr>
              <w:spacing w:after="80"/>
              <w:rPr>
                <w:highlight w:val="green"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78D0A0" w14:textId="77777777" w:rsidR="00C53896" w:rsidRPr="00C932E2" w:rsidRDefault="00B945E3">
            <w:pPr>
              <w:spacing w:after="80"/>
              <w:rPr>
                <w:highlight w:val="green"/>
              </w:rPr>
            </w:pPr>
            <w:r w:rsidRPr="00C932E2">
              <w:rPr>
                <w:highlight w:val="green"/>
              </w:rPr>
              <w:t>Theme: Natural biological patterns acros</w:t>
            </w:r>
            <w:r w:rsidRPr="00C932E2">
              <w:rPr>
                <w:highlight w:val="green"/>
              </w:rPr>
              <w:t>s creation.</w:t>
            </w:r>
            <w:r w:rsidRPr="00C932E2">
              <w:rPr>
                <w:highlight w:val="green"/>
              </w:rPr>
              <w:br/>
              <w:t>Explicit Activity: Diagram the chronological life sequences of mammals, amphibians, and plants, highlighting the common thread of renewal and transformation.</w:t>
            </w:r>
          </w:p>
        </w:tc>
      </w:tr>
      <w:tr w:rsidR="00C53896" w14:paraId="00E5ACD5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504EEF" w14:textId="77777777" w:rsidR="00C53896" w:rsidRDefault="00B945E3">
            <w:pPr>
              <w:spacing w:after="80"/>
            </w:pPr>
            <w:r>
              <w:rPr>
                <w:b/>
              </w:rPr>
              <w:t>Week 2: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F0F401" w14:textId="1EA0A919" w:rsidR="00C53896" w:rsidRPr="00E56BBC" w:rsidRDefault="00B945E3" w:rsidP="00E56BBC">
            <w:pPr>
              <w:rPr>
                <w:rFonts w:eastAsia="Arial" w:cs="Arial"/>
                <w:color w:val="0563C1"/>
                <w:sz w:val="22"/>
                <w:u w:val="single"/>
              </w:rPr>
            </w:pPr>
            <w:r>
              <w:t>A Time for Everything</w:t>
            </w:r>
            <w:r>
              <w:br/>
              <w:t>(M1 U4 S2)</w:t>
            </w:r>
            <w:r>
              <w:br/>
            </w:r>
            <w:hyperlink r:id="rId29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1.4.2 A Time for Everything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CD8149" w14:textId="77777777" w:rsidR="00C53896" w:rsidRDefault="00B945E3">
            <w:pPr>
              <w:spacing w:after="80"/>
            </w:pPr>
            <w:r>
              <w:t>Theme: Managing change, loss, and l</w:t>
            </w:r>
            <w:r>
              <w:t>inear time.</w:t>
            </w:r>
            <w:r>
              <w:br/>
              <w:t>Explicit Activity: Discuss how change is a constant part of life. Create a memory timeline capturing key personal milestones and adaptations made over time.</w:t>
            </w:r>
          </w:p>
        </w:tc>
      </w:tr>
      <w:tr w:rsidR="00C53896" w14:paraId="613E6CE2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241CA8" w14:textId="77777777" w:rsidR="00C53896" w:rsidRDefault="00B945E3">
            <w:pPr>
              <w:spacing w:after="80"/>
            </w:pPr>
            <w:r>
              <w:rPr>
                <w:b/>
              </w:rPr>
              <w:t>Week 3:</w:t>
            </w:r>
            <w:r>
              <w:br/>
              <w:t>British Value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6C1221" w14:textId="77777777" w:rsidR="00C53896" w:rsidRDefault="00B945E3">
            <w:pPr>
              <w:spacing w:after="80"/>
            </w:pPr>
            <w:r>
              <w:t>Mutual Respect &amp; Tolerance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004AB1" w14:textId="77777777" w:rsidR="00C53896" w:rsidRDefault="00B945E3">
            <w:pPr>
              <w:spacing w:after="80"/>
            </w:pPr>
            <w:r>
              <w:t>Theme: Cultural inclusivity and inter</w:t>
            </w:r>
            <w:r>
              <w:t>faith literacy.</w:t>
            </w:r>
            <w:r>
              <w:br/>
              <w:t>Explicit Activity: Study local cultural historical contributions, highlighting how plural communities thrive through mutual civic respect and tolerance.</w:t>
            </w:r>
          </w:p>
        </w:tc>
      </w:tr>
      <w:tr w:rsidR="00C53896" w14:paraId="4E5AE647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E41702" w14:textId="77777777" w:rsidR="00C53896" w:rsidRDefault="00B945E3">
            <w:pPr>
              <w:spacing w:after="80"/>
            </w:pPr>
            <w:r>
              <w:rPr>
                <w:b/>
              </w:rPr>
              <w:lastRenderedPageBreak/>
              <w:t>Week 4: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5379B2" w14:textId="77777777" w:rsidR="00C53896" w:rsidRDefault="00B945E3">
            <w:pPr>
              <w:spacing w:after="80"/>
            </w:pPr>
            <w:r>
              <w:t>Earth Day</w:t>
            </w:r>
            <w:r>
              <w:br/>
              <w:t>[Whole School 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7096ED" w14:textId="77777777" w:rsidR="00C53896" w:rsidRDefault="00B945E3">
            <w:pPr>
              <w:spacing w:after="80"/>
            </w:pPr>
            <w:r>
              <w:t>Theme: Global conservation and redu</w:t>
            </w:r>
            <w:r>
              <w:t>cing carbon waste.</w:t>
            </w:r>
            <w:r>
              <w:br/>
              <w:t>Explicit Activity: Create an actionable plastic reduction manifest for the school cafeteria, calculating plastic weight saved across hypothetical timelines.</w:t>
            </w:r>
          </w:p>
        </w:tc>
      </w:tr>
      <w:tr w:rsidR="00C53896" w14:paraId="2FB3868F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410604" w14:textId="77777777" w:rsidR="00C53896" w:rsidRDefault="00B945E3">
            <w:pPr>
              <w:spacing w:after="80"/>
            </w:pPr>
            <w:r>
              <w:rPr>
                <w:b/>
              </w:rPr>
              <w:t>Week 5: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908139" w14:textId="77777777" w:rsidR="00C53896" w:rsidRDefault="00B945E3">
            <w:pPr>
              <w:spacing w:after="80"/>
            </w:pPr>
            <w:r>
              <w:t>Economic Awareness</w:t>
            </w:r>
            <w:r>
              <w:br/>
              <w:t>(Global Trade)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BA4345" w14:textId="77777777" w:rsidR="00C53896" w:rsidRDefault="00B945E3">
            <w:pPr>
              <w:spacing w:after="80"/>
            </w:pPr>
            <w:r>
              <w:t>Theme: Interconnected sup</w:t>
            </w:r>
            <w:r>
              <w:t>ply chains and fair exchange.</w:t>
            </w:r>
            <w:r>
              <w:br/>
              <w:t>Explicit Activity: Trace how goods travel globally from producer to local supermarket plates. Discuss basic concepts of fair trade and equity.</w:t>
            </w:r>
          </w:p>
        </w:tc>
      </w:tr>
    </w:tbl>
    <w:p w14:paraId="153DE349" w14:textId="77777777" w:rsidR="00C53896" w:rsidRDefault="00C53896">
      <w:pPr>
        <w:spacing w:after="240"/>
      </w:pPr>
    </w:p>
    <w:p w14:paraId="02451801" w14:textId="77777777" w:rsidR="00C53896" w:rsidRDefault="00B945E3">
      <w:r>
        <w:rPr>
          <w:b/>
          <w:sz w:val="22"/>
        </w:rPr>
        <w:t>Summer 2: Looking Forward to Upper KS2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C53896" w14:paraId="0A4CC36C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FB67F7C" w14:textId="77777777" w:rsidR="00C53896" w:rsidRDefault="00B945E3">
            <w:r>
              <w:rPr>
                <w:b/>
                <w:sz w:val="22"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457678" w14:textId="77777777" w:rsidR="00C53896" w:rsidRDefault="00B945E3">
            <w:r>
              <w:rPr>
                <w:b/>
                <w:sz w:val="22"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DE897A" w14:textId="77777777" w:rsidR="00C53896" w:rsidRDefault="00B945E3">
            <w:r>
              <w:rPr>
                <w:b/>
                <w:sz w:val="22"/>
              </w:rPr>
              <w:t xml:space="preserve">Explicit </w:t>
            </w:r>
            <w:r>
              <w:rPr>
                <w:b/>
                <w:sz w:val="22"/>
              </w:rPr>
              <w:t>Activity &amp; Practical Guidance</w:t>
            </w:r>
          </w:p>
        </w:tc>
      </w:tr>
      <w:tr w:rsidR="00C53896" w14:paraId="720D3B3B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F1BF41" w14:textId="77777777" w:rsidR="00C53896" w:rsidRDefault="00B945E3">
            <w:pPr>
              <w:spacing w:after="80"/>
            </w:pPr>
            <w:r>
              <w:rPr>
                <w:b/>
              </w:rPr>
              <w:t>Week 1: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430337" w14:textId="4669DDF4" w:rsidR="00C53896" w:rsidRDefault="00B945E3">
            <w:pPr>
              <w:spacing w:after="80"/>
            </w:pPr>
            <w:r>
              <w:t>What is the Church?</w:t>
            </w:r>
            <w:r>
              <w:br/>
              <w:t>(M3 U1 S2)</w:t>
            </w:r>
            <w:r>
              <w:br/>
            </w:r>
            <w:hyperlink r:id="rId30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3.1.2 What is the Church?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DF56AE" w14:textId="77777777" w:rsidR="00C53896" w:rsidRDefault="00B945E3">
            <w:pPr>
              <w:spacing w:after="80"/>
            </w:pPr>
            <w:r>
              <w:t>Theme: Collective community identity and universal support.</w:t>
            </w:r>
            <w:r>
              <w:br/>
              <w:t xml:space="preserve">Explicit Activity: Map out how local secular and religious charity networks collaborate to provide food, housing, and integration support for families </w:t>
            </w:r>
            <w:r>
              <w:t>in need.</w:t>
            </w:r>
          </w:p>
        </w:tc>
      </w:tr>
      <w:tr w:rsidR="00C53896" w14:paraId="32CF2C9B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A6478A" w14:textId="77777777" w:rsidR="00C53896" w:rsidRDefault="00B945E3">
            <w:pPr>
              <w:spacing w:after="80"/>
            </w:pPr>
            <w:r>
              <w:rPr>
                <w:b/>
              </w:rPr>
              <w:t>Week 2:</w:t>
            </w:r>
            <w:r>
              <w:br/>
            </w:r>
            <w:proofErr w:type="spellStart"/>
            <w:r>
              <w:t>Ten:Ten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132B6A" w14:textId="10F7E1E3" w:rsidR="00C53896" w:rsidRDefault="00B945E3">
            <w:pPr>
              <w:spacing w:after="80"/>
            </w:pPr>
            <w:r>
              <w:t>How Do I Love Others?</w:t>
            </w:r>
            <w:r>
              <w:br/>
              <w:t>(M3 U2 S1)</w:t>
            </w:r>
            <w:r>
              <w:br/>
            </w:r>
            <w:hyperlink r:id="rId31">
              <w:r w:rsidR="00E56BBC" w:rsidRPr="00922B75">
                <w:rPr>
                  <w:rFonts w:eastAsia="Arial" w:cs="Arial"/>
                  <w:color w:val="0563C1"/>
                  <w:sz w:val="22"/>
                  <w:u w:val="single"/>
                </w:rPr>
                <w:t>LKS2 3.2.1 How Do I Love Others?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75306A" w14:textId="77777777" w:rsidR="00C53896" w:rsidRDefault="00B945E3">
            <w:pPr>
              <w:spacing w:after="80"/>
            </w:pPr>
            <w:r>
              <w:t>Theme: Compassion, intentional charity, and civic care.</w:t>
            </w:r>
            <w:r>
              <w:br/>
              <w:t>Explicit Activity: Design a localized community help project proposal, outlining practical steps to support an elderly care facility or local environmental group.</w:t>
            </w:r>
          </w:p>
        </w:tc>
      </w:tr>
      <w:tr w:rsidR="00C53896" w14:paraId="341B5796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EF058B" w14:textId="77777777" w:rsidR="00C53896" w:rsidRDefault="00B945E3">
            <w:pPr>
              <w:spacing w:after="80"/>
            </w:pPr>
            <w:r>
              <w:rPr>
                <w:b/>
              </w:rPr>
              <w:t>Week 3:</w:t>
            </w:r>
            <w:r>
              <w:br/>
              <w:t>British Value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B495C6" w14:textId="77777777" w:rsidR="00C53896" w:rsidRDefault="00B945E3">
            <w:pPr>
              <w:spacing w:after="80"/>
            </w:pPr>
            <w:r>
              <w:t>The Rule of Law</w:t>
            </w:r>
            <w:r>
              <w:br/>
              <w:t>(Upper KS2 Boundaries)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E2C138" w14:textId="77777777" w:rsidR="00C53896" w:rsidRDefault="00B945E3">
            <w:pPr>
              <w:spacing w:after="80"/>
            </w:pPr>
            <w:r>
              <w:t>Theme: Adapting personal governance to growing freedom.</w:t>
            </w:r>
            <w:r>
              <w:br/>
              <w:t>Explicit Activity: Compare Lower Key Stage 2 rules with Upper Key Stage 2 expectations, defining the heightened personal responsibility req</w:t>
            </w:r>
            <w:r>
              <w:t>uired in Year 5.</w:t>
            </w:r>
          </w:p>
        </w:tc>
      </w:tr>
      <w:tr w:rsidR="00C53896" w14:paraId="5391475B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FBF1F5" w14:textId="77777777" w:rsidR="00C53896" w:rsidRDefault="00B945E3">
            <w:pPr>
              <w:spacing w:after="80"/>
            </w:pPr>
            <w:r>
              <w:rPr>
                <w:b/>
              </w:rPr>
              <w:t>Week 4: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7DFD06" w14:textId="77777777" w:rsidR="00C53896" w:rsidRDefault="00B945E3">
            <w:pPr>
              <w:spacing w:after="80"/>
            </w:pPr>
            <w:r>
              <w:t>Moving to Year 5</w:t>
            </w:r>
            <w:r>
              <w:br/>
              <w:t>[Transition Prep]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60B1C8" w14:textId="77777777" w:rsidR="00C53896" w:rsidRDefault="00B945E3">
            <w:pPr>
              <w:spacing w:after="80"/>
            </w:pPr>
            <w:r>
              <w:t>Theme: Managing structural and academic adjustments.</w:t>
            </w:r>
            <w:r>
              <w:br/>
              <w:t xml:space="preserve">Explicit Activity: Conduct transition tours of Upper Key Stage 2 environments. Meet upcoming class teachers and practice handling </w:t>
            </w:r>
            <w:r>
              <w:t>standard Year 5 organizer tools.</w:t>
            </w:r>
          </w:p>
        </w:tc>
      </w:tr>
      <w:tr w:rsidR="00C53896" w14:paraId="1E66FEE4" w14:textId="77777777">
        <w:trPr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6B5816" w14:textId="77777777" w:rsidR="00C53896" w:rsidRDefault="00B945E3">
            <w:pPr>
              <w:spacing w:after="80"/>
            </w:pPr>
            <w:r>
              <w:rPr>
                <w:b/>
              </w:rPr>
              <w:t>Week 5:</w:t>
            </w:r>
            <w:r>
              <w:br/>
              <w:t>Wider World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1EF84B" w14:textId="77777777" w:rsidR="00C53896" w:rsidRDefault="00B945E3">
            <w:pPr>
              <w:spacing w:after="80"/>
            </w:pPr>
            <w:r>
              <w:t>My Big Goals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2826D9" w14:textId="77777777" w:rsidR="00C53896" w:rsidRDefault="00B945E3">
            <w:pPr>
              <w:spacing w:after="80"/>
            </w:pPr>
            <w:r>
              <w:t>Theme: Long-term strategic goal setting.</w:t>
            </w:r>
            <w:r>
              <w:br/>
              <w:t xml:space="preserve">Explicit Activity: Draft a personal goal portfolio tracking three primary academic targets and two personal </w:t>
            </w:r>
            <w:r>
              <w:lastRenderedPageBreak/>
              <w:t>character milestones to accomplish by th</w:t>
            </w:r>
            <w:r>
              <w:t>e end of Year 5.</w:t>
            </w:r>
          </w:p>
        </w:tc>
      </w:tr>
    </w:tbl>
    <w:p w14:paraId="704D432C" w14:textId="77777777" w:rsidR="00C53896" w:rsidRDefault="00C53896">
      <w:pPr>
        <w:spacing w:after="240"/>
      </w:pPr>
    </w:p>
    <w:sectPr w:rsidR="00C5389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B06811"/>
    <w:multiLevelType w:val="multilevel"/>
    <w:tmpl w:val="20D6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1400D"/>
    <w:rsid w:val="00A6116E"/>
    <w:rsid w:val="00AA1D8D"/>
    <w:rsid w:val="00B47730"/>
    <w:rsid w:val="00B945E3"/>
    <w:rsid w:val="00C53896"/>
    <w:rsid w:val="00C932E2"/>
    <w:rsid w:val="00CB0664"/>
    <w:rsid w:val="00E56B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11C42F"/>
  <w14:defaultImageDpi w14:val="300"/>
  <w15:docId w15:val="{1F63CE81-BBF2-4A33-9D51-B1BA1AAE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6BB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6B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entenresources.co.uk/programmes/life-to-the-full-plus/lks2/m-1/lks2_1_created-and-loved-by-god/u-3/lks2_1-3_emotional-well-being/s-1/what-am-i-feeling/" TargetMode="External"/><Relationship Id="rId18" Type="http://schemas.openxmlformats.org/officeDocument/2006/relationships/hyperlink" Target="https://www.tentenresources.co.uk/programmes/life-to-the-full-primary/lks2/m-2/lks2_2_created-to-love-others/u-2/lks2_2-2_personal-relationships/s-3/balancing-needs/" TargetMode="External"/><Relationship Id="rId26" Type="http://schemas.openxmlformats.org/officeDocument/2006/relationships/hyperlink" Target="https://www.tentenresources.co.uk/programmes/life-to-the-full-primary/lks2/m-2/lks2_2_created-to-love-others/u-4/lks2_2-4_keeping-safe/s-2/recognising-risk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tentenresources.co.uk/programmes/life-to-the-full-plus/lks2/m-1/lks2_1_created-and-loved-by-god/u-2/lks2_1-2_me-my-body-my-health/s-4/changing-bodies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tentenresources.co.uk/programmes/life-to-the-full-plus/lks2/m-1/lks2_1_created-and-loved-by-god/u-2/lks2_1-2_me-my-body-my-health/s-2/respecting-our-bodies/" TargetMode="External"/><Relationship Id="rId17" Type="http://schemas.openxmlformats.org/officeDocument/2006/relationships/hyperlink" Target="https://www.tentenresources.co.uk/programmes/life-to-the-full-plus/lks2/m-1/lks2_1_created-and-loved-by-god/u-1/lks2_1-1_religious-understanding/s-2/the-sacraments/" TargetMode="External"/><Relationship Id="rId25" Type="http://schemas.openxmlformats.org/officeDocument/2006/relationships/hyperlink" Target="https://www.tentenresources.co.uk/programmes/life-to-the-full-plus/lks2/m-2/lks2_2_created-to-love-others/u-4/lks2_2-4_keeping-safe/s-1/safe-in-my-body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tentenresources.co.uk/programmes/life-to-the-full-plus/lks2/m-1/lks2_1_created-and-loved-by-god/u-1/lks2_1-1_religious-understanding/s-1/get-up/" TargetMode="External"/><Relationship Id="rId20" Type="http://schemas.openxmlformats.org/officeDocument/2006/relationships/hyperlink" Target="https://www.tentenresources.co.uk/programmes/life-to-the-full-plus/lks2/m-1/lks2_1_created-and-loved-by-god/u-2/lks2_1-2_me-my-body-my-health/s-3/what-is-puberty/" TargetMode="External"/><Relationship Id="rId29" Type="http://schemas.openxmlformats.org/officeDocument/2006/relationships/hyperlink" Target="https://www.tentenresources.co.uk/programmes/life-to-the-full-plus/lks2/m-1/lks2_1_created-and-loved-by-god/u-4/lks2_1-4_life-cycles/s-2/lks2_1-4-2_a-time-for-everything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entenresources.co.uk/programmes/life-to-the-full-plus/lks2/m-1/lks2_1_created-and-loved-by-god/u-2/lks2_1-2_me-my-body-my-health/s-1/we-dont-have-to-be-the-same/" TargetMode="External"/><Relationship Id="rId24" Type="http://schemas.openxmlformats.org/officeDocument/2006/relationships/hyperlink" Target="https://www.tentenresources.co.uk/programmes/life-to-the-full-plus/lks2/m-2/lks2_2_created-to-love-others/u-3/lks2_2-3_life-online/s-2/chatting-online/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tentenresources.co.uk/programmes/life-to-the-full-plus/lks2/m-2/lks2_2_created-to-love-others/u-1/lks2_2-1_religious-understanding/s-1/jesus-my-friend/" TargetMode="External"/><Relationship Id="rId23" Type="http://schemas.openxmlformats.org/officeDocument/2006/relationships/hyperlink" Target="https://www.tentenresources.co.uk/programmes/life-to-the-full-plus/lks2/m-2/lks2_2_created-to-love-others/u-3/lks2_2-3_life-online/s-1/sharing-online/" TargetMode="External"/><Relationship Id="rId28" Type="http://schemas.openxmlformats.org/officeDocument/2006/relationships/hyperlink" Target="https://www.tentenresources.co.uk/programmes/life-to-the-full-plus/lks2/m-1/lks2_1_created-and-loved-by-god/u-4/lks2_1-4_life-cycles/s-1/life-cycles/" TargetMode="External"/><Relationship Id="rId10" Type="http://schemas.openxmlformats.org/officeDocument/2006/relationships/hyperlink" Target="https://www.tentenresources.co.uk/programmes/life-to-the-full-plus/lks2/m-2/lks2_2_created-to-love-others/u-2/lks2_2-2_personal-relationships/s-2/when-things-feel-bad/" TargetMode="External"/><Relationship Id="rId19" Type="http://schemas.openxmlformats.org/officeDocument/2006/relationships/hyperlink" Target="https://www.tentenresources.co.uk/programmes/life-to-the-full-plus/lks2/m-3/lks2_3_created-to-live-in-community/u-1/lks2_3-1_religious-understanding/s-1/a-community-of-love/" TargetMode="External"/><Relationship Id="rId31" Type="http://schemas.openxmlformats.org/officeDocument/2006/relationships/hyperlink" Target="https://www.tentenresources.co.uk/programmes/life-to-the-full-plus/lks2/m-3/lks2_3_created-to-live-in-community/u-2/lks2_3-2_living-in-the-wider-world/s-1/how-do-i-love-others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tentenresources.co.uk/programmes/life-to-the-full-plus/lks2/m-2/lks2_2_created-to-love-others/u-2/lks2_2-2_personal-relationships/s-1/friends-family-and-others/" TargetMode="External"/><Relationship Id="rId14" Type="http://schemas.openxmlformats.org/officeDocument/2006/relationships/hyperlink" Target="https://www.tentenresources.co.uk/programmes/life-to-the-full-plus/lks2/m-1/lks2_1_created-and-loved-by-god/u-3/lks2_1-3_emotional-well-being/s-2/what-am-i-looking-at/" TargetMode="External"/><Relationship Id="rId22" Type="http://schemas.openxmlformats.org/officeDocument/2006/relationships/hyperlink" Target="https://www.tentenresources.co.uk/programmes/life-to-the-full-plus/lks2/m-1/lks2_1_created-and-loved-by-god/u-2/lks2_1-2_me-my-body-my-health/s-5/male-female-discussion-groups-optional/" TargetMode="External"/><Relationship Id="rId27" Type="http://schemas.openxmlformats.org/officeDocument/2006/relationships/hyperlink" Target="https://www.tentenresources.co.uk/programmes/life-to-the-full-plus/lks2/m-2/lks2_2_created-to-love-others/u-4/lks2_2-4_keeping-safe/s-2/drugs-alcohol-tobacco/" TargetMode="External"/><Relationship Id="rId30" Type="http://schemas.openxmlformats.org/officeDocument/2006/relationships/hyperlink" Target="https://www.tentenresources.co.uk/programmes/life-to-the-full-plus/lks2/m-3/lks2_3_created-to-live-in-community/u-1/lks2_3-1_religious-understanding/s-2/what-is-the-chur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b774ed-12d4-4705-91db-dffc7e1518d3">
      <Terms xmlns="http://schemas.microsoft.com/office/infopath/2007/PartnerControls"/>
    </lcf76f155ced4ddcb4097134ff3c332f>
    <TaxCatchAll xmlns="9af69521-86ed-43b3-b6dd-d0c277c60d4c" xsi:nil="true"/>
    <SharedWithUsers xmlns="9af69521-86ed-43b3-b6dd-d0c277c60d4c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BD472F209F0645B17656BBE4BCDA90" ma:contentTypeVersion="19" ma:contentTypeDescription="Create a new document." ma:contentTypeScope="" ma:versionID="236f273463d32020f296d5df47116adc">
  <xsd:schema xmlns:xsd="http://www.w3.org/2001/XMLSchema" xmlns:xs="http://www.w3.org/2001/XMLSchema" xmlns:p="http://schemas.microsoft.com/office/2006/metadata/properties" xmlns:ns2="58b774ed-12d4-4705-91db-dffc7e1518d3" xmlns:ns3="9af69521-86ed-43b3-b6dd-d0c277c60d4c" targetNamespace="http://schemas.microsoft.com/office/2006/metadata/properties" ma:root="true" ma:fieldsID="260f7d808f14c53a84baf08707c0a56d" ns2:_="" ns3:_="">
    <xsd:import namespace="58b774ed-12d4-4705-91db-dffc7e1518d3"/>
    <xsd:import namespace="9af69521-86ed-43b3-b6dd-d0c277c60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b774ed-12d4-4705-91db-dffc7e1518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bbd3311-be07-4d0c-98b0-b2ffadc787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69521-86ed-43b3-b6dd-d0c277c60d4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80d1b3d-83b1-4830-b196-f9ad2e8f006c}" ma:internalName="TaxCatchAll" ma:showField="CatchAllData" ma:web="9af69521-86ed-43b3-b6dd-d0c277c60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D00DFC-F46A-4E0C-B35E-EA90E1C5A3EC}">
  <ds:schemaRefs>
    <ds:schemaRef ds:uri="http://schemas.microsoft.com/office/2006/metadata/properties"/>
    <ds:schemaRef ds:uri="http://schemas.microsoft.com/office/infopath/2007/PartnerControls"/>
    <ds:schemaRef ds:uri="58b774ed-12d4-4705-91db-dffc7e1518d3"/>
    <ds:schemaRef ds:uri="9af69521-86ed-43b3-b6dd-d0c277c60d4c"/>
  </ds:schemaRefs>
</ds:datastoreItem>
</file>

<file path=customXml/itemProps2.xml><?xml version="1.0" encoding="utf-8"?>
<ds:datastoreItem xmlns:ds="http://schemas.openxmlformats.org/officeDocument/2006/customXml" ds:itemID="{7AAC960C-0A8D-43B4-B9E1-A7322CC80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50B626-92C1-4CA1-8964-D3C8A46A2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b774ed-12d4-4705-91db-dffc7e1518d3"/>
    <ds:schemaRef ds:uri="9af69521-86ed-43b3-b6dd-d0c277c60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9C30DE-7F76-4E0B-923B-8ACCB436B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3327</Words>
  <Characters>18964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Alice Ward</cp:lastModifiedBy>
  <cp:revision>2</cp:revision>
  <dcterms:created xsi:type="dcterms:W3CDTF">2026-09-21T09:42:00Z</dcterms:created>
  <dcterms:modified xsi:type="dcterms:W3CDTF">2026-09-21T09:42:00Z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797972-95f5-4c5d-a2b2-c3b9e4e4b1d4_Enabled">
    <vt:lpwstr>true</vt:lpwstr>
  </property>
  <property fmtid="{D5CDD505-2E9C-101B-9397-08002B2CF9AE}" pid="3" name="MSIP_Label_02797972-95f5-4c5d-a2b2-c3b9e4e4b1d4_SetDate">
    <vt:lpwstr>2026-09-16T23:35:45Z</vt:lpwstr>
  </property>
  <property fmtid="{D5CDD505-2E9C-101B-9397-08002B2CF9AE}" pid="4" name="MSIP_Label_02797972-95f5-4c5d-a2b2-c3b9e4e4b1d4_Method">
    <vt:lpwstr>Privileged</vt:lpwstr>
  </property>
  <property fmtid="{D5CDD505-2E9C-101B-9397-08002B2CF9AE}" pid="5" name="MSIP_Label_02797972-95f5-4c5d-a2b2-c3b9e4e4b1d4_Name">
    <vt:lpwstr>Public</vt:lpwstr>
  </property>
  <property fmtid="{D5CDD505-2E9C-101B-9397-08002B2CF9AE}" pid="6" name="MSIP_Label_02797972-95f5-4c5d-a2b2-c3b9e4e4b1d4_SiteId">
    <vt:lpwstr>bd62c4de-3c33-4404-b229-99701ca75a56</vt:lpwstr>
  </property>
  <property fmtid="{D5CDD505-2E9C-101B-9397-08002B2CF9AE}" pid="7" name="MSIP_Label_02797972-95f5-4c5d-a2b2-c3b9e4e4b1d4_ActionId">
    <vt:lpwstr>a28bfab9-e210-4eb1-9171-5e7e2647b556</vt:lpwstr>
  </property>
  <property fmtid="{D5CDD505-2E9C-101B-9397-08002B2CF9AE}" pid="8" name="MSIP_Label_02797972-95f5-4c5d-a2b2-c3b9e4e4b1d4_ContentBits">
    <vt:lpwstr>0</vt:lpwstr>
  </property>
  <property fmtid="{D5CDD505-2E9C-101B-9397-08002B2CF9AE}" pid="9" name="MSIP_Label_02797972-95f5-4c5d-a2b2-c3b9e4e4b1d4_Tag">
    <vt:lpwstr>10, 0, 1, 1</vt:lpwstr>
  </property>
  <property fmtid="{D5CDD505-2E9C-101B-9397-08002B2CF9AE}" pid="10" name="ContentTypeId">
    <vt:lpwstr>0x0101002ABD472F209F0645B17656BBE4BCDA90</vt:lpwstr>
  </property>
  <property fmtid="{D5CDD505-2E9C-101B-9397-08002B2CF9AE}" pid="11" name="Order">
    <vt:r8>35100</vt:r8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_ExtendedDescription">
    <vt:lpwstr/>
  </property>
</Properties>
</file>