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0B4EA" w14:textId="77777777" w:rsidR="00751A4A" w:rsidRDefault="00EB1EA8">
      <w:pPr>
        <w:jc w:val="center"/>
        <w:rPr>
          <w:b/>
          <w:sz w:val="28"/>
        </w:rPr>
      </w:pPr>
      <w:r>
        <w:rPr>
          <w:b/>
          <w:sz w:val="28"/>
        </w:rPr>
        <w:t>KS1 PSHE &amp; STATUTORY RSHE LONG-TERM PLAN</w:t>
      </w:r>
    </w:p>
    <w:p w14:paraId="75EEF947" w14:textId="39BD7122" w:rsidR="00AC21B5" w:rsidRDefault="00AC21B5" w:rsidP="00AC21B5">
      <w:pPr>
        <w:pStyle w:val="ListParagraph"/>
        <w:numPr>
          <w:ilvl w:val="0"/>
          <w:numId w:val="11"/>
        </w:numPr>
      </w:pPr>
      <w:r w:rsidRPr="00AC21B5">
        <w:rPr>
          <w:b/>
          <w:sz w:val="24"/>
        </w:rPr>
        <w:t>Assessment Framework Map</w:t>
      </w:r>
    </w:p>
    <w:p w14:paraId="6CC8299E" w14:textId="77777777" w:rsidR="00041187" w:rsidRPr="00041187" w:rsidRDefault="00041187" w:rsidP="00041187">
      <w:pPr>
        <w:rPr>
          <w:lang w:val="en-GB"/>
        </w:rPr>
      </w:pPr>
      <w:r w:rsidRPr="00041187">
        <w:rPr>
          <w:lang w:val="en-GB"/>
        </w:rPr>
        <w:t>Mapped directly to the statutory Key Stage 1 RSHE milestones:</w:t>
      </w:r>
    </w:p>
    <w:p w14:paraId="55F188B6" w14:textId="77777777" w:rsidR="00041187" w:rsidRPr="00041187" w:rsidRDefault="00041187" w:rsidP="00041187">
      <w:pPr>
        <w:numPr>
          <w:ilvl w:val="0"/>
          <w:numId w:val="10"/>
        </w:numPr>
        <w:rPr>
          <w:lang w:val="en-GB"/>
        </w:rPr>
      </w:pPr>
      <w:r w:rsidRPr="00041187">
        <w:rPr>
          <w:b/>
          <w:bCs/>
          <w:lang w:val="en-GB"/>
        </w:rPr>
        <w:t>Relationships:</w:t>
      </w:r>
      <w:r w:rsidRPr="00041187">
        <w:rPr>
          <w:lang w:val="en-GB"/>
        </w:rPr>
        <w:t xml:space="preserve"> Recognise special people and practice sharing.</w:t>
      </w:r>
    </w:p>
    <w:p w14:paraId="2E1680C4" w14:textId="77777777" w:rsidR="00041187" w:rsidRPr="00041187" w:rsidRDefault="00041187" w:rsidP="00041187">
      <w:pPr>
        <w:numPr>
          <w:ilvl w:val="0"/>
          <w:numId w:val="10"/>
        </w:numPr>
        <w:rPr>
          <w:lang w:val="en-GB"/>
        </w:rPr>
      </w:pPr>
      <w:r w:rsidRPr="00041187">
        <w:rPr>
          <w:b/>
          <w:bCs/>
          <w:lang w:val="en-GB"/>
        </w:rPr>
        <w:t>Health and Wellbeing:</w:t>
      </w:r>
      <w:r w:rsidRPr="00041187">
        <w:rPr>
          <w:lang w:val="en-GB"/>
        </w:rPr>
        <w:t xml:space="preserve"> Master hygiene routines and identify emotions.</w:t>
      </w:r>
    </w:p>
    <w:p w14:paraId="3056A018" w14:textId="77777777" w:rsidR="00041187" w:rsidRPr="00041187" w:rsidRDefault="00041187" w:rsidP="00041187">
      <w:pPr>
        <w:numPr>
          <w:ilvl w:val="0"/>
          <w:numId w:val="10"/>
        </w:numPr>
        <w:rPr>
          <w:lang w:val="en-GB"/>
        </w:rPr>
      </w:pPr>
      <w:r w:rsidRPr="00041187">
        <w:rPr>
          <w:b/>
          <w:bCs/>
          <w:lang w:val="en-GB"/>
        </w:rPr>
        <w:t>Safety and Community:</w:t>
      </w:r>
      <w:r w:rsidRPr="00041187">
        <w:rPr>
          <w:lang w:val="en-GB"/>
        </w:rPr>
        <w:t xml:space="preserve"> Identify physical hazards and set screen boundaries.</w:t>
      </w:r>
    </w:p>
    <w:p w14:paraId="5605EA5B" w14:textId="77777777" w:rsidR="00041187" w:rsidRDefault="00041187">
      <w:pPr>
        <w:jc w:val="center"/>
      </w:pPr>
    </w:p>
    <w:p w14:paraId="47A942A2" w14:textId="0D431253" w:rsidR="00751A4A" w:rsidRDefault="00EB1EA8" w:rsidP="00AC21B5">
      <w:pPr>
        <w:pStyle w:val="ListParagraph"/>
        <w:numPr>
          <w:ilvl w:val="0"/>
          <w:numId w:val="11"/>
        </w:numPr>
      </w:pPr>
      <w:r w:rsidRPr="00AC21B5">
        <w:rPr>
          <w:b/>
          <w:sz w:val="24"/>
        </w:rPr>
        <w:t>YEAR 1 CURRICULUM MAP</w:t>
      </w:r>
    </w:p>
    <w:p w14:paraId="436E2196" w14:textId="77777777" w:rsidR="00751A4A" w:rsidRDefault="00EB1EA8">
      <w:pPr>
        <w:spacing w:before="240" w:after="80"/>
      </w:pPr>
      <w:r>
        <w:rPr>
          <w:b/>
          <w:sz w:val="22"/>
        </w:rPr>
        <w:t>Autumn 1: Me and My Universe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22659606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3E12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3CCA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DBCA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6C27B0FE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1C27" w14:textId="77777777" w:rsidR="00751A4A" w:rsidRDefault="00EB1EA8">
            <w:pPr>
              <w:spacing w:before="40" w:after="40"/>
            </w:pPr>
            <w:r>
              <w:rPr>
                <w:b/>
              </w:rPr>
              <w:t>Week 1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AD53" w14:textId="77777777" w:rsidR="00751A4A" w:rsidRDefault="00EB1EA8">
            <w:pPr>
              <w:spacing w:before="40" w:after="40"/>
            </w:pPr>
            <w:r>
              <w:t>Let the Children Come (M1 U1 S1)</w:t>
            </w:r>
          </w:p>
          <w:p w14:paraId="32ABFDFA" w14:textId="77777777" w:rsidR="002F30D9" w:rsidRPr="00922B75" w:rsidRDefault="002F30D9" w:rsidP="002F30D9">
            <w:pPr>
              <w:rPr>
                <w:rFonts w:eastAsia="Arial" w:cs="Arial"/>
                <w:sz w:val="22"/>
              </w:rPr>
            </w:pPr>
            <w:hyperlink r:id="rId6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1.1.1 Let the Children Come</w:t>
              </w:r>
            </w:hyperlink>
          </w:p>
          <w:p w14:paraId="5FF9D1F1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F939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We are unique and loved by God.</w:t>
            </w:r>
          </w:p>
          <w:p w14:paraId="7D20BE0B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Read the session story. Children create a welcoming handprint wreath to celebrate being called by name into God's family.</w:t>
            </w:r>
          </w:p>
        </w:tc>
      </w:tr>
      <w:tr w:rsidR="00751A4A" w14:paraId="41B3B5CE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E9FF" w14:textId="77777777" w:rsidR="00751A4A" w:rsidRDefault="00EB1EA8">
            <w:pPr>
              <w:spacing w:before="40" w:after="40"/>
            </w:pPr>
            <w:r>
              <w:rPr>
                <w:b/>
              </w:rPr>
              <w:t>Week 2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CD66" w14:textId="77777777" w:rsidR="00751A4A" w:rsidRDefault="00EB1EA8">
            <w:pPr>
              <w:spacing w:before="40" w:after="40"/>
            </w:pPr>
            <w:r>
              <w:t>Me, My Body, My Health Intro (M1 U2)</w:t>
            </w:r>
          </w:p>
          <w:p w14:paraId="6CC8A9AE" w14:textId="77777777" w:rsidR="002F30D9" w:rsidRPr="00F506E6" w:rsidRDefault="002F30D9" w:rsidP="002F30D9">
            <w:pPr>
              <w:rPr>
                <w:rFonts w:eastAsia="Arial" w:cs="Arial"/>
                <w:sz w:val="16"/>
                <w:szCs w:val="16"/>
              </w:rPr>
            </w:pPr>
            <w:hyperlink r:id="rId7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1.2.3 Clean and Healthy (My Body)</w:t>
              </w:r>
            </w:hyperlink>
            <w:r w:rsidRPr="00922B75">
              <w:rPr>
                <w:rFonts w:eastAsia="Arial" w:cs="Arial"/>
                <w:color w:val="0563C1"/>
                <w:sz w:val="22"/>
                <w:u w:val="single"/>
              </w:rPr>
              <w:t xml:space="preserve"> </w:t>
            </w:r>
            <w:r w:rsidRPr="00F506E6">
              <w:rPr>
                <w:rFonts w:eastAsia="Arial" w:cs="Arial"/>
                <w:sz w:val="16"/>
                <w:szCs w:val="16"/>
              </w:rPr>
              <w:t>– 2 sessions</w:t>
            </w:r>
          </w:p>
          <w:p w14:paraId="15C6C0DE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C757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Celebrating our bodies.</w:t>
            </w:r>
          </w:p>
          <w:p w14:paraId="64A8FB0B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Stand and look into a full-length mirror. Play a quick game naming and pointing to different parts of the body that help us stay healthy.</w:t>
            </w:r>
          </w:p>
        </w:tc>
      </w:tr>
      <w:tr w:rsidR="00751A4A" w14:paraId="1DB4476C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6D63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48BB" w14:textId="77777777" w:rsidR="00751A4A" w:rsidRDefault="00EB1EA8">
            <w:pPr>
              <w:spacing w:before="40" w:after="40"/>
            </w:pPr>
            <w:r>
              <w:t>Democracy (Voting &amp; Turn-Taking)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F8A3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Understanding that our choices matter collectively.</w:t>
            </w:r>
          </w:p>
          <w:p w14:paraId="4D8C62BA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Present two choices for a class game. Children vote by dropping a marble into a jar, counting them aloud together to find the winner.</w:t>
            </w:r>
          </w:p>
        </w:tc>
      </w:tr>
      <w:tr w:rsidR="00751A4A" w14:paraId="6502782E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C983" w14:textId="77777777" w:rsidR="00751A4A" w:rsidRDefault="00EB1EA8">
            <w:pPr>
              <w:spacing w:before="40" w:after="40"/>
            </w:pPr>
            <w:r>
              <w:rPr>
                <w:b/>
              </w:rPr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60D0" w14:textId="77777777" w:rsidR="00751A4A" w:rsidRDefault="00EB1EA8">
            <w:pPr>
              <w:spacing w:before="40" w:after="40"/>
            </w:pPr>
            <w:r>
              <w:t>Harvest Festival [Event]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C435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School and local community celebration.</w:t>
            </w:r>
          </w:p>
          <w:p w14:paraId="43350B62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align with whole-school calendar assemblies and charitable food drives.</w:t>
            </w:r>
          </w:p>
        </w:tc>
      </w:tr>
      <w:tr w:rsidR="00751A4A" w14:paraId="4C068AEB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64CA" w14:textId="77777777" w:rsidR="00751A4A" w:rsidRDefault="00EB1EA8">
            <w:pPr>
              <w:spacing w:before="40" w:after="40"/>
            </w:pPr>
            <w:r>
              <w:rPr>
                <w:b/>
              </w:rPr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5853" w14:textId="77777777" w:rsidR="00751A4A" w:rsidRDefault="00EB1EA8">
            <w:pPr>
              <w:spacing w:before="40" w:after="40"/>
            </w:pPr>
            <w:r>
              <w:t>Black History Month [Event]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31CF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Celebrating diverse cultural contributions.</w:t>
            </w:r>
          </w:p>
          <w:p w14:paraId="5C949AE1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introduce inspirational historical or contemporary figures through stories.</w:t>
            </w:r>
          </w:p>
        </w:tc>
      </w:tr>
    </w:tbl>
    <w:p w14:paraId="320C49C4" w14:textId="77777777" w:rsidR="00751A4A" w:rsidRDefault="00EB1EA8">
      <w:pPr>
        <w:spacing w:before="240" w:after="80"/>
      </w:pPr>
      <w:r>
        <w:rPr>
          <w:b/>
          <w:sz w:val="22"/>
        </w:rPr>
        <w:t>Autumn 2: Feelings and Friendships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41C211DA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A95D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215D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B8AF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27BCD125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B0D6" w14:textId="77777777" w:rsidR="00751A4A" w:rsidRDefault="00EB1EA8">
            <w:pPr>
              <w:spacing w:before="40" w:after="40"/>
            </w:pPr>
            <w:r>
              <w:rPr>
                <w:b/>
              </w:rPr>
              <w:t>Week 1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4BC0" w14:textId="77777777" w:rsidR="00751A4A" w:rsidRDefault="00EB1EA8">
            <w:pPr>
              <w:spacing w:before="40" w:after="40"/>
            </w:pPr>
            <w:r>
              <w:t>God Loves You (M2 U1 S1)</w:t>
            </w:r>
          </w:p>
          <w:p w14:paraId="5F54F345" w14:textId="77777777" w:rsidR="002F30D9" w:rsidRPr="00922B75" w:rsidRDefault="002F30D9" w:rsidP="002F30D9">
            <w:pPr>
              <w:rPr>
                <w:rFonts w:eastAsia="Arial" w:cs="Arial"/>
                <w:color w:val="0563C1"/>
                <w:sz w:val="22"/>
                <w:u w:val="single"/>
              </w:rPr>
            </w:pPr>
            <w:hyperlink r:id="rId8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2.1.1 God Loves You</w:t>
              </w:r>
            </w:hyperlink>
          </w:p>
          <w:p w14:paraId="5313D702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5CB1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Unconditional love.</w:t>
            </w:r>
          </w:p>
          <w:p w14:paraId="2FECBA88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 xml:space="preserve">Create a class </w:t>
            </w:r>
            <w:proofErr w:type="gramStart"/>
            <w:r>
              <w:t>paper-chain</w:t>
            </w:r>
            <w:proofErr w:type="gramEnd"/>
            <w:r>
              <w:t xml:space="preserve"> where each link has a drawing of a kind act, demonstrating how love connects us all.</w:t>
            </w:r>
          </w:p>
        </w:tc>
      </w:tr>
      <w:tr w:rsidR="002F30D9" w14:paraId="0277D378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34D6" w14:textId="4302873D" w:rsidR="002F30D9" w:rsidRDefault="002F30D9" w:rsidP="002F30D9">
            <w:pPr>
              <w:spacing w:before="40" w:after="40"/>
            </w:pPr>
            <w:r>
              <w:lastRenderedPageBreak/>
              <w:t>Week 2</w:t>
            </w:r>
            <w:r>
              <w:br/>
            </w:r>
            <w:proofErr w:type="spellStart"/>
            <w:proofErr w:type="gramStart"/>
            <w: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AD13" w14:textId="77777777" w:rsidR="002F30D9" w:rsidRDefault="002F30D9" w:rsidP="002F30D9">
            <w:pPr>
              <w:spacing w:before="40" w:after="40"/>
              <w:rPr>
                <w:b/>
              </w:rPr>
            </w:pPr>
            <w:r>
              <w:rPr>
                <w:b/>
              </w:rPr>
              <w:t>Special People</w:t>
            </w:r>
            <w:r>
              <w:rPr>
                <w:b/>
              </w:rPr>
              <w:br/>
              <w:t>Classroom Shorts</w:t>
            </w:r>
            <w:r>
              <w:rPr>
                <w:b/>
              </w:rPr>
              <w:br/>
              <w:t>(M2 U2 S1)</w:t>
            </w:r>
          </w:p>
          <w:p w14:paraId="72A7824C" w14:textId="77777777" w:rsidR="002F30D9" w:rsidRPr="00922B75" w:rsidRDefault="002F30D9" w:rsidP="002F30D9">
            <w:pPr>
              <w:rPr>
                <w:rFonts w:eastAsia="Arial" w:cs="Arial"/>
                <w:color w:val="000000"/>
                <w:sz w:val="22"/>
              </w:rPr>
            </w:pPr>
            <w:hyperlink r:id="rId9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2.2.1 Special People</w:t>
              </w:r>
            </w:hyperlink>
          </w:p>
          <w:p w14:paraId="2FE7B8A8" w14:textId="530B00D5" w:rsidR="002F30D9" w:rsidRDefault="002F30D9" w:rsidP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F753" w14:textId="722887CA" w:rsidR="002F30D9" w:rsidRDefault="002F30D9" w:rsidP="002F30D9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Family and carers.</w:t>
            </w:r>
            <w:r>
              <w:br/>
            </w:r>
            <w:r>
              <w:br/>
            </w:r>
            <w:r>
              <w:rPr>
                <w:b/>
              </w:rPr>
              <w:t xml:space="preserve">Practical Activity: </w:t>
            </w:r>
            <w:r>
              <w:t>Children share a special person who looks after them. Draw their portrait in a decorative frame.</w:t>
            </w:r>
          </w:p>
        </w:tc>
      </w:tr>
      <w:tr w:rsidR="00751A4A" w14:paraId="7B2D576D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4B6E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9494" w14:textId="77777777" w:rsidR="00751A4A" w:rsidRDefault="00EB1EA8">
            <w:pPr>
              <w:spacing w:before="40" w:after="40"/>
            </w:pPr>
            <w:r>
              <w:t>The Rule of Law (Class Rules)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C58A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Boundaries that keep us happy and safe.</w:t>
            </w:r>
          </w:p>
          <w:p w14:paraId="4338F575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Review the core classroom guidelines. Roleplay what happens when rules are followed versus ignored, focusing on fairness.</w:t>
            </w:r>
          </w:p>
        </w:tc>
      </w:tr>
      <w:tr w:rsidR="00751A4A" w14:paraId="24EE4F8E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ED35" w14:textId="77777777" w:rsidR="00751A4A" w:rsidRDefault="00EB1EA8">
            <w:pPr>
              <w:spacing w:before="40" w:after="40"/>
            </w:pPr>
            <w:r>
              <w:rPr>
                <w:b/>
              </w:rPr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C06D" w14:textId="3080708C" w:rsidR="00751A4A" w:rsidRDefault="00436EFF">
            <w:pPr>
              <w:spacing w:before="40" w:after="40"/>
            </w:pPr>
            <w:r>
              <w:t xml:space="preserve">Remembrance Day &amp; </w:t>
            </w:r>
            <w:r w:rsidR="00EB1EA8">
              <w:t>Anti-Bullying Week [Event]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FC19" w14:textId="03A6FF9C" w:rsidR="00436EFF" w:rsidRDefault="00436EFF">
            <w:pPr>
              <w:spacing w:before="40" w:after="40"/>
              <w:rPr>
                <w:b/>
              </w:rPr>
            </w:pPr>
            <w:r w:rsidRPr="00436EFF">
              <w:rPr>
                <w:b/>
              </w:rPr>
              <w:t xml:space="preserve">Theme: </w:t>
            </w:r>
            <w:r w:rsidRPr="00436EFF">
              <w:rPr>
                <w:bCs/>
              </w:rPr>
              <w:t>Reflection, kindness, and inclusion.</w:t>
            </w:r>
            <w:r w:rsidRPr="00436EFF">
              <w:rPr>
                <w:b/>
              </w:rPr>
              <w:t xml:space="preserve"> </w:t>
            </w:r>
          </w:p>
          <w:p w14:paraId="1ABB77C4" w14:textId="0C39A808" w:rsidR="00751A4A" w:rsidRDefault="00436EFF">
            <w:pPr>
              <w:spacing w:before="40" w:after="40"/>
            </w:pPr>
            <w:r w:rsidRPr="00436EFF">
              <w:rPr>
                <w:b/>
              </w:rPr>
              <w:t xml:space="preserve">Practical Activity: </w:t>
            </w:r>
            <w:r w:rsidRPr="00436EFF">
              <w:rPr>
                <w:bCs/>
              </w:rPr>
              <w:t>Left to teacher discretion to integrate national reflection with anti-bullying campaigns; focus on creating simple poppy crafts alongside 'Odd Socks Day' or inclusion stories.</w:t>
            </w:r>
          </w:p>
        </w:tc>
      </w:tr>
      <w:tr w:rsidR="00751A4A" w14:paraId="1B462FC1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BAA6" w14:textId="77777777" w:rsidR="00751A4A" w:rsidRDefault="00EB1EA8">
            <w:pPr>
              <w:spacing w:before="40" w:after="40"/>
            </w:pPr>
            <w:r>
              <w:rPr>
                <w:b/>
              </w:rPr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57C1" w14:textId="77777777" w:rsidR="00751A4A" w:rsidRDefault="00EB1EA8">
            <w:pPr>
              <w:spacing w:before="40" w:after="40"/>
            </w:pPr>
            <w:r>
              <w:t>Celebrations Around the World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8511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Diverse communities and global traditions.</w:t>
            </w:r>
          </w:p>
          <w:p w14:paraId="2A97C3FB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Explore traditional festive celebrations. Create simple winter or multi-cultural paper decorations celebrating family unity.</w:t>
            </w:r>
          </w:p>
        </w:tc>
      </w:tr>
    </w:tbl>
    <w:p w14:paraId="6EA2C219" w14:textId="73C730D4" w:rsidR="00751A4A" w:rsidRDefault="00EB1EA8">
      <w:pPr>
        <w:spacing w:before="240" w:after="80"/>
      </w:pPr>
      <w:r>
        <w:rPr>
          <w:b/>
          <w:sz w:val="22"/>
        </w:rPr>
        <w:t xml:space="preserve">Spring 1: Staying Safe and </w:t>
      </w:r>
      <w:r w:rsidR="002F30D9">
        <w:rPr>
          <w:b/>
          <w:sz w:val="22"/>
        </w:rPr>
        <w:t>Well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79BA4C1E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21C1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DFE0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6A79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40C7ADFD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0285" w14:textId="77777777" w:rsidR="00751A4A" w:rsidRDefault="00EB1EA8">
            <w:pPr>
              <w:spacing w:before="40" w:after="40"/>
            </w:pPr>
            <w:r>
              <w:rPr>
                <w:b/>
              </w:rPr>
              <w:t>Week 1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4CE2" w14:textId="77777777" w:rsidR="00751A4A" w:rsidRDefault="00EB1EA8">
            <w:pPr>
              <w:spacing w:before="40" w:after="40"/>
            </w:pPr>
            <w:r>
              <w:t>Good and Bad Secrets (M2 U4 S1)</w:t>
            </w:r>
          </w:p>
          <w:p w14:paraId="79D26AB7" w14:textId="77777777" w:rsidR="002F30D9" w:rsidRPr="00922B75" w:rsidRDefault="002F30D9" w:rsidP="002F30D9">
            <w:pPr>
              <w:rPr>
                <w:rFonts w:eastAsia="Arial" w:cs="Arial"/>
                <w:color w:val="000000"/>
                <w:sz w:val="22"/>
              </w:rPr>
            </w:pPr>
            <w:hyperlink r:id="rId10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2.4.1 Good and Bad Secrets</w:t>
              </w:r>
            </w:hyperlink>
          </w:p>
          <w:p w14:paraId="56F8B09C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3A19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Differentiating secrets from surprises.</w:t>
            </w:r>
          </w:p>
          <w:p w14:paraId="0D6D9A5E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Sort scenarios into 'happy surprises' (birthday gifts) vs. 'unsafe secrets' (someone causing worry). Identify trusted network adults.</w:t>
            </w:r>
          </w:p>
        </w:tc>
      </w:tr>
      <w:tr w:rsidR="00751A4A" w14:paraId="321A973C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9256" w14:textId="77777777" w:rsidR="00751A4A" w:rsidRDefault="00EB1EA8">
            <w:pPr>
              <w:spacing w:before="40" w:after="40"/>
            </w:pPr>
            <w:r>
              <w:rPr>
                <w:b/>
              </w:rPr>
              <w:t>Week 2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97A9" w14:textId="77777777" w:rsidR="00751A4A" w:rsidRDefault="00EB1EA8">
            <w:pPr>
              <w:spacing w:before="40" w:after="40"/>
            </w:pPr>
            <w:r>
              <w:t>Physical Contact (M2 U4 S2)</w:t>
            </w:r>
          </w:p>
          <w:p w14:paraId="19C91234" w14:textId="77777777" w:rsidR="002F30D9" w:rsidRPr="00922B75" w:rsidRDefault="002F30D9" w:rsidP="002F30D9">
            <w:pPr>
              <w:rPr>
                <w:rFonts w:eastAsia="Arial" w:cs="Arial"/>
                <w:color w:val="000000"/>
                <w:sz w:val="22"/>
              </w:rPr>
            </w:pPr>
            <w:hyperlink r:id="rId11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2.4.2 Physical Contact</w:t>
              </w:r>
            </w:hyperlink>
          </w:p>
          <w:p w14:paraId="5E7CB566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E0D2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Personal space and physical boundaries.</w:t>
            </w:r>
          </w:p>
          <w:p w14:paraId="6D88BF2A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Use individual hula hoops to visualize personal space bubbles. Practice using the clear verbal shield phrase: 'Please step back, I need space.'</w:t>
            </w:r>
          </w:p>
        </w:tc>
      </w:tr>
      <w:tr w:rsidR="00751A4A" w14:paraId="3D2DF2C5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9EB5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4B49" w14:textId="77777777" w:rsidR="00751A4A" w:rsidRDefault="00EB1EA8">
            <w:pPr>
              <w:spacing w:before="40" w:after="40"/>
            </w:pPr>
            <w:r>
              <w:t>Individual Liberty (Making Choices)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1EEF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Expressing agency and personal choice safely.</w:t>
            </w:r>
          </w:p>
          <w:p w14:paraId="5A95BAD9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Give children free choice between activities. Have them proudly share with a peer: 'This is my choice because it makes me happy.'</w:t>
            </w:r>
          </w:p>
        </w:tc>
      </w:tr>
      <w:tr w:rsidR="00751A4A" w14:paraId="69B9659E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4489" w14:textId="77777777" w:rsidR="00751A4A" w:rsidRDefault="00EB1EA8">
            <w:pPr>
              <w:spacing w:before="40" w:after="40"/>
            </w:pPr>
            <w:r>
              <w:rPr>
                <w:b/>
              </w:rPr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14DC" w14:textId="77777777" w:rsidR="00751A4A" w:rsidRDefault="00EB1EA8">
            <w:pPr>
              <w:spacing w:before="40" w:after="40"/>
            </w:pPr>
            <w:r>
              <w:t>Children's Mental Health Week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14A3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Emotional well-being and resilience.</w:t>
            </w:r>
          </w:p>
          <w:p w14:paraId="53C28D73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try breathing exercises, calming toolkits, or daily emotional check-in strategies.</w:t>
            </w:r>
          </w:p>
        </w:tc>
      </w:tr>
      <w:tr w:rsidR="00751A4A" w14:paraId="33AC018E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4D5F" w14:textId="77777777" w:rsidR="00751A4A" w:rsidRDefault="00EB1EA8">
            <w:pPr>
              <w:spacing w:before="40" w:after="40"/>
            </w:pPr>
            <w:r>
              <w:rPr>
                <w:b/>
              </w:rPr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E95D" w14:textId="77777777" w:rsidR="00751A4A" w:rsidRDefault="00EB1EA8">
            <w:pPr>
              <w:spacing w:before="40" w:after="40"/>
            </w:pPr>
            <w:r>
              <w:t>Safer Internet Day [Event]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62EF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Digital safety limits.</w:t>
            </w:r>
          </w:p>
          <w:p w14:paraId="64E155F8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reinforce screen boundaries and the absolute rule to immediately tell an adult if a screen looks scary.</w:t>
            </w:r>
          </w:p>
        </w:tc>
      </w:tr>
    </w:tbl>
    <w:p w14:paraId="68C48517" w14:textId="77777777" w:rsidR="00751A4A" w:rsidRDefault="00EB1EA8">
      <w:pPr>
        <w:spacing w:before="240" w:after="80"/>
      </w:pPr>
      <w:r>
        <w:rPr>
          <w:b/>
          <w:sz w:val="22"/>
        </w:rPr>
        <w:t>Spring 2: Well-being and Help Networks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41A8409A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C1C2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19B9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BDC6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34A68B02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2E75" w14:textId="77777777" w:rsidR="00751A4A" w:rsidRDefault="00EB1EA8">
            <w:pPr>
              <w:spacing w:before="40" w:after="40"/>
            </w:pPr>
            <w:r>
              <w:rPr>
                <w:b/>
              </w:rPr>
              <w:lastRenderedPageBreak/>
              <w:t>Week 1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205C2" w14:textId="77777777" w:rsidR="00751A4A" w:rsidRDefault="00EB1EA8">
            <w:pPr>
              <w:spacing w:before="40" w:after="40"/>
            </w:pPr>
            <w:r>
              <w:t>Harmful Substances (M2 U4 S3)</w:t>
            </w:r>
          </w:p>
          <w:p w14:paraId="07D3CE8E" w14:textId="77777777" w:rsidR="002F30D9" w:rsidRPr="00922B75" w:rsidRDefault="002F30D9" w:rsidP="002F30D9">
            <w:pPr>
              <w:rPr>
                <w:rFonts w:eastAsia="Arial" w:cs="Arial"/>
                <w:color w:val="0563C1"/>
                <w:sz w:val="22"/>
                <w:u w:val="single"/>
              </w:rPr>
            </w:pPr>
            <w:r w:rsidRPr="00922B75">
              <w:rPr>
                <w:rFonts w:cs="Arial"/>
                <w:sz w:val="22"/>
              </w:rPr>
              <w:fldChar w:fldCharType="begin"/>
            </w:r>
            <w:r w:rsidRPr="00922B75">
              <w:rPr>
                <w:rFonts w:cs="Arial"/>
                <w:sz w:val="22"/>
              </w:rPr>
              <w:instrText xml:space="preserve"> HYPERLINK "https://www.tentenresources.co.uk/programmes/life-to-the-full-plus/ks1/m-2/ks1_2_created-to-love-others/u-4/ks1_2-4_keeping-safe/s-3/harmful-substances/" </w:instrText>
            </w:r>
            <w:r w:rsidRPr="00922B75">
              <w:rPr>
                <w:rFonts w:cs="Arial"/>
                <w:sz w:val="22"/>
              </w:rPr>
            </w:r>
            <w:r w:rsidRPr="00922B75">
              <w:rPr>
                <w:rFonts w:cs="Arial"/>
                <w:sz w:val="22"/>
              </w:rPr>
              <w:fldChar w:fldCharType="separate"/>
            </w:r>
            <w:r w:rsidRPr="00922B75">
              <w:rPr>
                <w:rFonts w:eastAsia="Arial" w:cs="Arial"/>
                <w:color w:val="0563C1"/>
                <w:sz w:val="22"/>
                <w:u w:val="single"/>
              </w:rPr>
              <w:t>KS1 2.4.3 Harmful Substances</w:t>
            </w:r>
          </w:p>
          <w:p w14:paraId="50DA2887" w14:textId="63A7C05A" w:rsidR="002F30D9" w:rsidRDefault="002F30D9" w:rsidP="002F30D9">
            <w:pPr>
              <w:spacing w:before="40" w:after="40"/>
            </w:pPr>
            <w:r w:rsidRPr="00922B75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9DC8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Safety around household products.</w:t>
            </w:r>
          </w:p>
          <w:p w14:paraId="421EDA39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Examine container labels. Teach the clear rule: 'Never touch or drink anything unless a trusted adult hands it to you.'</w:t>
            </w:r>
          </w:p>
        </w:tc>
      </w:tr>
      <w:tr w:rsidR="00751A4A" w14:paraId="320E4EEA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9E72" w14:textId="77777777" w:rsidR="00751A4A" w:rsidRDefault="00EB1EA8">
            <w:pPr>
              <w:spacing w:before="40" w:after="40"/>
            </w:pPr>
            <w:r>
              <w:rPr>
                <w:b/>
              </w:rPr>
              <w:t>Week 2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8872" w14:textId="11444AE5" w:rsidR="007C733B" w:rsidRDefault="002F30D9" w:rsidP="002F30D9">
            <w:r>
              <w:t xml:space="preserve"> </w:t>
            </w:r>
            <w:r w:rsidR="007C733B">
              <w:t>Unit 4 Safety Recap &amp;</w:t>
            </w:r>
            <w:r w:rsidR="007C733B">
              <w:br/>
              <w:t>Assessment Activity</w:t>
            </w:r>
          </w:p>
          <w:p w14:paraId="56985657" w14:textId="33048FBD" w:rsidR="002F30D9" w:rsidRDefault="007C733B" w:rsidP="002F30D9">
            <w:pPr>
              <w:spacing w:before="40" w:after="40"/>
            </w:pPr>
            <w:r>
              <w:t>Road and water safety</w:t>
            </w:r>
          </w:p>
          <w:p w14:paraId="61DE69A2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1824" w14:textId="77777777" w:rsidR="00751A4A" w:rsidRDefault="007C733B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Consolidation.</w:t>
            </w:r>
          </w:p>
          <w:p w14:paraId="5DA8DC0A" w14:textId="7EE02C5B" w:rsidR="007C733B" w:rsidRDefault="007C733B">
            <w:pPr>
              <w:spacing w:before="40" w:after="40"/>
            </w:pPr>
            <w:r w:rsidRPr="007C733B">
              <w:rPr>
                <w:b/>
                <w:bCs/>
              </w:rPr>
              <w:t>Practical activity</w:t>
            </w:r>
            <w:r>
              <w:t>: crossing the road</w:t>
            </w:r>
          </w:p>
        </w:tc>
      </w:tr>
      <w:tr w:rsidR="00751A4A" w14:paraId="432A103C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3455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8C1A" w14:textId="77777777" w:rsidR="00751A4A" w:rsidRDefault="00EB1EA8">
            <w:pPr>
              <w:spacing w:before="40" w:after="40"/>
            </w:pPr>
            <w:r>
              <w:t>Democracy (Class Debate)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9884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Debating options and choices constructively.</w:t>
            </w:r>
          </w:p>
          <w:p w14:paraId="42B8B5FA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Propose a simple classroom change choice. Split the room into two debating sides, letting children provide one rationale before voting.</w:t>
            </w:r>
          </w:p>
        </w:tc>
      </w:tr>
      <w:tr w:rsidR="00751A4A" w14:paraId="7A90531B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B486" w14:textId="77777777" w:rsidR="00751A4A" w:rsidRDefault="00EB1EA8">
            <w:pPr>
              <w:spacing w:before="40" w:after="40"/>
            </w:pPr>
            <w:r>
              <w:rPr>
                <w:b/>
              </w:rPr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53A4" w14:textId="77777777" w:rsidR="00751A4A" w:rsidRDefault="00EB1EA8">
            <w:pPr>
              <w:spacing w:before="40" w:after="40"/>
            </w:pPr>
            <w:r>
              <w:t>National Careers Week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A80C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Aspirational community helper roles.</w:t>
            </w:r>
          </w:p>
          <w:p w14:paraId="4677BCBC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host guest speakers or explore dressing-up boxes featuring different local career paths.</w:t>
            </w:r>
          </w:p>
        </w:tc>
      </w:tr>
      <w:tr w:rsidR="00751A4A" w14:paraId="38916978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38B5" w14:textId="77777777" w:rsidR="00751A4A" w:rsidRDefault="00EB1EA8">
            <w:pPr>
              <w:spacing w:before="40" w:after="40"/>
            </w:pPr>
            <w:r>
              <w:rPr>
                <w:b/>
              </w:rPr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4202" w14:textId="77777777" w:rsidR="00751A4A" w:rsidRDefault="00EB1EA8">
            <w:pPr>
              <w:spacing w:before="40" w:after="40"/>
            </w:pPr>
            <w:r>
              <w:t>Dealing with Mistakes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20C9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Building resilience and bouncing back.</w:t>
            </w:r>
          </w:p>
          <w:p w14:paraId="2384CBF6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Model challenging tasks. Teach the positive class mantra: 'I can't do this... YET!' to transform mistakes into learning steps.</w:t>
            </w:r>
          </w:p>
        </w:tc>
      </w:tr>
    </w:tbl>
    <w:p w14:paraId="3D87F6E9" w14:textId="716AB527" w:rsidR="00751A4A" w:rsidRDefault="00EB1EA8">
      <w:pPr>
        <w:spacing w:before="240" w:after="80"/>
      </w:pPr>
      <w:r>
        <w:rPr>
          <w:b/>
          <w:sz w:val="22"/>
        </w:rPr>
        <w:t xml:space="preserve">Summer 1: </w:t>
      </w:r>
      <w:r w:rsidR="007C733B">
        <w:rPr>
          <w:b/>
          <w:sz w:val="22"/>
        </w:rPr>
        <w:t>Help Networks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47F2E1FA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2C14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B02A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1E3D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2DDFFA88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092A" w14:textId="77777777" w:rsidR="00751A4A" w:rsidRDefault="00EB1EA8">
            <w:pPr>
              <w:spacing w:before="40" w:after="40"/>
            </w:pPr>
            <w:r>
              <w:rPr>
                <w:b/>
              </w:rPr>
              <w:t>Week 1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9158" w14:textId="77777777" w:rsidR="007C733B" w:rsidRDefault="007C733B" w:rsidP="007C733B">
            <w:pPr>
              <w:spacing w:before="40" w:after="40"/>
            </w:pPr>
            <w:r>
              <w:t>Can You Help Me? (Part 1 - M2 U4 S4)</w:t>
            </w:r>
          </w:p>
          <w:p w14:paraId="14A3AE0B" w14:textId="77777777" w:rsidR="007C733B" w:rsidRPr="00922B75" w:rsidRDefault="007C733B" w:rsidP="007C733B">
            <w:pPr>
              <w:rPr>
                <w:rFonts w:eastAsia="Arial" w:cs="Arial"/>
                <w:color w:val="0563C1"/>
                <w:sz w:val="22"/>
                <w:u w:val="single"/>
              </w:rPr>
            </w:pPr>
            <w:r w:rsidRPr="00922B75">
              <w:rPr>
                <w:rFonts w:cs="Arial"/>
                <w:sz w:val="22"/>
              </w:rPr>
              <w:fldChar w:fldCharType="begin"/>
            </w:r>
            <w:r w:rsidRPr="00922B75">
              <w:rPr>
                <w:rFonts w:cs="Arial"/>
                <w:sz w:val="22"/>
              </w:rPr>
              <w:instrText xml:space="preserve"> HYPERLINK "https://www.tentenresources.co.uk/programmes/life-to-the-full-plus/ks1/m-2/ks1_2_created-to-love-others/u-4/ks1_2-4_keeping-safe/s-4/can-you-help-me-part-one/" </w:instrText>
            </w:r>
            <w:r w:rsidRPr="00922B75">
              <w:rPr>
                <w:rFonts w:cs="Arial"/>
                <w:sz w:val="22"/>
              </w:rPr>
            </w:r>
            <w:r w:rsidRPr="00922B75">
              <w:rPr>
                <w:rFonts w:cs="Arial"/>
                <w:sz w:val="22"/>
              </w:rPr>
              <w:fldChar w:fldCharType="separate"/>
            </w:r>
            <w:r w:rsidRPr="00922B75">
              <w:rPr>
                <w:rFonts w:eastAsia="Arial" w:cs="Arial"/>
                <w:color w:val="0563C1"/>
                <w:sz w:val="22"/>
                <w:u w:val="single"/>
              </w:rPr>
              <w:t>KS1 2.4.4 Can You Help Me? (Part 1)</w:t>
            </w:r>
          </w:p>
          <w:p w14:paraId="207065D4" w14:textId="6658A400" w:rsidR="00751A4A" w:rsidRDefault="007C733B" w:rsidP="007C733B">
            <w:pPr>
              <w:spacing w:before="40" w:after="40"/>
            </w:pPr>
            <w:r w:rsidRPr="00922B75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6DC4" w14:textId="77777777" w:rsidR="007C733B" w:rsidRDefault="007C733B" w:rsidP="007C733B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Emergency services and dialing 999.</w:t>
            </w:r>
          </w:p>
          <w:p w14:paraId="6465BBBC" w14:textId="60CE26BC" w:rsidR="00751A4A" w:rsidRDefault="007C733B" w:rsidP="007C733B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Use a toy telephone to practice speaking to an emergency operator. Clear recitation of full name and address.</w:t>
            </w:r>
          </w:p>
        </w:tc>
      </w:tr>
      <w:tr w:rsidR="00751A4A" w14:paraId="2B446BAC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0814" w14:textId="77777777" w:rsidR="00751A4A" w:rsidRDefault="00EB1EA8">
            <w:pPr>
              <w:spacing w:before="40" w:after="40"/>
            </w:pPr>
            <w:r>
              <w:rPr>
                <w:b/>
              </w:rPr>
              <w:t>Week 2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FA32" w14:textId="77777777" w:rsidR="007C733B" w:rsidRDefault="007C733B" w:rsidP="007C733B">
            <w:pPr>
              <w:rPr>
                <w:rFonts w:cs="Arial"/>
                <w:sz w:val="22"/>
              </w:rPr>
            </w:pPr>
            <w:r>
              <w:t>Can You Help Me? (Part 2 - M2 U4 S5)</w:t>
            </w:r>
            <w:r w:rsidRPr="00922B75">
              <w:rPr>
                <w:rFonts w:cs="Arial"/>
                <w:sz w:val="22"/>
              </w:rPr>
              <w:t xml:space="preserve"> </w:t>
            </w:r>
          </w:p>
          <w:p w14:paraId="64FA22F5" w14:textId="77777777" w:rsidR="007C733B" w:rsidRPr="00922B75" w:rsidRDefault="007C733B" w:rsidP="007C733B">
            <w:pPr>
              <w:rPr>
                <w:rFonts w:eastAsia="Arial" w:cs="Arial"/>
                <w:color w:val="0563C1"/>
                <w:sz w:val="22"/>
                <w:u w:val="single"/>
              </w:rPr>
            </w:pPr>
            <w:r w:rsidRPr="00922B75">
              <w:rPr>
                <w:rFonts w:cs="Arial"/>
                <w:sz w:val="22"/>
              </w:rPr>
              <w:fldChar w:fldCharType="begin"/>
            </w:r>
            <w:r w:rsidRPr="00922B75">
              <w:rPr>
                <w:rFonts w:cs="Arial"/>
                <w:sz w:val="22"/>
              </w:rPr>
              <w:instrText xml:space="preserve"> HYPERLINK "https://www.tentenresources.co.uk/programmes/life-to-the-full-plus/ks1/m-2/ks1_2_created-to-love-others/u-4/ks1_2-4_keeping-safe/s-5/can-you-help-me-part-two/" </w:instrText>
            </w:r>
            <w:r w:rsidRPr="00922B75">
              <w:rPr>
                <w:rFonts w:cs="Arial"/>
                <w:sz w:val="22"/>
              </w:rPr>
            </w:r>
            <w:r w:rsidRPr="00922B75">
              <w:rPr>
                <w:rFonts w:cs="Arial"/>
                <w:sz w:val="22"/>
              </w:rPr>
              <w:fldChar w:fldCharType="separate"/>
            </w:r>
            <w:r w:rsidRPr="00922B75">
              <w:rPr>
                <w:rFonts w:eastAsia="Arial" w:cs="Arial"/>
                <w:color w:val="0563C1"/>
                <w:sz w:val="22"/>
                <w:u w:val="single"/>
              </w:rPr>
              <w:t>KS1 2.4.5 Can You Help Me? (Part 2)</w:t>
            </w:r>
          </w:p>
          <w:p w14:paraId="4A91A47B" w14:textId="6B1C0630" w:rsidR="002F30D9" w:rsidRDefault="007C733B" w:rsidP="007C733B">
            <w:r w:rsidRPr="00922B75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6AB4" w14:textId="77777777" w:rsidR="007C733B" w:rsidRDefault="007C733B" w:rsidP="007C733B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Building our trust networks.</w:t>
            </w:r>
          </w:p>
          <w:p w14:paraId="0AE917D8" w14:textId="2E4F53BC" w:rsidR="00751A4A" w:rsidRDefault="007C733B" w:rsidP="007C733B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 xml:space="preserve">Draw an outline of a hand and write or draw 5 trusted adults (at home and school) inside </w:t>
            </w:r>
            <w:proofErr w:type="gramStart"/>
            <w:r>
              <w:t>the</w:t>
            </w:r>
            <w:proofErr w:type="gramEnd"/>
            <w:r>
              <w:t xml:space="preserve"> fingers who can help when worried.</w:t>
            </w:r>
          </w:p>
        </w:tc>
      </w:tr>
      <w:tr w:rsidR="00751A4A" w14:paraId="5B682EA3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73C8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B8BF" w14:textId="77777777" w:rsidR="00751A4A" w:rsidRDefault="00EB1EA8">
            <w:pPr>
              <w:spacing w:before="40" w:after="40"/>
            </w:pPr>
            <w:r>
              <w:t>Mutual Respect &amp; Tolerance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18E2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Celebrating unique attributes and diversity.</w:t>
            </w:r>
          </w:p>
          <w:p w14:paraId="519850FF" w14:textId="25B48C7C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 xml:space="preserve">Read a story highlighting different cultures. Use diverse multi-tone skin </w:t>
            </w:r>
            <w:proofErr w:type="spellStart"/>
            <w:r>
              <w:t>colo</w:t>
            </w:r>
            <w:r w:rsidR="007C733B">
              <w:t>u</w:t>
            </w:r>
            <w:r>
              <w:t>r</w:t>
            </w:r>
            <w:proofErr w:type="spellEnd"/>
            <w:r>
              <w:t xml:space="preserve"> crayons to draw collaborative class posters.</w:t>
            </w:r>
          </w:p>
        </w:tc>
      </w:tr>
      <w:tr w:rsidR="00751A4A" w14:paraId="75070EBA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018D" w14:textId="77777777" w:rsidR="00751A4A" w:rsidRDefault="00EB1EA8">
            <w:pPr>
              <w:spacing w:before="40" w:after="40"/>
            </w:pPr>
            <w:r>
              <w:rPr>
                <w:b/>
              </w:rPr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4C01" w14:textId="77777777" w:rsidR="00751A4A" w:rsidRDefault="00EB1EA8">
            <w:pPr>
              <w:spacing w:before="40" w:after="40"/>
            </w:pPr>
            <w:r>
              <w:t>Earth Day [Event]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644E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Taking responsibility for environmental care.</w:t>
            </w:r>
          </w:p>
          <w:p w14:paraId="4666E90A" w14:textId="7770D623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 xml:space="preserve">Left to teacher discretion to </w:t>
            </w:r>
            <w:proofErr w:type="spellStart"/>
            <w:r>
              <w:t>organi</w:t>
            </w:r>
            <w:r w:rsidR="007C733B">
              <w:t>s</w:t>
            </w:r>
            <w:r>
              <w:t>e</w:t>
            </w:r>
            <w:proofErr w:type="spellEnd"/>
            <w:r>
              <w:t xml:space="preserve"> school grounds litter collections, mini recycling drives, or planet-focused artwork.</w:t>
            </w:r>
          </w:p>
        </w:tc>
      </w:tr>
      <w:tr w:rsidR="00751A4A" w14:paraId="68EF6DEC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FD91" w14:textId="77777777" w:rsidR="00751A4A" w:rsidRDefault="00EB1EA8">
            <w:pPr>
              <w:spacing w:before="40" w:after="40"/>
            </w:pPr>
            <w:r>
              <w:rPr>
                <w:b/>
              </w:rPr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713B" w14:textId="77777777" w:rsidR="00751A4A" w:rsidRDefault="00EB1EA8">
            <w:pPr>
              <w:spacing w:before="40" w:after="40"/>
            </w:pPr>
            <w:r>
              <w:t>Where Food Comes From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97D6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Farming, growth, and nature.</w:t>
            </w:r>
          </w:p>
          <w:p w14:paraId="6BA9B771" w14:textId="77777777" w:rsidR="00751A4A" w:rsidRDefault="00EB1EA8">
            <w:pPr>
              <w:spacing w:before="40" w:after="40"/>
            </w:pPr>
            <w:r>
              <w:rPr>
                <w:b/>
              </w:rPr>
              <w:lastRenderedPageBreak/>
              <w:t xml:space="preserve">Practical Activity: </w:t>
            </w:r>
            <w:r>
              <w:t>Trace vegetables from farm soil to shop shelves using picture flashcards. Plant small seeds in pots to nurture over time.</w:t>
            </w:r>
          </w:p>
        </w:tc>
      </w:tr>
    </w:tbl>
    <w:p w14:paraId="4458EAF3" w14:textId="77777777" w:rsidR="00751A4A" w:rsidRDefault="00EB1EA8">
      <w:pPr>
        <w:spacing w:before="240" w:after="80"/>
      </w:pPr>
      <w:r>
        <w:rPr>
          <w:b/>
          <w:sz w:val="22"/>
        </w:rPr>
        <w:lastRenderedPageBreak/>
        <w:t>Summer 2: Growing Up and Looking Ahead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69C9DD98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3B8E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70CE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6DD8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394582F8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002A" w14:textId="77777777" w:rsidR="00751A4A" w:rsidRDefault="00EB1EA8">
            <w:pPr>
              <w:spacing w:before="40" w:after="40"/>
            </w:pPr>
            <w:r>
              <w:rPr>
                <w:b/>
              </w:rPr>
              <w:t>Week 1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89CF" w14:textId="77777777" w:rsidR="00751A4A" w:rsidRDefault="00EB1EA8">
            <w:pPr>
              <w:spacing w:before="40" w:after="40"/>
            </w:pPr>
            <w:r>
              <w:t>Treat Others Well... (M2 U2 S2)</w:t>
            </w:r>
          </w:p>
          <w:p w14:paraId="77B7A89B" w14:textId="77777777" w:rsidR="002F30D9" w:rsidRPr="00922B75" w:rsidRDefault="002F30D9" w:rsidP="002F30D9">
            <w:pPr>
              <w:rPr>
                <w:rFonts w:eastAsia="Arial" w:cs="Arial"/>
                <w:color w:val="000000"/>
                <w:sz w:val="22"/>
              </w:rPr>
            </w:pPr>
            <w:hyperlink r:id="rId12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2.2.2 Treat Others Well…</w:t>
              </w:r>
            </w:hyperlink>
          </w:p>
          <w:p w14:paraId="3EDE0CF8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6B65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Sharing and positive interaction.</w:t>
            </w:r>
          </w:p>
          <w:p w14:paraId="29B90019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 xml:space="preserve">Roleplay common peer sharing conflicts using hand puppets, teaching </w:t>
            </w:r>
            <w:proofErr w:type="gramStart"/>
            <w:r>
              <w:t>children</w:t>
            </w:r>
            <w:proofErr w:type="gramEnd"/>
            <w:r>
              <w:t xml:space="preserve"> clear scripts to resolve things kindly.</w:t>
            </w:r>
          </w:p>
        </w:tc>
      </w:tr>
      <w:tr w:rsidR="00751A4A" w14:paraId="7E7543E6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2D4D" w14:textId="77777777" w:rsidR="00751A4A" w:rsidRDefault="00EB1EA8">
            <w:pPr>
              <w:spacing w:before="40" w:after="40"/>
            </w:pPr>
            <w:r>
              <w:rPr>
                <w:b/>
              </w:rPr>
              <w:t>Week 2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DD48" w14:textId="77777777" w:rsidR="00751A4A" w:rsidRDefault="00EB1EA8">
            <w:pPr>
              <w:spacing w:before="40" w:after="40"/>
            </w:pPr>
            <w:r>
              <w:t>...and Say Sorry (M2 U2 S3)</w:t>
            </w:r>
          </w:p>
          <w:p w14:paraId="2CDCA835" w14:textId="023E015B" w:rsidR="002F30D9" w:rsidRDefault="002F30D9">
            <w:pPr>
              <w:spacing w:before="40" w:after="40"/>
            </w:pPr>
            <w:hyperlink r:id="rId13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2.2.3 …And Say Sorry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CCCD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Reconciliation and clearing the air.</w:t>
            </w:r>
          </w:p>
          <w:p w14:paraId="00169C42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Practice making authentic verbal apologies when accidents happen, focusing on actions needed to make amends.</w:t>
            </w:r>
          </w:p>
        </w:tc>
      </w:tr>
      <w:tr w:rsidR="00751A4A" w14:paraId="59D23808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CA09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B015" w14:textId="77777777" w:rsidR="00751A4A" w:rsidRDefault="00EB1EA8">
            <w:pPr>
              <w:spacing w:before="40" w:after="40"/>
            </w:pPr>
            <w:r>
              <w:t>Rule of Law (Outdoor Safety)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F65D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Why rules keep us secure outside.</w:t>
            </w:r>
          </w:p>
          <w:p w14:paraId="7F18145D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Prior to a school trip, practice the 'Stop and Freeze' command instantly upon hearing a whistle to ensure total field compliance.</w:t>
            </w:r>
          </w:p>
        </w:tc>
      </w:tr>
      <w:tr w:rsidR="00751A4A" w14:paraId="424CD68B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7BAC" w14:textId="77777777" w:rsidR="00751A4A" w:rsidRDefault="00EB1EA8">
            <w:pPr>
              <w:spacing w:before="40" w:after="40"/>
            </w:pPr>
            <w:r>
              <w:rPr>
                <w:b/>
              </w:rPr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5D7D" w14:textId="77777777" w:rsidR="00751A4A" w:rsidRDefault="00EB1EA8">
            <w:pPr>
              <w:spacing w:before="40" w:after="40"/>
            </w:pPr>
            <w:r>
              <w:t>Moving to Year 2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3C62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Smoothly managing transition shifts.</w:t>
            </w:r>
          </w:p>
          <w:p w14:paraId="27354961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Take a small walk to visit the Year 2 classroom, look at the desk layout, meet the teacher, and play with one toy area.</w:t>
            </w:r>
          </w:p>
        </w:tc>
      </w:tr>
      <w:tr w:rsidR="00751A4A" w14:paraId="5D1C577D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7734" w14:textId="77777777" w:rsidR="00751A4A" w:rsidRDefault="00EB1EA8">
            <w:pPr>
              <w:spacing w:before="40" w:after="40"/>
            </w:pPr>
            <w:r>
              <w:rPr>
                <w:b/>
              </w:rPr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BE29" w14:textId="77777777" w:rsidR="00751A4A" w:rsidRDefault="00EB1EA8">
            <w:pPr>
              <w:spacing w:before="40" w:after="40"/>
            </w:pPr>
            <w:r>
              <w:t>Introduction to Saving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148B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Financial literacy and collective milestones.</w:t>
            </w:r>
          </w:p>
          <w:p w14:paraId="0FF8F6AF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Establish a group token jar. Work collaboratively to accumulate tokens for a chosen reward, tracking progress visually.</w:t>
            </w:r>
          </w:p>
        </w:tc>
      </w:tr>
    </w:tbl>
    <w:p w14:paraId="23552DEE" w14:textId="77777777" w:rsidR="00751A4A" w:rsidRDefault="00EB1EA8">
      <w:r>
        <w:br w:type="page"/>
      </w:r>
    </w:p>
    <w:p w14:paraId="15CFBCEF" w14:textId="342760B1" w:rsidR="00751A4A" w:rsidRDefault="00EB1EA8" w:rsidP="00AC21B5">
      <w:pPr>
        <w:pStyle w:val="ListParagraph"/>
        <w:numPr>
          <w:ilvl w:val="0"/>
          <w:numId w:val="11"/>
        </w:numPr>
      </w:pPr>
      <w:r w:rsidRPr="00AC21B5">
        <w:rPr>
          <w:b/>
          <w:sz w:val="24"/>
        </w:rPr>
        <w:lastRenderedPageBreak/>
        <w:t>YEAR 2 CURRICULUM MAP</w:t>
      </w:r>
    </w:p>
    <w:p w14:paraId="5D8FDC83" w14:textId="29BCAECF" w:rsidR="00751A4A" w:rsidRDefault="00EB1EA8">
      <w:pPr>
        <w:spacing w:before="240" w:after="80"/>
      </w:pPr>
      <w:r>
        <w:rPr>
          <w:b/>
          <w:sz w:val="22"/>
        </w:rPr>
        <w:t xml:space="preserve">Autumn 1: </w:t>
      </w:r>
      <w:r w:rsidR="007C733B">
        <w:rPr>
          <w:b/>
          <w:sz w:val="22"/>
        </w:rPr>
        <w:t>Me and My Universe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001579B6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7690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5E83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8627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4E163BDE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F20A" w14:textId="77777777" w:rsidR="00751A4A" w:rsidRDefault="00EB1EA8">
            <w:pPr>
              <w:spacing w:before="40" w:after="40"/>
            </w:pPr>
            <w:r>
              <w:rPr>
                <w:b/>
              </w:rPr>
              <w:t>Week 1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7C2C" w14:textId="77777777" w:rsidR="00751A4A" w:rsidRDefault="00EB1EA8">
            <w:pPr>
              <w:spacing w:before="40" w:after="40"/>
            </w:pPr>
            <w:r>
              <w:t>I Am Unique (M1 U2 S1)</w:t>
            </w:r>
          </w:p>
          <w:p w14:paraId="1A5448F2" w14:textId="3EE79234" w:rsidR="002F30D9" w:rsidRDefault="002F30D9">
            <w:pPr>
              <w:spacing w:before="40" w:after="40"/>
            </w:pPr>
            <w:hyperlink r:id="rId14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 xml:space="preserve">KS1 1.2.1 I Am Unique 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2ED4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Strengths, individuality, and growth.</w:t>
            </w:r>
          </w:p>
          <w:p w14:paraId="6034365B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Build on Year 1 values by creating an identity star detailing personal strengths, skills, and unique characteristics.</w:t>
            </w:r>
          </w:p>
        </w:tc>
      </w:tr>
      <w:tr w:rsidR="00751A4A" w14:paraId="01AAC2C6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8253" w14:textId="77777777" w:rsidR="00751A4A" w:rsidRDefault="00EB1EA8">
            <w:pPr>
              <w:spacing w:before="40" w:after="40"/>
            </w:pPr>
            <w:r>
              <w:rPr>
                <w:b/>
              </w:rPr>
              <w:t>Week 2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49E1" w14:textId="77777777" w:rsidR="00751A4A" w:rsidRDefault="00EB1EA8">
            <w:pPr>
              <w:spacing w:before="40" w:after="40"/>
            </w:pPr>
            <w:r>
              <w:t>Real Life Online (M2 U3 S1)</w:t>
            </w:r>
          </w:p>
          <w:p w14:paraId="29C915FB" w14:textId="77777777" w:rsidR="002F30D9" w:rsidRPr="00922B75" w:rsidRDefault="002F30D9" w:rsidP="002F30D9">
            <w:pPr>
              <w:rPr>
                <w:rFonts w:eastAsia="Arial" w:cs="Arial"/>
                <w:sz w:val="22"/>
              </w:rPr>
            </w:pPr>
            <w:hyperlink r:id="rId15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2.3.1 Real Life Online</w:t>
              </w:r>
            </w:hyperlink>
          </w:p>
          <w:p w14:paraId="0FAB795B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4B4F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Technology use and basic boundaries.</w:t>
            </w:r>
          </w:p>
          <w:p w14:paraId="0964F8D5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Map out technology used at home. Establish the core rule: 'Always ask a parent or carer before exploring a new digital screen.'</w:t>
            </w:r>
          </w:p>
        </w:tc>
      </w:tr>
      <w:tr w:rsidR="00751A4A" w14:paraId="607E9C4F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CCAC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9270" w14:textId="77777777" w:rsidR="00751A4A" w:rsidRDefault="00EB1EA8">
            <w:pPr>
              <w:spacing w:before="40" w:after="40"/>
            </w:pPr>
            <w:r>
              <w:t>Democracy (Class Ballot Box)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CD1F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Formal democratic systems and secret voting.</w:t>
            </w:r>
          </w:p>
          <w:p w14:paraId="1E7DF076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Use a physical box with a slot. Children cast an individual ticket to vote on their chosen Friday play format layout.</w:t>
            </w:r>
          </w:p>
        </w:tc>
      </w:tr>
      <w:tr w:rsidR="00751A4A" w14:paraId="6F7FA6CF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5A70" w14:textId="77777777" w:rsidR="00751A4A" w:rsidRDefault="00EB1EA8">
            <w:pPr>
              <w:spacing w:before="40" w:after="40"/>
            </w:pPr>
            <w:r>
              <w:rPr>
                <w:b/>
              </w:rPr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6F6D" w14:textId="77777777" w:rsidR="00751A4A" w:rsidRDefault="00EB1EA8">
            <w:pPr>
              <w:spacing w:before="40" w:after="40"/>
            </w:pPr>
            <w:r>
              <w:t>Harvest Festival [Event]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8271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School community sharing traditions.</w:t>
            </w:r>
          </w:p>
          <w:p w14:paraId="7D20D45B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align with charitable donations and global food scarcity awareness sessions.</w:t>
            </w:r>
          </w:p>
        </w:tc>
      </w:tr>
      <w:tr w:rsidR="00751A4A" w14:paraId="5F70982A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47DE" w14:textId="77777777" w:rsidR="00751A4A" w:rsidRDefault="00EB1EA8">
            <w:pPr>
              <w:spacing w:before="40" w:after="40"/>
            </w:pPr>
            <w:r>
              <w:rPr>
                <w:b/>
              </w:rPr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BC15" w14:textId="77777777" w:rsidR="00751A4A" w:rsidRDefault="00EB1EA8">
            <w:pPr>
              <w:spacing w:before="40" w:after="40"/>
            </w:pPr>
            <w:r>
              <w:t>Black History Month [Event]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4075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Culturally diverse historical impact.</w:t>
            </w:r>
          </w:p>
          <w:p w14:paraId="1F857F47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explore achievements and literature from black artists, innovators, and leaders.</w:t>
            </w:r>
          </w:p>
        </w:tc>
      </w:tr>
    </w:tbl>
    <w:p w14:paraId="7D8A6722" w14:textId="77777777" w:rsidR="00751A4A" w:rsidRDefault="00EB1EA8">
      <w:pPr>
        <w:spacing w:before="240" w:after="80"/>
      </w:pPr>
      <w:r>
        <w:rPr>
          <w:b/>
          <w:sz w:val="22"/>
        </w:rPr>
        <w:t>Autumn 2: Body Safety and Choices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49901A8E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886D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87DA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9043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4AD4A996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869D" w14:textId="77777777" w:rsidR="00751A4A" w:rsidRPr="002F30D9" w:rsidRDefault="00EB1EA8">
            <w:pPr>
              <w:spacing w:before="40" w:after="40"/>
              <w:rPr>
                <w:highlight w:val="green"/>
              </w:rPr>
            </w:pPr>
            <w:r w:rsidRPr="002F30D9">
              <w:rPr>
                <w:b/>
                <w:highlight w:val="green"/>
              </w:rPr>
              <w:t>Week 1</w:t>
            </w:r>
            <w:r w:rsidRPr="002F30D9">
              <w:rPr>
                <w:b/>
                <w:highlight w:val="green"/>
              </w:rPr>
              <w:br/>
            </w:r>
            <w:proofErr w:type="spellStart"/>
            <w:proofErr w:type="gramStart"/>
            <w:r w:rsidRPr="002F30D9">
              <w:rPr>
                <w:b/>
                <w:highlight w:val="green"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0C29" w14:textId="77777777" w:rsidR="00751A4A" w:rsidRPr="002F30D9" w:rsidRDefault="00EB1EA8">
            <w:pPr>
              <w:spacing w:before="40" w:after="40"/>
              <w:rPr>
                <w:highlight w:val="green"/>
              </w:rPr>
            </w:pPr>
            <w:r w:rsidRPr="002F30D9">
              <w:rPr>
                <w:highlight w:val="green"/>
              </w:rPr>
              <w:t>Girls and Boys (M1 U2 S2)</w:t>
            </w:r>
          </w:p>
          <w:p w14:paraId="35304DFF" w14:textId="77777777" w:rsidR="002F30D9" w:rsidRPr="002F30D9" w:rsidRDefault="002F30D9" w:rsidP="002F30D9">
            <w:pPr>
              <w:rPr>
                <w:rFonts w:eastAsia="Arial" w:cs="Arial"/>
                <w:color w:val="000000"/>
                <w:sz w:val="22"/>
                <w:highlight w:val="green"/>
              </w:rPr>
            </w:pPr>
            <w:hyperlink r:id="rId16">
              <w:r w:rsidRPr="002F30D9">
                <w:rPr>
                  <w:rFonts w:eastAsia="Arial" w:cs="Arial"/>
                  <w:color w:val="0563C1"/>
                  <w:sz w:val="22"/>
                  <w:highlight w:val="green"/>
                  <w:u w:val="single"/>
                </w:rPr>
                <w:t xml:space="preserve">KS1 1.2.2 Girls and Boys </w:t>
              </w:r>
            </w:hyperlink>
          </w:p>
          <w:p w14:paraId="10D40463" w14:textId="77777777" w:rsidR="002F30D9" w:rsidRPr="002F30D9" w:rsidRDefault="002F30D9">
            <w:pPr>
              <w:spacing w:before="40" w:after="40"/>
              <w:rPr>
                <w:highlight w:val="green"/>
              </w:rPr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0B27" w14:textId="77777777" w:rsidR="00751A4A" w:rsidRPr="002F30D9" w:rsidRDefault="00EB1EA8">
            <w:pPr>
              <w:spacing w:before="40" w:after="40"/>
              <w:rPr>
                <w:highlight w:val="green"/>
              </w:rPr>
            </w:pPr>
            <w:r w:rsidRPr="002F30D9">
              <w:rPr>
                <w:b/>
                <w:highlight w:val="green"/>
              </w:rPr>
              <w:t xml:space="preserve">Theme: </w:t>
            </w:r>
            <w:r w:rsidRPr="002F30D9">
              <w:rPr>
                <w:highlight w:val="green"/>
              </w:rPr>
              <w:t>Anatomical differences and mutual respect.</w:t>
            </w:r>
          </w:p>
          <w:p w14:paraId="45EDB20E" w14:textId="77777777" w:rsidR="00751A4A" w:rsidRPr="002F30D9" w:rsidRDefault="00EB1EA8">
            <w:pPr>
              <w:spacing w:before="40" w:after="40"/>
              <w:rPr>
                <w:highlight w:val="green"/>
              </w:rPr>
            </w:pPr>
            <w:r w:rsidRPr="002F30D9">
              <w:rPr>
                <w:b/>
                <w:highlight w:val="green"/>
              </w:rPr>
              <w:t xml:space="preserve">Practical Activity: </w:t>
            </w:r>
            <w:r w:rsidRPr="002F30D9">
              <w:rPr>
                <w:highlight w:val="green"/>
              </w:rPr>
              <w:t>Explicitly discuss body variations between boys and girls using correct terms, reinforcing that our bodies belong to us.</w:t>
            </w:r>
          </w:p>
        </w:tc>
      </w:tr>
      <w:tr w:rsidR="00751A4A" w14:paraId="6907739A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CBE9" w14:textId="77777777" w:rsidR="00751A4A" w:rsidRDefault="00EB1EA8">
            <w:pPr>
              <w:spacing w:before="40" w:after="40"/>
            </w:pPr>
            <w:r>
              <w:rPr>
                <w:b/>
              </w:rPr>
              <w:t>Week 2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1EFC" w14:textId="77777777" w:rsidR="00751A4A" w:rsidRDefault="00EB1EA8">
            <w:pPr>
              <w:spacing w:before="40" w:after="40"/>
            </w:pPr>
            <w:r>
              <w:t>Rules to Help Us (M2 U3 S2)</w:t>
            </w:r>
          </w:p>
          <w:p w14:paraId="2F52A029" w14:textId="77777777" w:rsidR="002F30D9" w:rsidRPr="00922B75" w:rsidRDefault="002F30D9" w:rsidP="002F30D9">
            <w:pPr>
              <w:rPr>
                <w:rFonts w:eastAsia="Arial" w:cs="Arial"/>
                <w:sz w:val="22"/>
              </w:rPr>
            </w:pPr>
            <w:hyperlink r:id="rId17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 xml:space="preserve">KS1 2.3.2 Rules </w:t>
              </w:r>
              <w:proofErr w:type="gramStart"/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To</w:t>
              </w:r>
              <w:proofErr w:type="gramEnd"/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 xml:space="preserve"> Help Us</w:t>
              </w:r>
            </w:hyperlink>
          </w:p>
          <w:p w14:paraId="10EDA37B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6680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Guidelines for keeping safe online and offline.</w:t>
            </w:r>
          </w:p>
          <w:p w14:paraId="6F59F48B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Create custom safety signs for the class computer area, detailing time limits and reporting unhelpful content.</w:t>
            </w:r>
          </w:p>
        </w:tc>
      </w:tr>
      <w:tr w:rsidR="00751A4A" w14:paraId="5E0B3873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C591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37BA" w14:textId="77777777" w:rsidR="00751A4A" w:rsidRDefault="00EB1EA8">
            <w:pPr>
              <w:spacing w:before="40" w:after="40"/>
            </w:pPr>
            <w:r>
              <w:t>Mutual Respect (Family Diversity)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8B33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Respecting diverse household structures.</w:t>
            </w:r>
          </w:p>
          <w:p w14:paraId="5970F8F2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Read stories highlighting different family units (foster carers, single parents, same-sex parents). Draw a secure house diagram.</w:t>
            </w:r>
          </w:p>
        </w:tc>
      </w:tr>
      <w:tr w:rsidR="00751A4A" w14:paraId="500C4734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7A20" w14:textId="77777777" w:rsidR="00751A4A" w:rsidRDefault="00EB1EA8">
            <w:pPr>
              <w:spacing w:before="40" w:after="40"/>
            </w:pPr>
            <w:r>
              <w:rPr>
                <w:b/>
              </w:rPr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2279" w14:textId="77777777" w:rsidR="00751A4A" w:rsidRDefault="00EB1EA8">
            <w:pPr>
              <w:spacing w:before="40" w:after="40"/>
            </w:pPr>
            <w:r>
              <w:t>Anti-Bullying Week [Event]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57BF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Standing up against exclusion.</w:t>
            </w:r>
          </w:p>
          <w:p w14:paraId="095D016C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practice direct verbal shield phrases and run collaborative team-building activities.</w:t>
            </w:r>
          </w:p>
        </w:tc>
      </w:tr>
      <w:tr w:rsidR="00751A4A" w14:paraId="46953370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6DDC" w14:textId="77777777" w:rsidR="00751A4A" w:rsidRDefault="00EB1EA8">
            <w:pPr>
              <w:spacing w:before="40" w:after="40"/>
            </w:pPr>
            <w:r>
              <w:rPr>
                <w:b/>
              </w:rPr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4DD6" w14:textId="77777777" w:rsidR="00751A4A" w:rsidRDefault="00EB1EA8">
            <w:pPr>
              <w:spacing w:before="40" w:after="40"/>
            </w:pPr>
            <w:r>
              <w:t>Needs vs. Wants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FE6F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Scarcity, priority, and spending choices.</w:t>
            </w:r>
          </w:p>
          <w:p w14:paraId="608AC42F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Present essential items alongside luxury items. Conduct a group sorting exercise to prioritize essential class supplies.</w:t>
            </w:r>
          </w:p>
        </w:tc>
      </w:tr>
    </w:tbl>
    <w:p w14:paraId="64E32CE5" w14:textId="713F93D1" w:rsidR="00751A4A" w:rsidRDefault="00EB1EA8">
      <w:pPr>
        <w:spacing w:before="240" w:after="80"/>
      </w:pPr>
      <w:r>
        <w:rPr>
          <w:b/>
          <w:sz w:val="22"/>
        </w:rPr>
        <w:lastRenderedPageBreak/>
        <w:t xml:space="preserve">Spring 1: </w:t>
      </w:r>
      <w:r w:rsidR="007C733B">
        <w:rPr>
          <w:b/>
          <w:sz w:val="22"/>
        </w:rPr>
        <w:t>Staying Safe and Well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2A2A2243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4BE4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6FF3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9C82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128B354D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218F" w14:textId="77777777" w:rsidR="00751A4A" w:rsidRDefault="00EB1EA8">
            <w:pPr>
              <w:spacing w:before="40" w:after="40"/>
            </w:pPr>
            <w:r>
              <w:rPr>
                <w:b/>
              </w:rPr>
              <w:t>Week 1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7550" w14:textId="77777777" w:rsidR="00751A4A" w:rsidRDefault="00EB1EA8">
            <w:pPr>
              <w:spacing w:before="40" w:after="40"/>
            </w:pPr>
            <w:r>
              <w:t>Three in One (M3 U1 S1)</w:t>
            </w:r>
          </w:p>
          <w:p w14:paraId="5D9D7EB7" w14:textId="77777777" w:rsidR="002F30D9" w:rsidRPr="00922B75" w:rsidRDefault="002F30D9" w:rsidP="002F30D9">
            <w:pPr>
              <w:rPr>
                <w:rFonts w:eastAsia="Arial" w:cs="Arial"/>
                <w:sz w:val="22"/>
              </w:rPr>
            </w:pPr>
            <w:hyperlink r:id="rId18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3.1.1 Three in One</w:t>
              </w:r>
            </w:hyperlink>
          </w:p>
          <w:p w14:paraId="68212DC8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52C2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Shared religious understanding.</w:t>
            </w:r>
          </w:p>
          <w:p w14:paraId="2E01B50B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 xml:space="preserve">Explore Christian community structures. Create geometric art depicting how separate elements </w:t>
            </w:r>
            <w:proofErr w:type="gramStart"/>
            <w:r>
              <w:t>integrate together</w:t>
            </w:r>
            <w:proofErr w:type="gramEnd"/>
            <w:r>
              <w:t xml:space="preserve"> beautifully.</w:t>
            </w:r>
          </w:p>
        </w:tc>
      </w:tr>
      <w:tr w:rsidR="00751A4A" w14:paraId="278E8FB1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7756" w14:textId="77777777" w:rsidR="00751A4A" w:rsidRDefault="00EB1EA8">
            <w:pPr>
              <w:spacing w:before="40" w:after="40"/>
            </w:pPr>
            <w:r>
              <w:rPr>
                <w:b/>
              </w:rPr>
              <w:t>Week 2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928C" w14:textId="77777777" w:rsidR="00751A4A" w:rsidRDefault="00EB1EA8">
            <w:pPr>
              <w:spacing w:before="40" w:after="40"/>
            </w:pPr>
            <w:r>
              <w:t xml:space="preserve">Who is My </w:t>
            </w:r>
            <w:proofErr w:type="spellStart"/>
            <w:r>
              <w:t>Neighbour</w:t>
            </w:r>
            <w:proofErr w:type="spellEnd"/>
            <w:r>
              <w:t>? (M3 U1 S2)</w:t>
            </w:r>
          </w:p>
          <w:p w14:paraId="4F99BF3A" w14:textId="77777777" w:rsidR="002F30D9" w:rsidRPr="00922B75" w:rsidRDefault="002F30D9" w:rsidP="002F30D9">
            <w:pPr>
              <w:rPr>
                <w:rFonts w:eastAsia="Arial" w:cs="Arial"/>
                <w:color w:val="0563C1"/>
                <w:sz w:val="22"/>
                <w:u w:val="single"/>
              </w:rPr>
            </w:pPr>
            <w:hyperlink r:id="rId19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 xml:space="preserve">KS1 3.1.2 Who Is My </w:t>
              </w:r>
              <w:proofErr w:type="spellStart"/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Neighbour</w:t>
              </w:r>
              <w:proofErr w:type="spellEnd"/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?</w:t>
              </w:r>
            </w:hyperlink>
          </w:p>
          <w:p w14:paraId="6B56BFBC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708D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Community care and outreach.</w:t>
            </w:r>
          </w:p>
          <w:p w14:paraId="6418D41F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Read the Good Samaritan story. Plan a localized 'Kindness Mission' within the school to support other classrooms anonymously.</w:t>
            </w:r>
          </w:p>
        </w:tc>
      </w:tr>
      <w:tr w:rsidR="00751A4A" w14:paraId="5D5A545B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3864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2BEB" w14:textId="77777777" w:rsidR="00751A4A" w:rsidRDefault="00EB1EA8">
            <w:pPr>
              <w:spacing w:before="40" w:after="40"/>
            </w:pPr>
            <w:r>
              <w:t>The Rule of Law (Consequences)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BD2C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Understanding justice and system rules.</w:t>
            </w:r>
          </w:p>
          <w:p w14:paraId="7C3A22EA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Intentionally play a simple game incorrectly. Discuss how breaking boundaries ruins the experience for everyone involved.</w:t>
            </w:r>
          </w:p>
        </w:tc>
      </w:tr>
      <w:tr w:rsidR="00751A4A" w14:paraId="6D79AA0D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0FE1" w14:textId="77777777" w:rsidR="00751A4A" w:rsidRDefault="00EB1EA8">
            <w:pPr>
              <w:spacing w:before="40" w:after="40"/>
            </w:pPr>
            <w:r>
              <w:rPr>
                <w:b/>
              </w:rPr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2F5D" w14:textId="77777777" w:rsidR="00751A4A" w:rsidRDefault="00EB1EA8">
            <w:pPr>
              <w:spacing w:before="40" w:after="40"/>
            </w:pPr>
            <w:r>
              <w:t>Children's Mental Health Week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C9BF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Emotional self-care practices.</w:t>
            </w:r>
          </w:p>
          <w:p w14:paraId="6B065862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integrate daily mindfulness exercises or run a class workshop on expressing complex moods.</w:t>
            </w:r>
          </w:p>
        </w:tc>
      </w:tr>
      <w:tr w:rsidR="00751A4A" w14:paraId="5E6AFF5F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97B3" w14:textId="77777777" w:rsidR="00751A4A" w:rsidRDefault="00EB1EA8">
            <w:pPr>
              <w:spacing w:before="40" w:after="40"/>
            </w:pPr>
            <w:r>
              <w:rPr>
                <w:b/>
              </w:rPr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AC48" w14:textId="77777777" w:rsidR="00751A4A" w:rsidRDefault="00EB1EA8">
            <w:pPr>
              <w:spacing w:before="40" w:after="40"/>
            </w:pPr>
            <w:r>
              <w:t>Safer Internet Day [Event]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228B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Secure digital behaviors.</w:t>
            </w:r>
          </w:p>
          <w:p w14:paraId="5C5906E9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participate in whole-school safety assemblies and digital literacy benchmarks.</w:t>
            </w:r>
          </w:p>
        </w:tc>
      </w:tr>
    </w:tbl>
    <w:p w14:paraId="49D3BA79" w14:textId="77777777" w:rsidR="00751A4A" w:rsidRDefault="00EB1EA8">
      <w:pPr>
        <w:spacing w:before="240" w:after="80"/>
      </w:pPr>
      <w:r>
        <w:rPr>
          <w:b/>
          <w:sz w:val="22"/>
        </w:rPr>
        <w:t>Spring 2: Emotional Well-Being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416E75B6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A16D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BAE6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DD66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0ECC40C1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90EC" w14:textId="77777777" w:rsidR="00751A4A" w:rsidRDefault="00EB1EA8">
            <w:pPr>
              <w:spacing w:before="40" w:after="40"/>
            </w:pPr>
            <w:r>
              <w:rPr>
                <w:b/>
              </w:rPr>
              <w:t>Week 1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7F18" w14:textId="77777777" w:rsidR="00751A4A" w:rsidRDefault="00EB1EA8">
            <w:pPr>
              <w:spacing w:before="40" w:after="40"/>
            </w:pPr>
            <w:r>
              <w:t>Feelings, Likes &amp; Dislikes (M1 U3 S1)</w:t>
            </w:r>
          </w:p>
          <w:p w14:paraId="23DB750A" w14:textId="77777777" w:rsidR="002F30D9" w:rsidRPr="00922B75" w:rsidRDefault="002F30D9" w:rsidP="002F30D9">
            <w:pPr>
              <w:rPr>
                <w:rFonts w:eastAsia="Arial" w:cs="Arial"/>
                <w:color w:val="000000"/>
                <w:sz w:val="22"/>
              </w:rPr>
            </w:pPr>
            <w:hyperlink r:id="rId20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1.3.1 Feelings, Likes and Dislikes</w:t>
              </w:r>
            </w:hyperlink>
          </w:p>
          <w:p w14:paraId="2212845B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49A3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Recognizing varied personal viewpoints.</w:t>
            </w:r>
          </w:p>
          <w:p w14:paraId="4451BCFE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Play a giant Venn diagram carpet game mapping out intersecting likes and dislikes among peer groups.</w:t>
            </w:r>
          </w:p>
        </w:tc>
      </w:tr>
      <w:tr w:rsidR="00751A4A" w14:paraId="559676A4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F5D8" w14:textId="77777777" w:rsidR="00751A4A" w:rsidRDefault="00EB1EA8">
            <w:pPr>
              <w:spacing w:before="40" w:after="40"/>
            </w:pPr>
            <w:r>
              <w:rPr>
                <w:b/>
              </w:rPr>
              <w:t>Week 2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8343" w14:textId="33B44875" w:rsidR="00751A4A" w:rsidRDefault="00EB1EA8">
            <w:pPr>
              <w:spacing w:before="40" w:after="40"/>
            </w:pPr>
            <w:r>
              <w:t>Feeling Inside Out (M1 U3 S2)</w:t>
            </w:r>
          </w:p>
          <w:p w14:paraId="47DE86A5" w14:textId="77777777" w:rsidR="002F30D9" w:rsidRPr="00922B75" w:rsidRDefault="002F30D9" w:rsidP="002F30D9">
            <w:pPr>
              <w:rPr>
                <w:rFonts w:eastAsia="Arial" w:cs="Arial"/>
                <w:color w:val="000000"/>
                <w:sz w:val="22"/>
              </w:rPr>
            </w:pPr>
            <w:hyperlink r:id="rId21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1.3.2 Feeling Inside Out</w:t>
              </w:r>
            </w:hyperlink>
          </w:p>
          <w:p w14:paraId="53D02F1E" w14:textId="77777777" w:rsidR="002F30D9" w:rsidRDefault="002F30D9" w:rsidP="00251787"/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9DC6" w14:textId="22AB30F1" w:rsidR="00751A4A" w:rsidRDefault="00251787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Physical emotions.</w:t>
            </w:r>
            <w:r>
              <w:br/>
            </w:r>
            <w:r>
              <w:br/>
            </w:r>
            <w:r>
              <w:rPr>
                <w:b/>
              </w:rPr>
              <w:t xml:space="preserve">Practical Activity: </w:t>
            </w:r>
            <w:r>
              <w:t>Identify bodily reactions to deep feelings (e.g., shaky hands, fast heartbeat). Build a coping tool chart.</w:t>
            </w:r>
          </w:p>
        </w:tc>
      </w:tr>
      <w:tr w:rsidR="00751A4A" w14:paraId="28DCA583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56E3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E5C1" w14:textId="77777777" w:rsidR="00751A4A" w:rsidRDefault="00EB1EA8">
            <w:pPr>
              <w:spacing w:before="40" w:after="40"/>
            </w:pPr>
            <w:r>
              <w:t>Democracy (Classroom Governance)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0C28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Leadership roles and civil participation.</w:t>
            </w:r>
          </w:p>
          <w:p w14:paraId="70813BB6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Elect weekly classroom monitors via peer nominations, outlining specific duties to look after the collective space fairly.</w:t>
            </w:r>
          </w:p>
        </w:tc>
      </w:tr>
      <w:tr w:rsidR="00751A4A" w14:paraId="2A4AE4A9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57C0" w14:textId="77777777" w:rsidR="00751A4A" w:rsidRDefault="00EB1EA8">
            <w:pPr>
              <w:spacing w:before="40" w:after="40"/>
            </w:pPr>
            <w:r>
              <w:rPr>
                <w:b/>
              </w:rPr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2D53" w14:textId="77777777" w:rsidR="00751A4A" w:rsidRDefault="00EB1EA8">
            <w:pPr>
              <w:spacing w:before="40" w:after="40"/>
            </w:pPr>
            <w:r>
              <w:t>National Careers Week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BB6C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Exploring future aspirations.</w:t>
            </w:r>
          </w:p>
          <w:p w14:paraId="5626D1C9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hold interactive career roleplay stations and discuss different jobs in the community.</w:t>
            </w:r>
          </w:p>
        </w:tc>
      </w:tr>
      <w:tr w:rsidR="00751A4A" w14:paraId="16A4232D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FCAA" w14:textId="77777777" w:rsidR="00751A4A" w:rsidRDefault="00EB1EA8">
            <w:pPr>
              <w:spacing w:before="40" w:after="40"/>
            </w:pPr>
            <w:r>
              <w:rPr>
                <w:b/>
              </w:rPr>
              <w:lastRenderedPageBreak/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D45C" w14:textId="77777777" w:rsidR="00751A4A" w:rsidRDefault="00EB1EA8">
            <w:pPr>
              <w:spacing w:before="40" w:after="40"/>
            </w:pPr>
            <w:r>
              <w:t>Learning from Mistakes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95A7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Growth mindsets and trial-and-error.</w:t>
            </w:r>
          </w:p>
          <w:p w14:paraId="29680568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 xml:space="preserve">Tackle a complex physical puzzle or block structure. </w:t>
            </w:r>
            <w:proofErr w:type="gramStart"/>
            <w:r>
              <w:t>Document</w:t>
            </w:r>
            <w:proofErr w:type="gramEnd"/>
            <w:r>
              <w:t xml:space="preserve"> how revisions and collaborative edits solve problems.</w:t>
            </w:r>
          </w:p>
        </w:tc>
      </w:tr>
    </w:tbl>
    <w:p w14:paraId="31E63843" w14:textId="1412F3B6" w:rsidR="00751A4A" w:rsidRDefault="00EB1EA8">
      <w:pPr>
        <w:spacing w:before="240" w:after="80"/>
      </w:pPr>
      <w:r>
        <w:rPr>
          <w:b/>
          <w:sz w:val="22"/>
        </w:rPr>
        <w:t xml:space="preserve">Summer 1: </w:t>
      </w:r>
      <w:r w:rsidR="00251787">
        <w:rPr>
          <w:b/>
          <w:sz w:val="22"/>
        </w:rPr>
        <w:t xml:space="preserve">Friends and </w:t>
      </w:r>
      <w:r w:rsidR="007C733B">
        <w:rPr>
          <w:b/>
          <w:sz w:val="22"/>
        </w:rPr>
        <w:t>Networks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18F5D5FA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1DAE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9705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697E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68F2D560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8B13" w14:textId="77777777" w:rsidR="00751A4A" w:rsidRDefault="00EB1EA8">
            <w:pPr>
              <w:spacing w:before="40" w:after="40"/>
            </w:pPr>
            <w:r>
              <w:rPr>
                <w:b/>
              </w:rPr>
              <w:t>Week 1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9268" w14:textId="77777777" w:rsidR="00251787" w:rsidRPr="00251787" w:rsidRDefault="00251787" w:rsidP="00251787">
            <w:pPr>
              <w:rPr>
                <w:bCs/>
              </w:rPr>
            </w:pPr>
            <w:r w:rsidRPr="00251787">
              <w:rPr>
                <w:bCs/>
              </w:rPr>
              <w:t>Super Susie Gets Angry</w:t>
            </w:r>
            <w:r w:rsidRPr="00251787">
              <w:rPr>
                <w:bCs/>
              </w:rPr>
              <w:br/>
              <w:t>(M1 U3 S3)</w:t>
            </w:r>
          </w:p>
          <w:p w14:paraId="7CB19B10" w14:textId="6DCFA165" w:rsidR="00251787" w:rsidRPr="00922B75" w:rsidRDefault="00251787" w:rsidP="00251787">
            <w:pPr>
              <w:rPr>
                <w:rFonts w:eastAsia="Arial" w:cs="Arial"/>
                <w:color w:val="000000"/>
                <w:sz w:val="22"/>
              </w:rPr>
            </w:pPr>
            <w:hyperlink r:id="rId22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1.3.3 Super Susie Gets Angry</w:t>
              </w:r>
            </w:hyperlink>
          </w:p>
          <w:p w14:paraId="70CA14AB" w14:textId="423C65DB" w:rsidR="00751A4A" w:rsidRDefault="00751A4A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63A0" w14:textId="6194C6C4" w:rsidR="00751A4A" w:rsidRDefault="00251787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Managing anger.</w:t>
            </w:r>
            <w:r>
              <w:br/>
            </w:r>
            <w:r>
              <w:br/>
            </w:r>
            <w:r>
              <w:rPr>
                <w:b/>
              </w:rPr>
              <w:t xml:space="preserve">Practical Activity: </w:t>
            </w:r>
            <w:r>
              <w:t xml:space="preserve">Read *Super Susie*. Practice an active cooling mantra ('Stop, Breathe, </w:t>
            </w:r>
            <w:proofErr w:type="gramStart"/>
            <w:r>
              <w:t>Think</w:t>
            </w:r>
            <w:proofErr w:type="gramEnd"/>
            <w:r>
              <w:t>') to use when feeling highly upset.</w:t>
            </w:r>
          </w:p>
        </w:tc>
      </w:tr>
      <w:tr w:rsidR="00751A4A" w14:paraId="4D9793AB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C56D" w14:textId="77777777" w:rsidR="00751A4A" w:rsidRDefault="00EB1EA8">
            <w:pPr>
              <w:spacing w:before="40" w:after="40"/>
            </w:pPr>
            <w:r>
              <w:rPr>
                <w:b/>
              </w:rPr>
              <w:t>Week 2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D603" w14:textId="77777777" w:rsidR="00751A4A" w:rsidRDefault="00EB1EA8">
            <w:pPr>
              <w:spacing w:before="40" w:after="40"/>
            </w:pPr>
            <w:r>
              <w:t>The Communities We Live In (M3 U2 S2)</w:t>
            </w:r>
          </w:p>
          <w:p w14:paraId="1DD2C29D" w14:textId="4014FA98" w:rsidR="002F30D9" w:rsidRDefault="002F30D9">
            <w:pPr>
              <w:spacing w:before="40" w:after="40"/>
            </w:pPr>
            <w:hyperlink r:id="rId23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3.2.1 The Communities We Live In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B69C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Broader structural networks.</w:t>
            </w:r>
          </w:p>
          <w:p w14:paraId="19EA53A5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 xml:space="preserve">Share and list personal clubs, faith groups, or sports </w:t>
            </w:r>
            <w:proofErr w:type="gramStart"/>
            <w:r>
              <w:t>teams</w:t>
            </w:r>
            <w:proofErr w:type="gramEnd"/>
            <w:r>
              <w:t xml:space="preserve"> children belong to, looking at common communal values.</w:t>
            </w:r>
          </w:p>
        </w:tc>
      </w:tr>
      <w:tr w:rsidR="00751A4A" w14:paraId="3B6A5313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DFD6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F0FB" w14:textId="77777777" w:rsidR="00751A4A" w:rsidRDefault="00EB1EA8">
            <w:pPr>
              <w:spacing w:before="40" w:after="40"/>
            </w:pPr>
            <w:r>
              <w:t>Tolerance of Faiths &amp; Beliefs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97A9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Respecting sacred architectural spaces.</w:t>
            </w:r>
          </w:p>
          <w:p w14:paraId="7E631D5C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Examine architectural photos of local churches, synagogues, and mosques, highlighting peaceful, respectful conduct inside.</w:t>
            </w:r>
          </w:p>
        </w:tc>
      </w:tr>
      <w:tr w:rsidR="00751A4A" w14:paraId="753E5BEF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D518" w14:textId="77777777" w:rsidR="00751A4A" w:rsidRDefault="00EB1EA8">
            <w:pPr>
              <w:spacing w:before="40" w:after="40"/>
            </w:pPr>
            <w:r>
              <w:rPr>
                <w:b/>
              </w:rPr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E7B6" w14:textId="77777777" w:rsidR="00751A4A" w:rsidRDefault="00EB1EA8">
            <w:pPr>
              <w:spacing w:before="40" w:after="40"/>
            </w:pPr>
            <w:r>
              <w:t>Earth Day [Event]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23D5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Proactive resource preservation.</w:t>
            </w:r>
          </w:p>
          <w:p w14:paraId="38717FBE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Left to teacher discretion to design conservation posters encouraging turning off active light switches and water taps.</w:t>
            </w:r>
          </w:p>
        </w:tc>
      </w:tr>
      <w:tr w:rsidR="00751A4A" w14:paraId="14035B04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DDB3" w14:textId="77777777" w:rsidR="00751A4A" w:rsidRDefault="00EB1EA8">
            <w:pPr>
              <w:spacing w:before="40" w:after="40"/>
            </w:pPr>
            <w:r>
              <w:rPr>
                <w:b/>
              </w:rPr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223A" w14:textId="77777777" w:rsidR="00751A4A" w:rsidRDefault="00EB1EA8">
            <w:pPr>
              <w:spacing w:before="40" w:after="40"/>
            </w:pPr>
            <w:r>
              <w:t>Where Money Comes From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CAD5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Economic exchanges, labor, and tokens.</w:t>
            </w:r>
          </w:p>
          <w:p w14:paraId="667E3D52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Run a simulated store front. Practice completing manual tasks to earn tokens used to purchase mock goods.</w:t>
            </w:r>
          </w:p>
        </w:tc>
      </w:tr>
    </w:tbl>
    <w:p w14:paraId="5FC77554" w14:textId="43B4FBB4" w:rsidR="00751A4A" w:rsidRDefault="00EB1EA8">
      <w:pPr>
        <w:spacing w:before="240" w:after="80"/>
      </w:pPr>
      <w:r>
        <w:rPr>
          <w:b/>
          <w:sz w:val="22"/>
        </w:rPr>
        <w:t xml:space="preserve">Summer 2: </w:t>
      </w:r>
      <w:r w:rsidR="00251787">
        <w:rPr>
          <w:b/>
          <w:sz w:val="22"/>
        </w:rPr>
        <w:t>Growing and Moving 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5472"/>
      </w:tblGrid>
      <w:tr w:rsidR="00751A4A" w14:paraId="13D06719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FF4C" w14:textId="77777777" w:rsidR="00751A4A" w:rsidRDefault="00EB1EA8">
            <w:r>
              <w:rPr>
                <w:b/>
              </w:rPr>
              <w:t>Week &amp; Strand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A9AC" w14:textId="77777777" w:rsidR="00751A4A" w:rsidRDefault="00EB1EA8">
            <w:r>
              <w:rPr>
                <w:b/>
              </w:rPr>
              <w:t>Lesson Focus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2BFD" w14:textId="77777777" w:rsidR="00751A4A" w:rsidRDefault="00EB1EA8">
            <w:r>
              <w:rPr>
                <w:b/>
              </w:rPr>
              <w:t>Explicit Activity &amp; Practical Guidance</w:t>
            </w:r>
          </w:p>
        </w:tc>
      </w:tr>
      <w:tr w:rsidR="00751A4A" w14:paraId="03778955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E9EC" w14:textId="77777777" w:rsidR="00751A4A" w:rsidRDefault="00EB1EA8">
            <w:pPr>
              <w:spacing w:before="40" w:after="40"/>
            </w:pPr>
            <w:r>
              <w:rPr>
                <w:b/>
              </w:rPr>
              <w:t>Week 1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2543" w14:textId="77777777" w:rsidR="00751A4A" w:rsidRDefault="00EB1EA8">
            <w:pPr>
              <w:spacing w:before="40" w:after="40"/>
            </w:pPr>
            <w:r>
              <w:t>The Cycle of Life (M1 U4 S1)</w:t>
            </w:r>
          </w:p>
          <w:p w14:paraId="5E3E38A1" w14:textId="77777777" w:rsidR="002F30D9" w:rsidRPr="00922B75" w:rsidRDefault="002F30D9" w:rsidP="002F30D9">
            <w:pPr>
              <w:rPr>
                <w:rFonts w:eastAsia="Arial" w:cs="Arial"/>
                <w:color w:val="0563C1"/>
                <w:sz w:val="22"/>
                <w:u w:val="single"/>
              </w:rPr>
            </w:pPr>
            <w:hyperlink r:id="rId24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1.4.1 The Cycle of Life</w:t>
              </w:r>
            </w:hyperlink>
          </w:p>
          <w:p w14:paraId="268DD349" w14:textId="77777777" w:rsidR="002F30D9" w:rsidRDefault="002F30D9">
            <w:pPr>
              <w:spacing w:before="40" w:after="40"/>
            </w:pP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551D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Biological progression and growth transitions.</w:t>
            </w:r>
          </w:p>
          <w:p w14:paraId="5DA0F8D9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Study lifecycle diagrams of plants and animals. Map personal milestones from baby pictures to current photos.</w:t>
            </w:r>
          </w:p>
        </w:tc>
      </w:tr>
      <w:tr w:rsidR="00751A4A" w14:paraId="0E7A35F2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35F5" w14:textId="77777777" w:rsidR="00751A4A" w:rsidRDefault="00EB1EA8">
            <w:pPr>
              <w:spacing w:before="40" w:after="40"/>
            </w:pPr>
            <w:r>
              <w:rPr>
                <w:b/>
              </w:rPr>
              <w:t>Week 2</w:t>
            </w:r>
            <w:r>
              <w:rPr>
                <w:b/>
              </w:rPr>
              <w:br/>
            </w:r>
            <w:proofErr w:type="spellStart"/>
            <w:proofErr w:type="gramStart"/>
            <w:r>
              <w:rPr>
                <w:b/>
              </w:rPr>
              <w:t>Ten:Ten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D47C" w14:textId="77777777" w:rsidR="00751A4A" w:rsidRDefault="00EB1EA8">
            <w:pPr>
              <w:spacing w:before="40" w:after="40"/>
            </w:pPr>
            <w:r>
              <w:t>Beginnings and Endings (M1 U4 S2)</w:t>
            </w:r>
          </w:p>
          <w:p w14:paraId="6A0EB4B2" w14:textId="1928BFD9" w:rsidR="002F30D9" w:rsidRPr="002F30D9" w:rsidRDefault="002F30D9" w:rsidP="002F30D9">
            <w:pPr>
              <w:rPr>
                <w:rFonts w:eastAsia="Arial" w:cs="Arial"/>
                <w:sz w:val="22"/>
              </w:rPr>
            </w:pPr>
            <w:hyperlink r:id="rId25">
              <w:r w:rsidRPr="00922B75">
                <w:rPr>
                  <w:rFonts w:eastAsia="Arial" w:cs="Arial"/>
                  <w:color w:val="0563C1"/>
                  <w:sz w:val="22"/>
                  <w:u w:val="single"/>
                </w:rPr>
                <w:t>KS1 1.4.2 Beginnings and Endings</w:t>
              </w:r>
            </w:hyperlink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EF73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Addressing change and future settings.</w:t>
            </w:r>
          </w:p>
          <w:p w14:paraId="438CE000" w14:textId="2ABD03C9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 xml:space="preserve">Create an emotion map exploring excitement versus nerves regarding leaving Key Stage 1 and moving up </w:t>
            </w:r>
            <w:r w:rsidR="002F30D9">
              <w:t>to KS2</w:t>
            </w:r>
            <w:r>
              <w:t>.</w:t>
            </w:r>
          </w:p>
        </w:tc>
      </w:tr>
      <w:tr w:rsidR="00751A4A" w14:paraId="3B119A20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4582" w14:textId="77777777" w:rsidR="00751A4A" w:rsidRDefault="00EB1EA8">
            <w:pPr>
              <w:spacing w:before="40" w:after="40"/>
            </w:pPr>
            <w:r>
              <w:rPr>
                <w:b/>
              </w:rPr>
              <w:t>Week 3</w:t>
            </w:r>
            <w:r>
              <w:rPr>
                <w:b/>
              </w:rPr>
              <w:br/>
              <w:t>(British Value)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2F5E" w14:textId="77777777" w:rsidR="00751A4A" w:rsidRDefault="00EB1EA8">
            <w:pPr>
              <w:spacing w:before="40" w:after="40"/>
            </w:pPr>
            <w:r>
              <w:t>Rule of Law (Shared Transition Rules)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0A42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Preparing cooperative boundaries for future classes.</w:t>
            </w:r>
          </w:p>
          <w:p w14:paraId="15175481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Cooperatively vote on and draft a code of conduct poster to hand deliver directly to their incoming Year 3 teacher.</w:t>
            </w:r>
          </w:p>
        </w:tc>
      </w:tr>
      <w:tr w:rsidR="00751A4A" w14:paraId="734CDC54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9F7C" w14:textId="77777777" w:rsidR="00751A4A" w:rsidRDefault="00EB1EA8">
            <w:pPr>
              <w:spacing w:before="40" w:after="40"/>
            </w:pPr>
            <w:r>
              <w:rPr>
                <w:b/>
              </w:rPr>
              <w:lastRenderedPageBreak/>
              <w:t>Week 4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1410" w14:textId="77777777" w:rsidR="00751A4A" w:rsidRDefault="00EB1EA8">
            <w:pPr>
              <w:spacing w:before="40" w:after="40"/>
            </w:pPr>
            <w:r>
              <w:t>Moving to Year 3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969C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Mitigating environment anxiety.</w:t>
            </w:r>
          </w:p>
          <w:p w14:paraId="0B19AEA0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Take an extended tour of the Key Stage 2 building, sitting at Year 3 desks and interviewing older students during break.</w:t>
            </w:r>
          </w:p>
        </w:tc>
      </w:tr>
      <w:tr w:rsidR="00751A4A" w14:paraId="73E8B8DA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8929" w14:textId="77777777" w:rsidR="00751A4A" w:rsidRDefault="00EB1EA8">
            <w:pPr>
              <w:spacing w:before="40" w:after="40"/>
            </w:pPr>
            <w:r>
              <w:rPr>
                <w:b/>
              </w:rPr>
              <w:t>Week 5</w:t>
            </w:r>
            <w:r>
              <w:rPr>
                <w:b/>
              </w:rPr>
              <w:br/>
              <w:t>(Wider World)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D378" w14:textId="77777777" w:rsidR="00751A4A" w:rsidRDefault="00EB1EA8">
            <w:pPr>
              <w:spacing w:before="40" w:after="40"/>
            </w:pPr>
            <w:r>
              <w:t>My Goals for Key Stage 2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79D0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Theme: </w:t>
            </w:r>
            <w:r>
              <w:t>Clear target capsules.</w:t>
            </w:r>
          </w:p>
          <w:p w14:paraId="4D41E486" w14:textId="77777777" w:rsidR="00751A4A" w:rsidRDefault="00EB1EA8">
            <w:pPr>
              <w:spacing w:before="40" w:after="40"/>
            </w:pPr>
            <w:r>
              <w:rPr>
                <w:b/>
              </w:rPr>
              <w:t xml:space="preserve">Practical Activity: </w:t>
            </w:r>
            <w:r>
              <w:t>Write a personal milestone goal capsule detailing one academic and one social target to unlock during Key Stage 2.</w:t>
            </w:r>
          </w:p>
        </w:tc>
      </w:tr>
    </w:tbl>
    <w:p w14:paraId="42086AAC" w14:textId="77777777" w:rsidR="00EB1EA8" w:rsidRDefault="00EB1EA8"/>
    <w:sectPr w:rsidR="00EB1EA8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7C35B4"/>
    <w:multiLevelType w:val="hybridMultilevel"/>
    <w:tmpl w:val="EBFA7E64"/>
    <w:lvl w:ilvl="0" w:tplc="1AEE6B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B1322"/>
    <w:multiLevelType w:val="multilevel"/>
    <w:tmpl w:val="6302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6605105">
    <w:abstractNumId w:val="8"/>
  </w:num>
  <w:num w:numId="2" w16cid:durableId="428500932">
    <w:abstractNumId w:val="6"/>
  </w:num>
  <w:num w:numId="3" w16cid:durableId="1221749827">
    <w:abstractNumId w:val="5"/>
  </w:num>
  <w:num w:numId="4" w16cid:durableId="2107186633">
    <w:abstractNumId w:val="4"/>
  </w:num>
  <w:num w:numId="5" w16cid:durableId="2115712782">
    <w:abstractNumId w:val="7"/>
  </w:num>
  <w:num w:numId="6" w16cid:durableId="1592203911">
    <w:abstractNumId w:val="3"/>
  </w:num>
  <w:num w:numId="7" w16cid:durableId="242615657">
    <w:abstractNumId w:val="2"/>
  </w:num>
  <w:num w:numId="8" w16cid:durableId="1760369807">
    <w:abstractNumId w:val="1"/>
  </w:num>
  <w:num w:numId="9" w16cid:durableId="2071616538">
    <w:abstractNumId w:val="0"/>
  </w:num>
  <w:num w:numId="10" w16cid:durableId="1304893165">
    <w:abstractNumId w:val="10"/>
  </w:num>
  <w:num w:numId="11" w16cid:durableId="10332620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187"/>
    <w:rsid w:val="0006063C"/>
    <w:rsid w:val="0015074B"/>
    <w:rsid w:val="00251787"/>
    <w:rsid w:val="0029639D"/>
    <w:rsid w:val="002F30D9"/>
    <w:rsid w:val="00326F90"/>
    <w:rsid w:val="00436EFF"/>
    <w:rsid w:val="0066741E"/>
    <w:rsid w:val="00751A4A"/>
    <w:rsid w:val="007C733B"/>
    <w:rsid w:val="0081400D"/>
    <w:rsid w:val="00AA1D8D"/>
    <w:rsid w:val="00AC21B5"/>
    <w:rsid w:val="00B47730"/>
    <w:rsid w:val="00CB0664"/>
    <w:rsid w:val="00EB1E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DC4F68"/>
  <w14:defaultImageDpi w14:val="300"/>
  <w15:docId w15:val="{1F63CE81-BBF2-4A33-9D51-B1BA1AAE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ntenresources.co.uk/programmes/life-to-the-full-plus/ks1/m-2/ks1_2_created-to-love-others/u-1/ks1_2-1_religious-understanding/s-1/god-loves-you/" TargetMode="External"/><Relationship Id="rId13" Type="http://schemas.openxmlformats.org/officeDocument/2006/relationships/hyperlink" Target="https://www.tentenresources.co.uk/programmes/life-to-the-full-plus/ks1/m-2/ks1_2_created-to-love-others/u-2/ks1_2-2_personal-relationships/s-3/and-say-sorry/" TargetMode="External"/><Relationship Id="rId18" Type="http://schemas.openxmlformats.org/officeDocument/2006/relationships/hyperlink" Target="https://www.tentenresources.co.uk/programmes/life-to-the-full-plus/ks1/m-3/ks1_3_created-to-live-in-community/u-1/ks1_3-1_religious-understanding/s-1/three-in-one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tentenresources.co.uk/programmes/life-to-the-full-plus/ks1/m-1/ks1_1_created-and-loved-by-god/u-3/ks1_1-3_emotional-well-being/s-2/feeling-inside-out/" TargetMode="External"/><Relationship Id="rId7" Type="http://schemas.openxmlformats.org/officeDocument/2006/relationships/hyperlink" Target="https://www.tentenresources.co.uk/programmes/life-to-the-full-plus/ks1/m-1/ks1_1_created-and-loved-by-god/u-2/ks1_1-2_me-my-body-my-health/s-3/clean-and-healthy-my-body/" TargetMode="External"/><Relationship Id="rId12" Type="http://schemas.openxmlformats.org/officeDocument/2006/relationships/hyperlink" Target="https://www.tentenresources.co.uk/programmes/life-to-the-full-plus/ks1/m-2/ks1_2_created-to-love-others/u-2/ks1_2-2_personal-relationships/s-2/treat-others-well/" TargetMode="External"/><Relationship Id="rId17" Type="http://schemas.openxmlformats.org/officeDocument/2006/relationships/hyperlink" Target="https://www.tentenresources.co.uk/programmes/life-to-the-full-plus/ks1/m-3/ks1_3_created-to-live-in-community/u-1/ks1_3-1_religious-understanding/s-1/three-in-one/" TargetMode="External"/><Relationship Id="rId25" Type="http://schemas.openxmlformats.org/officeDocument/2006/relationships/hyperlink" Target="https://www.tentenresources.co.uk/programmes/life-to-the-full-plus/ks1/m-1/ks1_1_created-and-loved-by-god/u-4/ks1_1-4_life-cycles/s-2/beginnings-and-ending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entenresources.co.uk/programmes/life-to-the-full-plus/ks1/m-1/ks1_1_created-and-loved-by-god/u-2/ks1_1-2_me-my-body-my-health/s-2/girls-and-boys/" TargetMode="External"/><Relationship Id="rId20" Type="http://schemas.openxmlformats.org/officeDocument/2006/relationships/hyperlink" Target="https://www.tentenresources.co.uk/programmes/life-to-the-full-plus/ks1/m-1/ks1_1_created-and-loved-by-god/u-3/ks1_1-3_emotional-well-being/s-1/feelings-likes-and-dislikes/" TargetMode="External"/><Relationship Id="rId29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hyperlink" Target="https://www.tentenresources.co.uk/programmes/life-to-the-full-plus/ks1/m-1/ks1_1_created-and-loved-by-god/u-1/ks1_1-1_religious-understanding/s-1/let-the-children-come/" TargetMode="External"/><Relationship Id="rId11" Type="http://schemas.openxmlformats.org/officeDocument/2006/relationships/hyperlink" Target="https://www.tentenresources.co.uk/programmes/life-to-the-full-plus/ks1/m-2/ks1_2_created-to-love-others/u-4/ks1_2-4_keeping-safe/s-2/physical-contact/" TargetMode="External"/><Relationship Id="rId24" Type="http://schemas.openxmlformats.org/officeDocument/2006/relationships/hyperlink" Target="https://www.tentenresources.co.uk/programmes/life-to-the-full-plus/ks1/m-1/ks1_1_created-and-loved-by-god/u-4/ks1_1-4_life-cycles/s-1/the-cycle-of-lif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tentenresources.co.uk/programmes/life-to-the-full-plus/ks1/m-2/ks1_2_created-to-love-others/u-3/ks1_2-3_life-online/s-1/real-life-online/" TargetMode="External"/><Relationship Id="rId23" Type="http://schemas.openxmlformats.org/officeDocument/2006/relationships/hyperlink" Target="https://www.tentenresources.co.uk/programmes/life-to-the-full-plus/ks1/m-3/ks1_3_created-to-live-in-community/u-2/ks1_3-2_living-in-the-wider-world/s-1/the-communities-we-live-in/" TargetMode="External"/><Relationship Id="rId28" Type="http://schemas.openxmlformats.org/officeDocument/2006/relationships/customXml" Target="../customXml/item2.xml"/><Relationship Id="rId10" Type="http://schemas.openxmlformats.org/officeDocument/2006/relationships/hyperlink" Target="https://www.tentenresources.co.uk/programmes/life-to-the-full-plus/ks1/m-2/ks1_2_created-to-love-others/u-4/ks1_2-4_keeping-safe/s-1/good-and-bad-secrets/" TargetMode="External"/><Relationship Id="rId19" Type="http://schemas.openxmlformats.org/officeDocument/2006/relationships/hyperlink" Target="https://www.tentenresources.co.uk/programmes/life-to-the-full-plus/ks1/m-3/ks1_3_created-to-live-in-community/u-1/ks1_3-1_religious-understanding/s-2/who-is-my-neighbou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ntenresources.co.uk/programmes/life-to-the-full-plus/ks1/m-2/ks1_2_created-to-love-others/u-2/ks1_2-2_personal-relationships/s-1/special-people/" TargetMode="External"/><Relationship Id="rId14" Type="http://schemas.openxmlformats.org/officeDocument/2006/relationships/hyperlink" Target="https://www.tentenresources.co.uk/programmes/life-to-the-full-plus/ks1/m-1/ks1_1_created-and-loved-by-god/u-2/ks1_1-2_me-my-body-my-health/s-1/i-am-unique/" TargetMode="External"/><Relationship Id="rId22" Type="http://schemas.openxmlformats.org/officeDocument/2006/relationships/hyperlink" Target="https://www.tentenresources.co.uk/programmes/life-to-the-full-plus/ks1/m-1/ks1_1_created-and-loved-by-god/u-3/ks1_1-3_emotional-well-being/s-3/super-susie-gets-angry/" TargetMode="External"/><Relationship Id="rId27" Type="http://schemas.openxmlformats.org/officeDocument/2006/relationships/theme" Target="theme/theme1.xml"/><Relationship Id="rId30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BD472F209F0645B17656BBE4BCDA90" ma:contentTypeVersion="19" ma:contentTypeDescription="Create a new document." ma:contentTypeScope="" ma:versionID="236f273463d32020f296d5df47116adc">
  <xsd:schema xmlns:xsd="http://www.w3.org/2001/XMLSchema" xmlns:xs="http://www.w3.org/2001/XMLSchema" xmlns:p="http://schemas.microsoft.com/office/2006/metadata/properties" xmlns:ns2="58b774ed-12d4-4705-91db-dffc7e1518d3" xmlns:ns3="9af69521-86ed-43b3-b6dd-d0c277c60d4c" targetNamespace="http://schemas.microsoft.com/office/2006/metadata/properties" ma:root="true" ma:fieldsID="260f7d808f14c53a84baf08707c0a56d" ns2:_="" ns3:_="">
    <xsd:import namespace="58b774ed-12d4-4705-91db-dffc7e1518d3"/>
    <xsd:import namespace="9af69521-86ed-43b3-b6dd-d0c277c60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b774ed-12d4-4705-91db-dffc7e1518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bbd3311-be07-4d0c-98b0-b2ffadc787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69521-86ed-43b3-b6dd-d0c277c60d4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80d1b3d-83b1-4830-b196-f9ad2e8f006c}" ma:internalName="TaxCatchAll" ma:showField="CatchAllData" ma:web="9af69521-86ed-43b3-b6dd-d0c277c60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b774ed-12d4-4705-91db-dffc7e1518d3">
      <Terms xmlns="http://schemas.microsoft.com/office/infopath/2007/PartnerControls"/>
    </lcf76f155ced4ddcb4097134ff3c332f>
    <TaxCatchAll xmlns="9af69521-86ed-43b3-b6dd-d0c277c60d4c" xsi:nil="true"/>
    <SharedWithUsers xmlns="9af69521-86ed-43b3-b6dd-d0c277c60d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177383-3581-4940-86E0-F34DCD2D94B1}"/>
</file>

<file path=customXml/itemProps3.xml><?xml version="1.0" encoding="utf-8"?>
<ds:datastoreItem xmlns:ds="http://schemas.openxmlformats.org/officeDocument/2006/customXml" ds:itemID="{4938052B-DC9B-4EBC-A1E7-509009D9F03E}"/>
</file>

<file path=customXml/itemProps4.xml><?xml version="1.0" encoding="utf-8"?>
<ds:datastoreItem xmlns:ds="http://schemas.openxmlformats.org/officeDocument/2006/customXml" ds:itemID="{AAE1B024-BBE0-466F-9843-7E6D6C7FA3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3024</Words>
  <Characters>17241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Richards, Dean</cp:lastModifiedBy>
  <cp:revision>5</cp:revision>
  <dcterms:created xsi:type="dcterms:W3CDTF">2026-09-16T23:27:00Z</dcterms:created>
  <dcterms:modified xsi:type="dcterms:W3CDTF">2026-09-17T00:18:00Z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797972-95f5-4c5d-a2b2-c3b9e4e4b1d4_Enabled">
    <vt:lpwstr>true</vt:lpwstr>
  </property>
  <property fmtid="{D5CDD505-2E9C-101B-9397-08002B2CF9AE}" pid="3" name="MSIP_Label_02797972-95f5-4c5d-a2b2-c3b9e4e4b1d4_SetDate">
    <vt:lpwstr>2026-09-16T22:41:44Z</vt:lpwstr>
  </property>
  <property fmtid="{D5CDD505-2E9C-101B-9397-08002B2CF9AE}" pid="4" name="MSIP_Label_02797972-95f5-4c5d-a2b2-c3b9e4e4b1d4_Method">
    <vt:lpwstr>Privileged</vt:lpwstr>
  </property>
  <property fmtid="{D5CDD505-2E9C-101B-9397-08002B2CF9AE}" pid="5" name="MSIP_Label_02797972-95f5-4c5d-a2b2-c3b9e4e4b1d4_Name">
    <vt:lpwstr>Public</vt:lpwstr>
  </property>
  <property fmtid="{D5CDD505-2E9C-101B-9397-08002B2CF9AE}" pid="6" name="MSIP_Label_02797972-95f5-4c5d-a2b2-c3b9e4e4b1d4_SiteId">
    <vt:lpwstr>bd62c4de-3c33-4404-b229-99701ca75a56</vt:lpwstr>
  </property>
  <property fmtid="{D5CDD505-2E9C-101B-9397-08002B2CF9AE}" pid="7" name="MSIP_Label_02797972-95f5-4c5d-a2b2-c3b9e4e4b1d4_ActionId">
    <vt:lpwstr>45908c2e-2b70-415c-807f-9f1db266f803</vt:lpwstr>
  </property>
  <property fmtid="{D5CDD505-2E9C-101B-9397-08002B2CF9AE}" pid="8" name="MSIP_Label_02797972-95f5-4c5d-a2b2-c3b9e4e4b1d4_ContentBits">
    <vt:lpwstr>0</vt:lpwstr>
  </property>
  <property fmtid="{D5CDD505-2E9C-101B-9397-08002B2CF9AE}" pid="9" name="MSIP_Label_02797972-95f5-4c5d-a2b2-c3b9e4e4b1d4_Tag">
    <vt:lpwstr>10, 0, 1, 1</vt:lpwstr>
  </property>
  <property fmtid="{D5CDD505-2E9C-101B-9397-08002B2CF9AE}" pid="10" name="ContentTypeId">
    <vt:lpwstr>0x0101002ABD472F209F0645B17656BBE4BCDA90</vt:lpwstr>
  </property>
  <property fmtid="{D5CDD505-2E9C-101B-9397-08002B2CF9AE}" pid="11" name="Order">
    <vt:r8>35000</vt:r8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_ExtendedDescription">
    <vt:lpwstr/>
  </property>
</Properties>
</file>