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EBEE47" w14:textId="77777777" w:rsidR="008B526C" w:rsidRDefault="009D521D">
      <w:r>
        <w:rPr>
          <w:b/>
          <w:sz w:val="36"/>
        </w:rPr>
        <w:t>EYFS PSHE &amp; STATUTORY RSHE LONG-TERM PLAN</w:t>
      </w:r>
      <w:r>
        <w:rPr>
          <w:b/>
          <w:sz w:val="36"/>
        </w:rPr>
        <w:br/>
      </w:r>
    </w:p>
    <w:p w14:paraId="272116ED" w14:textId="77777777" w:rsidR="008B526C" w:rsidRDefault="009D521D">
      <w:pPr>
        <w:spacing w:before="240" w:after="80"/>
      </w:pPr>
      <w:r>
        <w:rPr>
          <w:b/>
          <w:sz w:val="28"/>
        </w:rPr>
        <w:t>1. Assessment Framework</w:t>
      </w:r>
    </w:p>
    <w:p w14:paraId="3B79429D" w14:textId="77777777" w:rsidR="008B526C" w:rsidRDefault="009D521D">
      <w:r>
        <w:t>Mapped directly to the EYFS Statutory Framework Personal, Social and Emotional Development (PSED) milestones:</w:t>
      </w:r>
    </w:p>
    <w:p w14:paraId="35FD4393" w14:textId="77777777" w:rsidR="008B526C" w:rsidRDefault="009D521D">
      <w:pPr>
        <w:pStyle w:val="ListBullet"/>
        <w:spacing w:after="40"/>
      </w:pPr>
      <w:r>
        <w:rPr>
          <w:b/>
        </w:rPr>
        <w:t xml:space="preserve">Self-Regulation: </w:t>
      </w:r>
      <w:r>
        <w:t>Children learn to express feelings and understand boundaries.</w:t>
      </w:r>
    </w:p>
    <w:p w14:paraId="50161D44" w14:textId="77777777" w:rsidR="008B526C" w:rsidRDefault="009D521D">
      <w:pPr>
        <w:pStyle w:val="ListBullet"/>
        <w:spacing w:after="40"/>
      </w:pPr>
      <w:r>
        <w:rPr>
          <w:b/>
        </w:rPr>
        <w:t xml:space="preserve">Managing Self: </w:t>
      </w:r>
      <w:r>
        <w:t>Children develop autonomy, hygiene routines, and hazard awareness.</w:t>
      </w:r>
    </w:p>
    <w:p w14:paraId="7B6DA2C0" w14:textId="77777777" w:rsidR="008B526C" w:rsidRDefault="009D521D">
      <w:pPr>
        <w:pStyle w:val="ListBullet"/>
        <w:spacing w:after="40"/>
      </w:pPr>
      <w:r>
        <w:rPr>
          <w:b/>
        </w:rPr>
        <w:t xml:space="preserve">Making Relationships: </w:t>
      </w:r>
      <w:r>
        <w:t>Children practice sharing, empathy, and collaborative play.</w:t>
      </w:r>
    </w:p>
    <w:p w14:paraId="380992EA" w14:textId="603380BE" w:rsidR="008B526C" w:rsidRDefault="009D521D">
      <w:pPr>
        <w:spacing w:before="240" w:after="80"/>
      </w:pPr>
      <w:r>
        <w:rPr>
          <w:b/>
          <w:sz w:val="30"/>
        </w:rPr>
        <w:t xml:space="preserve">2. </w:t>
      </w:r>
      <w:r w:rsidR="00BB0478">
        <w:rPr>
          <w:b/>
          <w:sz w:val="30"/>
        </w:rPr>
        <w:t>Kindergarten</w:t>
      </w:r>
      <w:r>
        <w:rPr>
          <w:b/>
          <w:sz w:val="30"/>
        </w:rPr>
        <w:t xml:space="preserve"> (Nursery) Long-Term Curriculum Map</w:t>
      </w:r>
    </w:p>
    <w:p w14:paraId="6255FBE3" w14:textId="77777777" w:rsidR="008B526C" w:rsidRDefault="009D521D">
      <w:pPr>
        <w:spacing w:before="240" w:after="80"/>
      </w:pPr>
      <w:r>
        <w:rPr>
          <w:b/>
          <w:sz w:val="24"/>
        </w:rPr>
        <w:t>Autumn 1: Me and My Universe</w:t>
      </w:r>
    </w:p>
    <w:tbl>
      <w:tblPr>
        <w:tblStyle w:val="TableGrid"/>
        <w:tblW w:w="0" w:type="auto"/>
        <w:tblLook w:val="04A0" w:firstRow="1" w:lastRow="0" w:firstColumn="1" w:lastColumn="0" w:noHBand="0" w:noVBand="1"/>
      </w:tblPr>
      <w:tblGrid>
        <w:gridCol w:w="3356"/>
        <w:gridCol w:w="3357"/>
        <w:gridCol w:w="3357"/>
      </w:tblGrid>
      <w:tr w:rsidR="008B526C" w14:paraId="4CB3978B" w14:textId="77777777">
        <w:tc>
          <w:tcPr>
            <w:tcW w:w="3360" w:type="dxa"/>
          </w:tcPr>
          <w:p w14:paraId="17AD2E5A" w14:textId="77777777" w:rsidR="008B526C" w:rsidRDefault="009D521D">
            <w:r>
              <w:rPr>
                <w:b/>
              </w:rPr>
              <w:t>Week &amp; Strand</w:t>
            </w:r>
          </w:p>
        </w:tc>
        <w:tc>
          <w:tcPr>
            <w:tcW w:w="3360" w:type="dxa"/>
          </w:tcPr>
          <w:p w14:paraId="69D7E1F9" w14:textId="77777777" w:rsidR="008B526C" w:rsidRDefault="009D521D">
            <w:r>
              <w:rPr>
                <w:b/>
              </w:rPr>
              <w:t>Lesson Focus</w:t>
            </w:r>
          </w:p>
        </w:tc>
        <w:tc>
          <w:tcPr>
            <w:tcW w:w="3360" w:type="dxa"/>
          </w:tcPr>
          <w:p w14:paraId="1A04FEE7" w14:textId="77777777" w:rsidR="008B526C" w:rsidRDefault="009D521D">
            <w:r>
              <w:rPr>
                <w:b/>
              </w:rPr>
              <w:t>Explicit EYFS Activity &amp; Practical Guidance</w:t>
            </w:r>
          </w:p>
        </w:tc>
      </w:tr>
      <w:tr w:rsidR="008B526C" w14:paraId="253E3A0B" w14:textId="77777777">
        <w:tc>
          <w:tcPr>
            <w:tcW w:w="3360" w:type="dxa"/>
          </w:tcPr>
          <w:p w14:paraId="20C98F1B" w14:textId="26D8E3E7" w:rsidR="008B526C" w:rsidRDefault="009D521D">
            <w:r>
              <w:t>Week 1</w:t>
            </w:r>
            <w:r>
              <w:br/>
            </w:r>
            <w:proofErr w:type="spellStart"/>
            <w:r w:rsidR="00BD2D98">
              <w:t>Ten:Ten</w:t>
            </w:r>
            <w:proofErr w:type="spellEnd"/>
          </w:p>
        </w:tc>
        <w:tc>
          <w:tcPr>
            <w:tcW w:w="3360" w:type="dxa"/>
          </w:tcPr>
          <w:p w14:paraId="2D3F42DB" w14:textId="77777777" w:rsidR="008B526C" w:rsidRDefault="009D521D">
            <w:r>
              <w:t>Handmade With Love (M1 U1 S1)</w:t>
            </w:r>
          </w:p>
          <w:p w14:paraId="2AB1EAA9" w14:textId="77777777" w:rsidR="00BD2D98" w:rsidRDefault="00BD2D98" w:rsidP="00BD2D98">
            <w:pPr>
              <w:spacing w:line="276" w:lineRule="auto"/>
            </w:pPr>
          </w:p>
          <w:p w14:paraId="6EF49489" w14:textId="4E799E12" w:rsidR="00BD2D98" w:rsidRPr="00922B75" w:rsidRDefault="00BD2D98" w:rsidP="00BD2D98">
            <w:pPr>
              <w:spacing w:line="276" w:lineRule="auto"/>
              <w:rPr>
                <w:rFonts w:eastAsia="Arial" w:cs="Arial"/>
                <w:sz w:val="22"/>
              </w:rPr>
            </w:pPr>
            <w:hyperlink r:id="rId6">
              <w:r w:rsidRPr="00922B75">
                <w:rPr>
                  <w:rFonts w:eastAsia="Arial" w:cs="Arial"/>
                  <w:color w:val="0563C1"/>
                  <w:sz w:val="22"/>
                  <w:u w:val="single"/>
                </w:rPr>
                <w:t>EYFS 1.1.1 Handmade With Love</w:t>
              </w:r>
            </w:hyperlink>
          </w:p>
          <w:p w14:paraId="6F83CFF4" w14:textId="77777777" w:rsidR="00BD2D98" w:rsidRDefault="00BD2D98"/>
        </w:tc>
        <w:tc>
          <w:tcPr>
            <w:tcW w:w="3360" w:type="dxa"/>
          </w:tcPr>
          <w:p w14:paraId="2ECDB8FB" w14:textId="77777777" w:rsidR="008B526C" w:rsidRDefault="009D521D">
            <w:r>
              <w:rPr>
                <w:b/>
              </w:rPr>
              <w:t xml:space="preserve">Theme: </w:t>
            </w:r>
            <w:r>
              <w:t>We are unique and loved.</w:t>
            </w:r>
            <w:r>
              <w:br/>
            </w:r>
            <w:r>
              <w:br/>
            </w:r>
            <w:r>
              <w:rPr>
                <w:b/>
              </w:rPr>
              <w:t xml:space="preserve">Practical Activity: </w:t>
            </w:r>
            <w:r>
              <w:t>Read the core session story. Look into a 'magic box' containing a mirror one by one. Each child sees someone unique and special. Paint a self-portrait focusing on what makes their face unique.</w:t>
            </w:r>
          </w:p>
        </w:tc>
      </w:tr>
      <w:tr w:rsidR="008B526C" w14:paraId="4DD2AD47" w14:textId="77777777">
        <w:tc>
          <w:tcPr>
            <w:tcW w:w="3360" w:type="dxa"/>
          </w:tcPr>
          <w:p w14:paraId="5F458F10" w14:textId="1887DD4C" w:rsidR="008B526C" w:rsidRDefault="009D521D">
            <w:r>
              <w:t>Week 2</w:t>
            </w:r>
            <w:r>
              <w:br/>
            </w:r>
            <w:proofErr w:type="spellStart"/>
            <w:r w:rsidR="00BD2D98">
              <w:t>Ten:Ten</w:t>
            </w:r>
            <w:proofErr w:type="spellEnd"/>
          </w:p>
        </w:tc>
        <w:tc>
          <w:tcPr>
            <w:tcW w:w="3360" w:type="dxa"/>
          </w:tcPr>
          <w:p w14:paraId="30267AEC" w14:textId="77777777" w:rsidR="008B526C" w:rsidRDefault="009D521D">
            <w:r>
              <w:t>I Am Me (M1 U2 S1)</w:t>
            </w:r>
          </w:p>
          <w:p w14:paraId="5DABC582" w14:textId="77777777" w:rsidR="00BD2D98" w:rsidRDefault="00BD2D98"/>
          <w:p w14:paraId="21C4FC06" w14:textId="77777777" w:rsidR="00BD2D98" w:rsidRPr="00922B75" w:rsidRDefault="00BD2D98" w:rsidP="00BD2D98">
            <w:pPr>
              <w:spacing w:line="276" w:lineRule="auto"/>
              <w:rPr>
                <w:rFonts w:eastAsia="Arial" w:cs="Arial"/>
                <w:sz w:val="22"/>
              </w:rPr>
            </w:pPr>
            <w:hyperlink r:id="rId7">
              <w:r w:rsidRPr="00922B75">
                <w:rPr>
                  <w:rFonts w:eastAsia="Arial" w:cs="Arial"/>
                  <w:color w:val="0563C1"/>
                  <w:sz w:val="22"/>
                  <w:u w:val="single"/>
                </w:rPr>
                <w:t>EYFS 1.2.1 I Am Me</w:t>
              </w:r>
            </w:hyperlink>
          </w:p>
          <w:p w14:paraId="0A8E3534" w14:textId="77777777" w:rsidR="00BD2D98" w:rsidRDefault="00BD2D98"/>
        </w:tc>
        <w:tc>
          <w:tcPr>
            <w:tcW w:w="3360" w:type="dxa"/>
          </w:tcPr>
          <w:p w14:paraId="0C9BBDF2" w14:textId="77777777" w:rsidR="008B526C" w:rsidRDefault="009D521D">
            <w:r>
              <w:rPr>
                <w:b/>
              </w:rPr>
              <w:t xml:space="preserve">Theme: </w:t>
            </w:r>
            <w:r>
              <w:t>Self-awareness, names, and growth.</w:t>
            </w:r>
            <w:r>
              <w:br/>
            </w:r>
            <w:r>
              <w:br/>
            </w:r>
            <w:r>
              <w:rPr>
                <w:b/>
              </w:rPr>
              <w:t xml:space="preserve">Practical Activity: </w:t>
            </w:r>
            <w:r>
              <w:t>Pass a soft ball in a circle; when caught, the child proudly says their name and one thing they love doing (e.g., 'I am Leo, I like blocks'). Create a class display with their photos and names.</w:t>
            </w:r>
          </w:p>
        </w:tc>
      </w:tr>
      <w:tr w:rsidR="008B526C" w14:paraId="7A622FCD" w14:textId="77777777">
        <w:tc>
          <w:tcPr>
            <w:tcW w:w="3360" w:type="dxa"/>
          </w:tcPr>
          <w:p w14:paraId="264E57C2" w14:textId="77777777" w:rsidR="008B526C" w:rsidRDefault="009D521D">
            <w:r>
              <w:t>Week 3</w:t>
            </w:r>
            <w:r>
              <w:br/>
              <w:t>(British Value)</w:t>
            </w:r>
          </w:p>
        </w:tc>
        <w:tc>
          <w:tcPr>
            <w:tcW w:w="3360" w:type="dxa"/>
          </w:tcPr>
          <w:p w14:paraId="26897496" w14:textId="77777777" w:rsidR="008B526C" w:rsidRDefault="009D521D">
            <w:r>
              <w:t>Democracy (Voting &amp; Turn-Taking)</w:t>
            </w:r>
          </w:p>
        </w:tc>
        <w:tc>
          <w:tcPr>
            <w:tcW w:w="3360" w:type="dxa"/>
          </w:tcPr>
          <w:p w14:paraId="024A606F" w14:textId="77777777" w:rsidR="008B526C" w:rsidRDefault="009D521D">
            <w:r>
              <w:rPr>
                <w:b/>
              </w:rPr>
              <w:t xml:space="preserve">Theme: </w:t>
            </w:r>
            <w:r>
              <w:t>Understanding that our choices matter collectively.</w:t>
            </w:r>
            <w:r>
              <w:br/>
            </w:r>
            <w:r>
              <w:br/>
            </w:r>
            <w:r>
              <w:rPr>
                <w:b/>
              </w:rPr>
              <w:t xml:space="preserve">Practical Activity: </w:t>
            </w:r>
            <w:r>
              <w:t>At storytime, present two books. Children vote by placing a colored brick in a bucket next to their choice. Count the bricks aloud together to see which book 'wins' the majority vote.</w:t>
            </w:r>
          </w:p>
        </w:tc>
      </w:tr>
      <w:tr w:rsidR="008B526C" w14:paraId="00BBCEDF" w14:textId="77777777">
        <w:tc>
          <w:tcPr>
            <w:tcW w:w="3360" w:type="dxa"/>
          </w:tcPr>
          <w:p w14:paraId="23D0D57F" w14:textId="77777777" w:rsidR="008B526C" w:rsidRDefault="009D521D">
            <w:r>
              <w:t>Week 4</w:t>
            </w:r>
            <w:r>
              <w:br/>
              <w:t>(Wider World)</w:t>
            </w:r>
          </w:p>
        </w:tc>
        <w:tc>
          <w:tcPr>
            <w:tcW w:w="3360" w:type="dxa"/>
          </w:tcPr>
          <w:p w14:paraId="1D9B23A8" w14:textId="77777777" w:rsidR="008B526C" w:rsidRDefault="009D521D">
            <w:r>
              <w:t>Harvest Festival [Event]</w:t>
            </w:r>
          </w:p>
        </w:tc>
        <w:tc>
          <w:tcPr>
            <w:tcW w:w="3360" w:type="dxa"/>
          </w:tcPr>
          <w:p w14:paraId="63B3B88C" w14:textId="77777777" w:rsidR="008B526C" w:rsidRDefault="009D521D">
            <w:r>
              <w:rPr>
                <w:b/>
              </w:rPr>
              <w:t xml:space="preserve">Theme: </w:t>
            </w:r>
            <w:r>
              <w:t>School community celebration.</w:t>
            </w:r>
            <w:r>
              <w:br/>
            </w:r>
            <w:r>
              <w:br/>
            </w:r>
            <w:r>
              <w:rPr>
                <w:b/>
              </w:rPr>
              <w:t xml:space="preserve">Practical Activity: </w:t>
            </w:r>
            <w:r>
              <w:t xml:space="preserve">Left to teacher discretion to align with </w:t>
            </w:r>
            <w:r>
              <w:lastRenderedPageBreak/>
              <w:t>whole-school calendar events and charitable donation drives.</w:t>
            </w:r>
          </w:p>
        </w:tc>
      </w:tr>
      <w:tr w:rsidR="008B526C" w14:paraId="441FBE4F" w14:textId="77777777">
        <w:tc>
          <w:tcPr>
            <w:tcW w:w="3360" w:type="dxa"/>
          </w:tcPr>
          <w:p w14:paraId="3FFBE5BA" w14:textId="77777777" w:rsidR="008B526C" w:rsidRDefault="009D521D">
            <w:r>
              <w:lastRenderedPageBreak/>
              <w:t>Week 5</w:t>
            </w:r>
            <w:r>
              <w:br/>
              <w:t>(Wider World)</w:t>
            </w:r>
          </w:p>
        </w:tc>
        <w:tc>
          <w:tcPr>
            <w:tcW w:w="3360" w:type="dxa"/>
          </w:tcPr>
          <w:p w14:paraId="3DA8EA90" w14:textId="77777777" w:rsidR="008B526C" w:rsidRDefault="009D521D">
            <w:r>
              <w:t>Black History Month [Event]</w:t>
            </w:r>
          </w:p>
        </w:tc>
        <w:tc>
          <w:tcPr>
            <w:tcW w:w="3360" w:type="dxa"/>
          </w:tcPr>
          <w:p w14:paraId="143B5B06" w14:textId="77777777" w:rsidR="008B526C" w:rsidRDefault="009D521D">
            <w:r>
              <w:rPr>
                <w:b/>
              </w:rPr>
              <w:t xml:space="preserve">Theme: </w:t>
            </w:r>
            <w:r>
              <w:t>Diverse cultural contributions.</w:t>
            </w:r>
            <w:r>
              <w:br/>
            </w:r>
            <w:r>
              <w:br/>
            </w:r>
            <w:r>
              <w:rPr>
                <w:b/>
              </w:rPr>
              <w:t xml:space="preserve">Practical Activity: </w:t>
            </w:r>
            <w:r>
              <w:t>Left to teacher discretion to highlight inspirational historical and contemporary figures.</w:t>
            </w:r>
          </w:p>
        </w:tc>
      </w:tr>
    </w:tbl>
    <w:p w14:paraId="10D4C155" w14:textId="77777777" w:rsidR="008B526C" w:rsidRDefault="009D521D">
      <w:pPr>
        <w:spacing w:before="240" w:after="80"/>
      </w:pPr>
      <w:r>
        <w:rPr>
          <w:b/>
          <w:sz w:val="24"/>
        </w:rPr>
        <w:t>Autumn 2: Feelings and Friendships</w:t>
      </w:r>
    </w:p>
    <w:tbl>
      <w:tblPr>
        <w:tblStyle w:val="TableGrid"/>
        <w:tblW w:w="0" w:type="auto"/>
        <w:tblLook w:val="04A0" w:firstRow="1" w:lastRow="0" w:firstColumn="1" w:lastColumn="0" w:noHBand="0" w:noVBand="1"/>
      </w:tblPr>
      <w:tblGrid>
        <w:gridCol w:w="3356"/>
        <w:gridCol w:w="3358"/>
        <w:gridCol w:w="3356"/>
      </w:tblGrid>
      <w:tr w:rsidR="008B526C" w14:paraId="34280080" w14:textId="77777777">
        <w:tc>
          <w:tcPr>
            <w:tcW w:w="3360" w:type="dxa"/>
          </w:tcPr>
          <w:p w14:paraId="4D098B2E" w14:textId="77777777" w:rsidR="008B526C" w:rsidRDefault="009D521D">
            <w:r>
              <w:rPr>
                <w:b/>
              </w:rPr>
              <w:t>Week &amp; Strand</w:t>
            </w:r>
          </w:p>
        </w:tc>
        <w:tc>
          <w:tcPr>
            <w:tcW w:w="3360" w:type="dxa"/>
          </w:tcPr>
          <w:p w14:paraId="022D517C" w14:textId="77777777" w:rsidR="008B526C" w:rsidRDefault="009D521D">
            <w:r>
              <w:rPr>
                <w:b/>
              </w:rPr>
              <w:t>Lesson Focus</w:t>
            </w:r>
          </w:p>
        </w:tc>
        <w:tc>
          <w:tcPr>
            <w:tcW w:w="3360" w:type="dxa"/>
          </w:tcPr>
          <w:p w14:paraId="1F9BB97F" w14:textId="77777777" w:rsidR="008B526C" w:rsidRDefault="009D521D">
            <w:r>
              <w:rPr>
                <w:b/>
              </w:rPr>
              <w:t>Explicit EYFS Activity &amp; Practical Guidance</w:t>
            </w:r>
          </w:p>
        </w:tc>
      </w:tr>
      <w:tr w:rsidR="008B526C" w14:paraId="52957259" w14:textId="77777777">
        <w:tc>
          <w:tcPr>
            <w:tcW w:w="3360" w:type="dxa"/>
          </w:tcPr>
          <w:p w14:paraId="7DA8044A" w14:textId="7E098FE1" w:rsidR="008B526C" w:rsidRDefault="009D521D">
            <w:r>
              <w:t>Week 1</w:t>
            </w:r>
            <w:r>
              <w:br/>
            </w:r>
            <w:proofErr w:type="spellStart"/>
            <w:r w:rsidR="00BD2D98">
              <w:t>Ten:Ten</w:t>
            </w:r>
            <w:proofErr w:type="spellEnd"/>
          </w:p>
        </w:tc>
        <w:tc>
          <w:tcPr>
            <w:tcW w:w="3360" w:type="dxa"/>
          </w:tcPr>
          <w:p w14:paraId="59568DD0" w14:textId="77777777" w:rsidR="008B526C" w:rsidRDefault="009D521D">
            <w:r>
              <w:t>All the Feelings! (M1 U3 S2)</w:t>
            </w:r>
          </w:p>
          <w:p w14:paraId="6A53D28F" w14:textId="77777777" w:rsidR="00BD2D98" w:rsidRDefault="00BD2D98" w:rsidP="00BD2D98">
            <w:pPr>
              <w:tabs>
                <w:tab w:val="left" w:pos="2231"/>
              </w:tabs>
            </w:pPr>
            <w:r>
              <w:tab/>
            </w:r>
          </w:p>
          <w:p w14:paraId="2CC1AEC9" w14:textId="77777777" w:rsidR="00BD2D98" w:rsidRPr="00922B75" w:rsidRDefault="00BD2D98" w:rsidP="00BD2D98">
            <w:pPr>
              <w:spacing w:line="276" w:lineRule="auto"/>
              <w:rPr>
                <w:rFonts w:eastAsia="Arial" w:cs="Arial"/>
                <w:sz w:val="22"/>
              </w:rPr>
            </w:pPr>
            <w:hyperlink r:id="rId8">
              <w:r w:rsidRPr="00922B75">
                <w:rPr>
                  <w:rFonts w:eastAsia="Arial" w:cs="Arial"/>
                  <w:color w:val="0563C1"/>
                  <w:sz w:val="22"/>
                  <w:u w:val="single"/>
                </w:rPr>
                <w:t>EYFS 1.3.2 All The Feelings!</w:t>
              </w:r>
            </w:hyperlink>
          </w:p>
          <w:p w14:paraId="31B98A43" w14:textId="43F0C40B" w:rsidR="00BD2D98" w:rsidRDefault="00BD2D98" w:rsidP="00BD2D98">
            <w:pPr>
              <w:tabs>
                <w:tab w:val="left" w:pos="2231"/>
              </w:tabs>
            </w:pPr>
          </w:p>
        </w:tc>
        <w:tc>
          <w:tcPr>
            <w:tcW w:w="3360" w:type="dxa"/>
          </w:tcPr>
          <w:p w14:paraId="35F9FE16" w14:textId="77777777" w:rsidR="008B526C" w:rsidRDefault="009D521D">
            <w:r>
              <w:rPr>
                <w:b/>
              </w:rPr>
              <w:t xml:space="preserve">Theme: </w:t>
            </w:r>
            <w:r>
              <w:t>Identifying basic emotions.</w:t>
            </w:r>
            <w:r>
              <w:br/>
            </w:r>
            <w:r>
              <w:br/>
            </w:r>
            <w:r>
              <w:rPr>
                <w:b/>
              </w:rPr>
              <w:t xml:space="preserve">Practical Activity: </w:t>
            </w:r>
            <w:r>
              <w:t>Look at cards showing happy, sad, angry, and scared faces. Play 'mirror emotions' where children copy the face. Use a 'feelings check-in mat' in the morning to place their name tag under an emotion.</w:t>
            </w:r>
          </w:p>
        </w:tc>
      </w:tr>
      <w:tr w:rsidR="008B526C" w14:paraId="487D3BB2" w14:textId="77777777">
        <w:tc>
          <w:tcPr>
            <w:tcW w:w="3360" w:type="dxa"/>
          </w:tcPr>
          <w:p w14:paraId="4A50B0CD" w14:textId="1F2E33E3" w:rsidR="008B526C" w:rsidRDefault="009D521D">
            <w:r>
              <w:t>Week 2</w:t>
            </w:r>
            <w:r>
              <w:br/>
            </w:r>
            <w:proofErr w:type="spellStart"/>
            <w:r w:rsidR="00BD2D98">
              <w:t>Ten:Ten</w:t>
            </w:r>
            <w:proofErr w:type="spellEnd"/>
          </w:p>
        </w:tc>
        <w:tc>
          <w:tcPr>
            <w:tcW w:w="3360" w:type="dxa"/>
          </w:tcPr>
          <w:p w14:paraId="062CE735" w14:textId="77777777" w:rsidR="008B526C" w:rsidRDefault="009D521D">
            <w:r>
              <w:t>Who’s Who? (M2 U2 S1)</w:t>
            </w:r>
          </w:p>
          <w:p w14:paraId="1DFE6608" w14:textId="77777777" w:rsidR="00BD2D98" w:rsidRDefault="00BD2D98" w:rsidP="00BD2D98"/>
          <w:p w14:paraId="03AE7EBA" w14:textId="270C4D4E" w:rsidR="00BD2D98" w:rsidRPr="00922B75" w:rsidRDefault="00BD2D98" w:rsidP="00BD2D98">
            <w:pPr>
              <w:rPr>
                <w:rFonts w:eastAsia="Arial" w:cs="Arial"/>
                <w:sz w:val="22"/>
              </w:rPr>
            </w:pPr>
            <w:hyperlink r:id="rId9">
              <w:r w:rsidRPr="00922B75">
                <w:rPr>
                  <w:rFonts w:eastAsia="Arial" w:cs="Arial"/>
                  <w:color w:val="0563C1"/>
                  <w:sz w:val="22"/>
                  <w:u w:val="single"/>
                </w:rPr>
                <w:t>EYFS 2.2.1 Who’s Who?</w:t>
              </w:r>
            </w:hyperlink>
          </w:p>
          <w:p w14:paraId="149B749A" w14:textId="77777777" w:rsidR="00BD2D98" w:rsidRDefault="00BD2D98"/>
        </w:tc>
        <w:tc>
          <w:tcPr>
            <w:tcW w:w="3360" w:type="dxa"/>
          </w:tcPr>
          <w:p w14:paraId="2AD50067" w14:textId="77777777" w:rsidR="008B526C" w:rsidRDefault="009D521D">
            <w:r>
              <w:rPr>
                <w:b/>
              </w:rPr>
              <w:t xml:space="preserve">Theme: </w:t>
            </w:r>
            <w:r>
              <w:t>Recognizing family and immediate carers.</w:t>
            </w:r>
            <w:r>
              <w:br/>
            </w:r>
            <w:r>
              <w:br/>
            </w:r>
            <w:r>
              <w:rPr>
                <w:b/>
              </w:rPr>
              <w:t xml:space="preserve">Practical Activity: </w:t>
            </w:r>
            <w:r>
              <w:t>Children look at a display of their family photos. Share who looks after them at home. Play a guessing game: 'Who looks after you when you are hurt or need help?'</w:t>
            </w:r>
          </w:p>
        </w:tc>
      </w:tr>
      <w:tr w:rsidR="008B526C" w14:paraId="009E65CC" w14:textId="77777777">
        <w:tc>
          <w:tcPr>
            <w:tcW w:w="3360" w:type="dxa"/>
          </w:tcPr>
          <w:p w14:paraId="0767F20F" w14:textId="77777777" w:rsidR="008B526C" w:rsidRDefault="009D521D">
            <w:r>
              <w:t>Week 3</w:t>
            </w:r>
            <w:r>
              <w:br/>
              <w:t>(British Value)</w:t>
            </w:r>
          </w:p>
        </w:tc>
        <w:tc>
          <w:tcPr>
            <w:tcW w:w="3360" w:type="dxa"/>
          </w:tcPr>
          <w:p w14:paraId="39BDED7C" w14:textId="77777777" w:rsidR="008B526C" w:rsidRDefault="009D521D">
            <w:r>
              <w:t>The Rule of Law (Class Rules)</w:t>
            </w:r>
          </w:p>
        </w:tc>
        <w:tc>
          <w:tcPr>
            <w:tcW w:w="3360" w:type="dxa"/>
          </w:tcPr>
          <w:p w14:paraId="464C8530" w14:textId="77777777" w:rsidR="008B526C" w:rsidRDefault="009D521D">
            <w:r>
              <w:rPr>
                <w:b/>
              </w:rPr>
              <w:t xml:space="preserve">Theme: </w:t>
            </w:r>
            <w:r>
              <w:t>Why boundaries keep us happy and safe.</w:t>
            </w:r>
            <w:r>
              <w:br/>
            </w:r>
            <w:r>
              <w:br/>
            </w:r>
            <w:r>
              <w:rPr>
                <w:b/>
              </w:rPr>
              <w:t xml:space="preserve">Practical Activity: </w:t>
            </w:r>
            <w:r>
              <w:t>Introduce three pictorial rules: 'Kind Hands', 'Walking Feet inside', and 'Listening Ears'. Roleplay what happens if we use running feet inside (bumping into tables) to establish reasoning.</w:t>
            </w:r>
          </w:p>
        </w:tc>
      </w:tr>
      <w:tr w:rsidR="008B526C" w14:paraId="78A0D9BC" w14:textId="77777777">
        <w:tc>
          <w:tcPr>
            <w:tcW w:w="3360" w:type="dxa"/>
          </w:tcPr>
          <w:p w14:paraId="57B3F10A" w14:textId="77777777" w:rsidR="008B526C" w:rsidRDefault="009D521D">
            <w:r>
              <w:t>Week 4</w:t>
            </w:r>
            <w:r>
              <w:br/>
              <w:t>(Wider World)</w:t>
            </w:r>
          </w:p>
        </w:tc>
        <w:tc>
          <w:tcPr>
            <w:tcW w:w="3360" w:type="dxa"/>
          </w:tcPr>
          <w:p w14:paraId="2D32F3BD" w14:textId="632B5B6F" w:rsidR="008B526C" w:rsidRDefault="002E6DE6">
            <w:r>
              <w:t xml:space="preserve">Remembrance Day &amp; </w:t>
            </w:r>
            <w:r w:rsidR="009D521D">
              <w:t>Anti-Bullying Week [Event]</w:t>
            </w:r>
          </w:p>
        </w:tc>
        <w:tc>
          <w:tcPr>
            <w:tcW w:w="3360" w:type="dxa"/>
          </w:tcPr>
          <w:p w14:paraId="073CF1CF" w14:textId="77777777" w:rsidR="002E6DE6" w:rsidRDefault="002E6DE6">
            <w:pPr>
              <w:rPr>
                <w:b/>
              </w:rPr>
            </w:pPr>
            <w:r w:rsidRPr="002E6DE6">
              <w:rPr>
                <w:b/>
              </w:rPr>
              <w:t xml:space="preserve">Theme: </w:t>
            </w:r>
            <w:r w:rsidRPr="002E6DE6">
              <w:rPr>
                <w:bCs/>
              </w:rPr>
              <w:t>Reflection, kindness, and inclusion.</w:t>
            </w:r>
            <w:r w:rsidRPr="002E6DE6">
              <w:rPr>
                <w:b/>
              </w:rPr>
              <w:t xml:space="preserve"> </w:t>
            </w:r>
          </w:p>
          <w:p w14:paraId="16BD5634" w14:textId="14FB496F" w:rsidR="008B526C" w:rsidRDefault="002E6DE6">
            <w:r w:rsidRPr="002E6DE6">
              <w:rPr>
                <w:b/>
              </w:rPr>
              <w:t xml:space="preserve">Practical Activity: </w:t>
            </w:r>
            <w:r w:rsidRPr="002E6DE6">
              <w:rPr>
                <w:bCs/>
              </w:rPr>
              <w:t>Left to teacher discretion to integrate national reflection with anti-bullying campaigns; focus on creating simple poppy crafts alongside 'Odd Socks Day' or inclusion stories.</w:t>
            </w:r>
          </w:p>
        </w:tc>
      </w:tr>
      <w:tr w:rsidR="008B526C" w14:paraId="54EE8604" w14:textId="77777777">
        <w:tc>
          <w:tcPr>
            <w:tcW w:w="3360" w:type="dxa"/>
          </w:tcPr>
          <w:p w14:paraId="4DCE0120" w14:textId="77777777" w:rsidR="008B526C" w:rsidRDefault="009D521D">
            <w:r>
              <w:t>Week 5</w:t>
            </w:r>
            <w:r>
              <w:br/>
              <w:t>(Wider World)</w:t>
            </w:r>
          </w:p>
        </w:tc>
        <w:tc>
          <w:tcPr>
            <w:tcW w:w="3360" w:type="dxa"/>
          </w:tcPr>
          <w:p w14:paraId="730DFDF7" w14:textId="77777777" w:rsidR="008B526C" w:rsidRDefault="009D521D">
            <w:r>
              <w:t>Celebrations Around the World</w:t>
            </w:r>
          </w:p>
        </w:tc>
        <w:tc>
          <w:tcPr>
            <w:tcW w:w="3360" w:type="dxa"/>
          </w:tcPr>
          <w:p w14:paraId="7AD4E8A9" w14:textId="77777777" w:rsidR="008B526C" w:rsidRDefault="009D521D">
            <w:r>
              <w:rPr>
                <w:b/>
              </w:rPr>
              <w:t xml:space="preserve">Theme: </w:t>
            </w:r>
            <w:r>
              <w:t>Diverse communities and global traditions.</w:t>
            </w:r>
            <w:r>
              <w:br/>
            </w:r>
            <w:r>
              <w:br/>
            </w:r>
            <w:r>
              <w:rPr>
                <w:b/>
              </w:rPr>
              <w:t xml:space="preserve">Practical Activity: </w:t>
            </w:r>
            <w:r>
              <w:t xml:space="preserve">Explore how </w:t>
            </w:r>
            <w:r>
              <w:lastRenderedPageBreak/>
              <w:t>different families celebrate special times (e.g., Diwali, Christmas). Make simple clay Diya lamps or look at multi-cultural decorations, focusing on kindness and family.</w:t>
            </w:r>
          </w:p>
        </w:tc>
      </w:tr>
    </w:tbl>
    <w:p w14:paraId="5D983393" w14:textId="77777777" w:rsidR="008B526C" w:rsidRDefault="009D521D">
      <w:pPr>
        <w:spacing w:before="240" w:after="80"/>
      </w:pPr>
      <w:r>
        <w:rPr>
          <w:b/>
          <w:sz w:val="24"/>
        </w:rPr>
        <w:lastRenderedPageBreak/>
        <w:t>Spring 1: Staying Safe and Well</w:t>
      </w:r>
    </w:p>
    <w:tbl>
      <w:tblPr>
        <w:tblStyle w:val="TableGrid"/>
        <w:tblW w:w="0" w:type="auto"/>
        <w:tblLook w:val="04A0" w:firstRow="1" w:lastRow="0" w:firstColumn="1" w:lastColumn="0" w:noHBand="0" w:noVBand="1"/>
      </w:tblPr>
      <w:tblGrid>
        <w:gridCol w:w="3356"/>
        <w:gridCol w:w="3357"/>
        <w:gridCol w:w="3357"/>
      </w:tblGrid>
      <w:tr w:rsidR="008B526C" w14:paraId="6719EFF6" w14:textId="77777777">
        <w:tc>
          <w:tcPr>
            <w:tcW w:w="3360" w:type="dxa"/>
          </w:tcPr>
          <w:p w14:paraId="32FF6C5D" w14:textId="77777777" w:rsidR="008B526C" w:rsidRDefault="009D521D">
            <w:r>
              <w:rPr>
                <w:b/>
              </w:rPr>
              <w:t>Week &amp; Strand</w:t>
            </w:r>
          </w:p>
        </w:tc>
        <w:tc>
          <w:tcPr>
            <w:tcW w:w="3360" w:type="dxa"/>
          </w:tcPr>
          <w:p w14:paraId="0BECFD16" w14:textId="77777777" w:rsidR="008B526C" w:rsidRDefault="009D521D">
            <w:r>
              <w:rPr>
                <w:b/>
              </w:rPr>
              <w:t>Lesson Focus</w:t>
            </w:r>
          </w:p>
        </w:tc>
        <w:tc>
          <w:tcPr>
            <w:tcW w:w="3360" w:type="dxa"/>
          </w:tcPr>
          <w:p w14:paraId="1DB5EB8B" w14:textId="77777777" w:rsidR="008B526C" w:rsidRDefault="009D521D">
            <w:r>
              <w:rPr>
                <w:b/>
              </w:rPr>
              <w:t>Explicit EYFS Activity &amp; Practical Guidance</w:t>
            </w:r>
          </w:p>
        </w:tc>
      </w:tr>
      <w:tr w:rsidR="008B526C" w14:paraId="076D0344" w14:textId="77777777">
        <w:tc>
          <w:tcPr>
            <w:tcW w:w="3360" w:type="dxa"/>
          </w:tcPr>
          <w:p w14:paraId="6917A09C" w14:textId="10150025" w:rsidR="008B526C" w:rsidRDefault="009D521D">
            <w:r>
              <w:t>Week 1</w:t>
            </w:r>
            <w:r>
              <w:br/>
            </w:r>
            <w:proofErr w:type="spellStart"/>
            <w:r w:rsidR="00BD2D98">
              <w:t>Ten:Ten</w:t>
            </w:r>
            <w:proofErr w:type="spellEnd"/>
          </w:p>
        </w:tc>
        <w:tc>
          <w:tcPr>
            <w:tcW w:w="3360" w:type="dxa"/>
          </w:tcPr>
          <w:p w14:paraId="7815DCBC" w14:textId="77777777" w:rsidR="008B526C" w:rsidRDefault="009D521D">
            <w:r>
              <w:t>Safe Inside and Out (M2 U4 S1)</w:t>
            </w:r>
          </w:p>
          <w:p w14:paraId="259D3EF9" w14:textId="77777777" w:rsidR="00BD2D98" w:rsidRDefault="00BD2D98"/>
          <w:p w14:paraId="4E64B551" w14:textId="77777777" w:rsidR="00BD2D98" w:rsidRPr="00922B75" w:rsidRDefault="00BD2D98" w:rsidP="00BD2D98">
            <w:pPr>
              <w:rPr>
                <w:rFonts w:eastAsia="Arial" w:cs="Arial"/>
                <w:sz w:val="22"/>
              </w:rPr>
            </w:pPr>
            <w:hyperlink r:id="rId10">
              <w:r w:rsidRPr="00922B75">
                <w:rPr>
                  <w:rFonts w:eastAsia="Arial" w:cs="Arial"/>
                  <w:color w:val="0563C1"/>
                  <w:sz w:val="22"/>
                  <w:u w:val="single"/>
                </w:rPr>
                <w:t>EYFS 2.4.1 Safe Inside and Out</w:t>
              </w:r>
            </w:hyperlink>
          </w:p>
          <w:p w14:paraId="4A795E42" w14:textId="77777777" w:rsidR="00BD2D98" w:rsidRDefault="00BD2D98"/>
        </w:tc>
        <w:tc>
          <w:tcPr>
            <w:tcW w:w="3360" w:type="dxa"/>
          </w:tcPr>
          <w:p w14:paraId="2D21DECC" w14:textId="77777777" w:rsidR="008B526C" w:rsidRDefault="009D521D">
            <w:r>
              <w:rPr>
                <w:b/>
              </w:rPr>
              <w:t xml:space="preserve">Theme: </w:t>
            </w:r>
            <w:r>
              <w:t>Physical safety settings.</w:t>
            </w:r>
            <w:r>
              <w:br/>
            </w:r>
            <w:r>
              <w:br/>
            </w:r>
            <w:r>
              <w:rPr>
                <w:b/>
              </w:rPr>
              <w:t xml:space="preserve">Practical Activity: </w:t>
            </w:r>
            <w:r>
              <w:t>Take a safety walk around the classroom and outdoor area. Spot potential hazards (e.g., loose toys on the floor, wet spillages) and put up a small mock cardboard safety sign to fix them.</w:t>
            </w:r>
          </w:p>
        </w:tc>
      </w:tr>
      <w:tr w:rsidR="008B526C" w14:paraId="7F56B6A1" w14:textId="77777777">
        <w:tc>
          <w:tcPr>
            <w:tcW w:w="3360" w:type="dxa"/>
          </w:tcPr>
          <w:p w14:paraId="7C23024B" w14:textId="4A41CF5C" w:rsidR="008B526C" w:rsidRDefault="009D521D">
            <w:r>
              <w:t>Week 2</w:t>
            </w:r>
            <w:r>
              <w:br/>
            </w:r>
            <w:proofErr w:type="spellStart"/>
            <w:r w:rsidR="00BD2D98">
              <w:t>Ten:Ten</w:t>
            </w:r>
            <w:proofErr w:type="spellEnd"/>
          </w:p>
        </w:tc>
        <w:tc>
          <w:tcPr>
            <w:tcW w:w="3360" w:type="dxa"/>
          </w:tcPr>
          <w:p w14:paraId="62E112AF" w14:textId="77777777" w:rsidR="008B526C" w:rsidRDefault="009D521D">
            <w:r>
              <w:t>Feeling Poorly (M2 U4 S3)</w:t>
            </w:r>
          </w:p>
          <w:p w14:paraId="04324E5E" w14:textId="77777777" w:rsidR="00BD2D98" w:rsidRDefault="00BD2D98"/>
          <w:p w14:paraId="18F52386" w14:textId="77777777" w:rsidR="00BD2D98" w:rsidRPr="00922B75" w:rsidRDefault="00BD2D98" w:rsidP="00BD2D98">
            <w:pPr>
              <w:rPr>
                <w:rFonts w:eastAsia="Arial" w:cs="Arial"/>
                <w:sz w:val="22"/>
              </w:rPr>
            </w:pPr>
            <w:hyperlink r:id="rId11">
              <w:r w:rsidRPr="00922B75">
                <w:rPr>
                  <w:rFonts w:eastAsia="Arial" w:cs="Arial"/>
                  <w:color w:val="0563C1"/>
                  <w:sz w:val="22"/>
                  <w:u w:val="single"/>
                </w:rPr>
                <w:t>EYFS 2.4.3 Feeling Poorly</w:t>
              </w:r>
            </w:hyperlink>
          </w:p>
          <w:p w14:paraId="661BF918" w14:textId="77777777" w:rsidR="00BD2D98" w:rsidRDefault="00BD2D98"/>
        </w:tc>
        <w:tc>
          <w:tcPr>
            <w:tcW w:w="3360" w:type="dxa"/>
          </w:tcPr>
          <w:p w14:paraId="5A3005AD" w14:textId="77777777" w:rsidR="008B526C" w:rsidRDefault="009D521D">
            <w:r>
              <w:rPr>
                <w:b/>
              </w:rPr>
              <w:t xml:space="preserve">Theme: </w:t>
            </w:r>
            <w:r>
              <w:t>What to do when sick / Washing hands.</w:t>
            </w:r>
            <w:r>
              <w:br/>
            </w:r>
            <w:r>
              <w:br/>
            </w:r>
            <w:r>
              <w:rPr>
                <w:b/>
              </w:rPr>
              <w:t xml:space="preserve">Practical Activity: </w:t>
            </w:r>
            <w:r>
              <w:t>Put washable paint or glitter on children's hands to represent 'invisible germs'. Teach the 20-second handwashing song with soap and water to wash away all the glitter/paint effectively.</w:t>
            </w:r>
          </w:p>
        </w:tc>
      </w:tr>
      <w:tr w:rsidR="008B526C" w14:paraId="5ACFD2AB" w14:textId="77777777">
        <w:tc>
          <w:tcPr>
            <w:tcW w:w="3360" w:type="dxa"/>
          </w:tcPr>
          <w:p w14:paraId="3CA93733" w14:textId="77777777" w:rsidR="008B526C" w:rsidRDefault="009D521D">
            <w:r>
              <w:t>Week 3</w:t>
            </w:r>
            <w:r>
              <w:br/>
              <w:t>(British Value)</w:t>
            </w:r>
          </w:p>
        </w:tc>
        <w:tc>
          <w:tcPr>
            <w:tcW w:w="3360" w:type="dxa"/>
          </w:tcPr>
          <w:p w14:paraId="42B76AFB" w14:textId="77777777" w:rsidR="008B526C" w:rsidRDefault="009D521D">
            <w:r>
              <w:t>Individual Liberty (Making Choices)</w:t>
            </w:r>
          </w:p>
        </w:tc>
        <w:tc>
          <w:tcPr>
            <w:tcW w:w="3360" w:type="dxa"/>
          </w:tcPr>
          <w:p w14:paraId="118FF5A7" w14:textId="77777777" w:rsidR="008B526C" w:rsidRDefault="009D521D">
            <w:r>
              <w:rPr>
                <w:b/>
              </w:rPr>
              <w:t xml:space="preserve">Theme: </w:t>
            </w:r>
            <w:r>
              <w:t>Expressing our own choices and agency.</w:t>
            </w:r>
            <w:r>
              <w:br/>
            </w:r>
            <w:r>
              <w:br/>
            </w:r>
            <w:r>
              <w:rPr>
                <w:b/>
              </w:rPr>
              <w:t xml:space="preserve">Practical Activity: </w:t>
            </w:r>
            <w:r>
              <w:t>Set up an 'unstructured choose time' station. Ask each child to pick one toy or area they like best. Have them proudly show it to a partner, stating: 'This is my choice because I love it.'</w:t>
            </w:r>
          </w:p>
        </w:tc>
      </w:tr>
      <w:tr w:rsidR="008B526C" w14:paraId="68A304A3" w14:textId="77777777">
        <w:tc>
          <w:tcPr>
            <w:tcW w:w="3360" w:type="dxa"/>
          </w:tcPr>
          <w:p w14:paraId="71D1E381" w14:textId="77777777" w:rsidR="008B526C" w:rsidRDefault="009D521D">
            <w:r>
              <w:t>Week 4</w:t>
            </w:r>
            <w:r>
              <w:br/>
              <w:t>(Wider World)</w:t>
            </w:r>
          </w:p>
        </w:tc>
        <w:tc>
          <w:tcPr>
            <w:tcW w:w="3360" w:type="dxa"/>
          </w:tcPr>
          <w:p w14:paraId="1C11AF98" w14:textId="77777777" w:rsidR="008B526C" w:rsidRDefault="009D521D">
            <w:r>
              <w:t>Children's Mental Health Week [Event]</w:t>
            </w:r>
          </w:p>
        </w:tc>
        <w:tc>
          <w:tcPr>
            <w:tcW w:w="3360" w:type="dxa"/>
          </w:tcPr>
          <w:p w14:paraId="6D8A2B10" w14:textId="77777777" w:rsidR="008B526C" w:rsidRDefault="009D521D">
            <w:r>
              <w:rPr>
                <w:b/>
              </w:rPr>
              <w:t xml:space="preserve">Theme: </w:t>
            </w:r>
            <w:r>
              <w:t>Emotional well-being.</w:t>
            </w:r>
            <w:r>
              <w:br/>
            </w:r>
            <w:r>
              <w:br/>
            </w:r>
            <w:r>
              <w:rPr>
                <w:b/>
              </w:rPr>
              <w:t xml:space="preserve">Practical Activity: </w:t>
            </w:r>
            <w:r>
              <w:t>Left to teacher discretion to implement mindfulness, breathing exercises, or emotional check-in toolkits.</w:t>
            </w:r>
          </w:p>
        </w:tc>
      </w:tr>
      <w:tr w:rsidR="008B526C" w14:paraId="0C646E88" w14:textId="77777777">
        <w:tc>
          <w:tcPr>
            <w:tcW w:w="3360" w:type="dxa"/>
          </w:tcPr>
          <w:p w14:paraId="50F5DCEC" w14:textId="77777777" w:rsidR="008B526C" w:rsidRDefault="009D521D">
            <w:r>
              <w:t>Week 5</w:t>
            </w:r>
            <w:r>
              <w:br/>
              <w:t>(Wider World)</w:t>
            </w:r>
          </w:p>
        </w:tc>
        <w:tc>
          <w:tcPr>
            <w:tcW w:w="3360" w:type="dxa"/>
          </w:tcPr>
          <w:p w14:paraId="03291F4E" w14:textId="77777777" w:rsidR="008B526C" w:rsidRDefault="009D521D">
            <w:r>
              <w:t>Safer Internet Day [Event]</w:t>
            </w:r>
          </w:p>
        </w:tc>
        <w:tc>
          <w:tcPr>
            <w:tcW w:w="3360" w:type="dxa"/>
          </w:tcPr>
          <w:p w14:paraId="5BA2B772" w14:textId="77777777" w:rsidR="008B526C" w:rsidRDefault="009D521D">
            <w:r>
              <w:rPr>
                <w:b/>
              </w:rPr>
              <w:t xml:space="preserve">Theme: </w:t>
            </w:r>
            <w:r>
              <w:t>Digital boundaries and limits.</w:t>
            </w:r>
            <w:r>
              <w:br/>
            </w:r>
            <w:r>
              <w:br/>
            </w:r>
            <w:r>
              <w:rPr>
                <w:b/>
              </w:rPr>
              <w:t xml:space="preserve">Practical Activity: </w:t>
            </w:r>
            <w:r>
              <w:t>Left to teacher discretion to reinforce screen limits and telling an adult if something on a device looks scary.</w:t>
            </w:r>
          </w:p>
        </w:tc>
      </w:tr>
    </w:tbl>
    <w:p w14:paraId="2A322F9D" w14:textId="77777777" w:rsidR="00BB0478" w:rsidRDefault="00BB0478">
      <w:pPr>
        <w:spacing w:before="240" w:after="80"/>
        <w:rPr>
          <w:b/>
          <w:sz w:val="24"/>
        </w:rPr>
      </w:pPr>
    </w:p>
    <w:p w14:paraId="19441224" w14:textId="77777777" w:rsidR="00BB0478" w:rsidRDefault="00BB0478">
      <w:pPr>
        <w:spacing w:before="240" w:after="80"/>
        <w:rPr>
          <w:b/>
          <w:sz w:val="24"/>
        </w:rPr>
      </w:pPr>
    </w:p>
    <w:p w14:paraId="03F100EC" w14:textId="62595CA5" w:rsidR="008B526C" w:rsidRDefault="009D521D">
      <w:pPr>
        <w:spacing w:before="240" w:after="80"/>
      </w:pPr>
      <w:r>
        <w:rPr>
          <w:b/>
          <w:sz w:val="24"/>
        </w:rPr>
        <w:t>Spring 2: My Wonderful World</w:t>
      </w:r>
    </w:p>
    <w:tbl>
      <w:tblPr>
        <w:tblStyle w:val="TableGrid"/>
        <w:tblW w:w="0" w:type="auto"/>
        <w:tblLook w:val="04A0" w:firstRow="1" w:lastRow="0" w:firstColumn="1" w:lastColumn="0" w:noHBand="0" w:noVBand="1"/>
      </w:tblPr>
      <w:tblGrid>
        <w:gridCol w:w="3356"/>
        <w:gridCol w:w="3357"/>
        <w:gridCol w:w="3357"/>
      </w:tblGrid>
      <w:tr w:rsidR="008B526C" w14:paraId="5F2F3B21" w14:textId="77777777">
        <w:tc>
          <w:tcPr>
            <w:tcW w:w="3360" w:type="dxa"/>
          </w:tcPr>
          <w:p w14:paraId="4FBD02F9" w14:textId="77777777" w:rsidR="008B526C" w:rsidRDefault="009D521D">
            <w:r>
              <w:rPr>
                <w:b/>
              </w:rPr>
              <w:t>Week &amp; Strand</w:t>
            </w:r>
          </w:p>
        </w:tc>
        <w:tc>
          <w:tcPr>
            <w:tcW w:w="3360" w:type="dxa"/>
          </w:tcPr>
          <w:p w14:paraId="2127EEDD" w14:textId="77777777" w:rsidR="008B526C" w:rsidRDefault="009D521D">
            <w:r>
              <w:rPr>
                <w:b/>
              </w:rPr>
              <w:t>Lesson Focus</w:t>
            </w:r>
          </w:p>
        </w:tc>
        <w:tc>
          <w:tcPr>
            <w:tcW w:w="3360" w:type="dxa"/>
          </w:tcPr>
          <w:p w14:paraId="1403570D" w14:textId="77777777" w:rsidR="008B526C" w:rsidRDefault="009D521D">
            <w:r>
              <w:rPr>
                <w:b/>
              </w:rPr>
              <w:t>Explicit EYFS Activity &amp; Practical Guidance</w:t>
            </w:r>
          </w:p>
        </w:tc>
      </w:tr>
      <w:tr w:rsidR="008B526C" w14:paraId="481FE972" w14:textId="77777777">
        <w:tc>
          <w:tcPr>
            <w:tcW w:w="3360" w:type="dxa"/>
          </w:tcPr>
          <w:p w14:paraId="31FC3DAD" w14:textId="3A8ECFDE" w:rsidR="008B526C" w:rsidRDefault="009D521D">
            <w:r>
              <w:t>Week 1</w:t>
            </w:r>
            <w:r>
              <w:br/>
            </w:r>
            <w:proofErr w:type="spellStart"/>
            <w:r w:rsidR="00BD2D98">
              <w:t>Ten:Ten</w:t>
            </w:r>
            <w:proofErr w:type="spellEnd"/>
          </w:p>
        </w:tc>
        <w:tc>
          <w:tcPr>
            <w:tcW w:w="3360" w:type="dxa"/>
          </w:tcPr>
          <w:p w14:paraId="7132E317" w14:textId="77777777" w:rsidR="008B526C" w:rsidRDefault="009D521D">
            <w:r>
              <w:t>Heads, Shoulders, Knees and Toes (M1 U2 S2)</w:t>
            </w:r>
          </w:p>
          <w:p w14:paraId="2D5CC9AF" w14:textId="77777777" w:rsidR="00BD2D98" w:rsidRDefault="00BD2D98"/>
          <w:p w14:paraId="59C1534B" w14:textId="77777777" w:rsidR="00BD2D98" w:rsidRPr="00922B75" w:rsidRDefault="00BD2D98" w:rsidP="00BD2D98">
            <w:pPr>
              <w:spacing w:line="276" w:lineRule="auto"/>
              <w:rPr>
                <w:rFonts w:eastAsia="Arial" w:cs="Arial"/>
                <w:sz w:val="22"/>
              </w:rPr>
            </w:pPr>
            <w:hyperlink r:id="rId12">
              <w:r w:rsidRPr="00922B75">
                <w:rPr>
                  <w:rFonts w:eastAsia="Arial" w:cs="Arial"/>
                  <w:color w:val="0563C1"/>
                  <w:sz w:val="22"/>
                  <w:u w:val="single"/>
                </w:rPr>
                <w:t>EYFS 1.2.2 Heads, Shoulders, Knees and Toes</w:t>
              </w:r>
            </w:hyperlink>
          </w:p>
          <w:p w14:paraId="34D6E3C6" w14:textId="77777777" w:rsidR="00BD2D98" w:rsidRDefault="00BD2D98"/>
        </w:tc>
        <w:tc>
          <w:tcPr>
            <w:tcW w:w="3360" w:type="dxa"/>
          </w:tcPr>
          <w:p w14:paraId="32ECF92C" w14:textId="77777777" w:rsidR="008B526C" w:rsidRDefault="009D521D">
            <w:r>
              <w:rPr>
                <w:b/>
              </w:rPr>
              <w:t xml:space="preserve">Theme: </w:t>
            </w:r>
            <w:r>
              <w:t>Our body and physical health.</w:t>
            </w:r>
            <w:r>
              <w:br/>
            </w:r>
            <w:r>
              <w:br/>
            </w:r>
            <w:r>
              <w:rPr>
                <w:b/>
              </w:rPr>
              <w:t xml:space="preserve">Practical Activity: </w:t>
            </w:r>
            <w:r>
              <w:t>Sing the classic song with high-energy movement. Draw large body outlines on butcher paper and have children stick labels or draw arrows pointing to eyes, ears, knees, and toes.</w:t>
            </w:r>
          </w:p>
        </w:tc>
      </w:tr>
      <w:tr w:rsidR="008B526C" w14:paraId="4C1C17F3" w14:textId="77777777">
        <w:tc>
          <w:tcPr>
            <w:tcW w:w="3360" w:type="dxa"/>
          </w:tcPr>
          <w:p w14:paraId="0B4B99CD" w14:textId="2E19D0A5" w:rsidR="008B526C" w:rsidRDefault="009D521D">
            <w:r>
              <w:t>Week 2</w:t>
            </w:r>
            <w:r>
              <w:br/>
            </w:r>
            <w:proofErr w:type="spellStart"/>
            <w:r w:rsidR="00BD2D98">
              <w:t>Ten:Ten</w:t>
            </w:r>
            <w:proofErr w:type="spellEnd"/>
          </w:p>
        </w:tc>
        <w:tc>
          <w:tcPr>
            <w:tcW w:w="3360" w:type="dxa"/>
          </w:tcPr>
          <w:p w14:paraId="2240CFD6" w14:textId="77777777" w:rsidR="008B526C" w:rsidRDefault="009D521D" w:rsidP="00BD2D98">
            <w:pPr>
              <w:tabs>
                <w:tab w:val="right" w:pos="3144"/>
              </w:tabs>
            </w:pPr>
            <w:r>
              <w:t>God is Love (M3 U1 S1)</w:t>
            </w:r>
            <w:r w:rsidR="00BD2D98">
              <w:tab/>
            </w:r>
          </w:p>
          <w:p w14:paraId="532EB5C2" w14:textId="77777777" w:rsidR="00BD2D98" w:rsidRDefault="00BD2D98" w:rsidP="00BD2D98">
            <w:pPr>
              <w:tabs>
                <w:tab w:val="right" w:pos="3144"/>
              </w:tabs>
            </w:pPr>
          </w:p>
          <w:p w14:paraId="0A271CE7" w14:textId="77777777" w:rsidR="00BD2D98" w:rsidRPr="00922B75" w:rsidRDefault="00BD2D98" w:rsidP="00BD2D98">
            <w:pPr>
              <w:rPr>
                <w:rFonts w:eastAsia="Arial" w:cs="Arial"/>
                <w:sz w:val="22"/>
              </w:rPr>
            </w:pPr>
            <w:hyperlink r:id="rId13">
              <w:r w:rsidRPr="00922B75">
                <w:rPr>
                  <w:rFonts w:eastAsia="Arial" w:cs="Arial"/>
                  <w:color w:val="0563C1"/>
                  <w:sz w:val="22"/>
                  <w:u w:val="single"/>
                </w:rPr>
                <w:t>EYFS 3.1.1 God is Love</w:t>
              </w:r>
            </w:hyperlink>
          </w:p>
          <w:p w14:paraId="6E5809B6" w14:textId="6237884C" w:rsidR="00BD2D98" w:rsidRDefault="00BD2D98" w:rsidP="00BD2D98">
            <w:pPr>
              <w:tabs>
                <w:tab w:val="right" w:pos="3144"/>
              </w:tabs>
            </w:pPr>
          </w:p>
        </w:tc>
        <w:tc>
          <w:tcPr>
            <w:tcW w:w="3360" w:type="dxa"/>
          </w:tcPr>
          <w:p w14:paraId="42798CD1" w14:textId="77777777" w:rsidR="008B526C" w:rsidRDefault="009D521D">
            <w:r>
              <w:rPr>
                <w:b/>
              </w:rPr>
              <w:t xml:space="preserve">Theme: </w:t>
            </w:r>
            <w:r>
              <w:t>Introduction to community love/care.</w:t>
            </w:r>
            <w:r>
              <w:br/>
            </w:r>
            <w:r>
              <w:br/>
            </w:r>
            <w:r>
              <w:rPr>
                <w:b/>
              </w:rPr>
              <w:t xml:space="preserve">Practical Activity: </w:t>
            </w:r>
            <w:r>
              <w:t>Create a 'Kindness Web' by passing a ball of yarn across a circle. Each time a child rolls the ball, they say something kind about the person receiving it, showing how we are all linked by love.</w:t>
            </w:r>
          </w:p>
        </w:tc>
      </w:tr>
      <w:tr w:rsidR="008B526C" w14:paraId="5C8F195C" w14:textId="77777777">
        <w:tc>
          <w:tcPr>
            <w:tcW w:w="3360" w:type="dxa"/>
          </w:tcPr>
          <w:p w14:paraId="6CCF9FF0" w14:textId="77777777" w:rsidR="008B526C" w:rsidRDefault="009D521D">
            <w:r>
              <w:t>Week 3</w:t>
            </w:r>
            <w:r>
              <w:br/>
              <w:t>(British Value)</w:t>
            </w:r>
          </w:p>
        </w:tc>
        <w:tc>
          <w:tcPr>
            <w:tcW w:w="3360" w:type="dxa"/>
          </w:tcPr>
          <w:p w14:paraId="7437B225" w14:textId="77777777" w:rsidR="008B526C" w:rsidRDefault="009D521D">
            <w:r>
              <w:t>Mutual Respect (Sharing)</w:t>
            </w:r>
          </w:p>
        </w:tc>
        <w:tc>
          <w:tcPr>
            <w:tcW w:w="3360" w:type="dxa"/>
          </w:tcPr>
          <w:p w14:paraId="17BA2E4E" w14:textId="77777777" w:rsidR="008B526C" w:rsidRDefault="009D521D">
            <w:r>
              <w:rPr>
                <w:b/>
              </w:rPr>
              <w:t xml:space="preserve">Theme: </w:t>
            </w:r>
            <w:r>
              <w:t>Learning to share toys and take turns.</w:t>
            </w:r>
            <w:r>
              <w:br/>
            </w:r>
            <w:r>
              <w:br/>
            </w:r>
            <w:r>
              <w:rPr>
                <w:b/>
              </w:rPr>
              <w:t xml:space="preserve">Practical Activity: </w:t>
            </w:r>
            <w:r>
              <w:t>Use a tangible sand timer at a high-demand station (e.g., water tray). Practice the specific scripts: 'Can I have a turn when the sand runs down?' and 'Yes, let's look at the timer together.'</w:t>
            </w:r>
          </w:p>
        </w:tc>
      </w:tr>
      <w:tr w:rsidR="008B526C" w14:paraId="3EC8E52B" w14:textId="77777777">
        <w:tc>
          <w:tcPr>
            <w:tcW w:w="3360" w:type="dxa"/>
          </w:tcPr>
          <w:p w14:paraId="78CCD302" w14:textId="77777777" w:rsidR="008B526C" w:rsidRDefault="009D521D">
            <w:r>
              <w:t>Week 4</w:t>
            </w:r>
            <w:r>
              <w:br/>
              <w:t>(Wider World)</w:t>
            </w:r>
          </w:p>
        </w:tc>
        <w:tc>
          <w:tcPr>
            <w:tcW w:w="3360" w:type="dxa"/>
          </w:tcPr>
          <w:p w14:paraId="64C7E5D7" w14:textId="77777777" w:rsidR="008B526C" w:rsidRDefault="009D521D">
            <w:r>
              <w:t>National Careers Week [Event]</w:t>
            </w:r>
          </w:p>
        </w:tc>
        <w:tc>
          <w:tcPr>
            <w:tcW w:w="3360" w:type="dxa"/>
          </w:tcPr>
          <w:p w14:paraId="63C95B85" w14:textId="77777777" w:rsidR="008B526C" w:rsidRDefault="009D521D">
            <w:r>
              <w:rPr>
                <w:b/>
              </w:rPr>
              <w:t xml:space="preserve">Theme: </w:t>
            </w:r>
            <w:r>
              <w:t>People who help us in the community.</w:t>
            </w:r>
            <w:r>
              <w:br/>
            </w:r>
            <w:r>
              <w:br/>
            </w:r>
            <w:r>
              <w:rPr>
                <w:b/>
              </w:rPr>
              <w:t xml:space="preserve">Practical Activity: </w:t>
            </w:r>
            <w:r>
              <w:t>Left to teacher discretion to invite local professionals or run roleplay dressing-up sessions.</w:t>
            </w:r>
          </w:p>
        </w:tc>
      </w:tr>
      <w:tr w:rsidR="008B526C" w14:paraId="415A605B" w14:textId="77777777">
        <w:tc>
          <w:tcPr>
            <w:tcW w:w="3360" w:type="dxa"/>
          </w:tcPr>
          <w:p w14:paraId="3C0C7305" w14:textId="77777777" w:rsidR="008B526C" w:rsidRDefault="009D521D">
            <w:r>
              <w:t>Week 5</w:t>
            </w:r>
            <w:r>
              <w:br/>
              <w:t>(Wider World)</w:t>
            </w:r>
          </w:p>
        </w:tc>
        <w:tc>
          <w:tcPr>
            <w:tcW w:w="3360" w:type="dxa"/>
          </w:tcPr>
          <w:p w14:paraId="44A55CD6" w14:textId="77777777" w:rsidR="008B526C" w:rsidRDefault="009D521D">
            <w:r>
              <w:t>The Changing Seasons</w:t>
            </w:r>
          </w:p>
        </w:tc>
        <w:tc>
          <w:tcPr>
            <w:tcW w:w="3360" w:type="dxa"/>
          </w:tcPr>
          <w:p w14:paraId="16E7454D" w14:textId="77777777" w:rsidR="008B526C" w:rsidRDefault="009D521D">
            <w:r>
              <w:rPr>
                <w:b/>
              </w:rPr>
              <w:t xml:space="preserve">Theme: </w:t>
            </w:r>
            <w:r>
              <w:t>Noticing changes in nature.</w:t>
            </w:r>
            <w:r>
              <w:br/>
            </w:r>
            <w:r>
              <w:br/>
            </w:r>
            <w:r>
              <w:rPr>
                <w:b/>
              </w:rPr>
              <w:t xml:space="preserve">Practical Activity: </w:t>
            </w:r>
            <w:r>
              <w:t>Go on an outdoor nature walk equipped with clipboards. Search for new green shoots, budding flowers, or nests. Collect fallen twigs and build a collaborative miniature bird's nest in class.</w:t>
            </w:r>
          </w:p>
        </w:tc>
      </w:tr>
    </w:tbl>
    <w:p w14:paraId="63617FDD" w14:textId="77777777" w:rsidR="00BD2D98" w:rsidRDefault="00BD2D98">
      <w:pPr>
        <w:spacing w:before="240" w:after="80"/>
        <w:rPr>
          <w:b/>
          <w:sz w:val="24"/>
        </w:rPr>
      </w:pPr>
    </w:p>
    <w:p w14:paraId="1273FA53" w14:textId="77777777" w:rsidR="00BD2D98" w:rsidRDefault="00BD2D98">
      <w:pPr>
        <w:spacing w:before="240" w:after="80"/>
        <w:rPr>
          <w:b/>
          <w:sz w:val="24"/>
        </w:rPr>
      </w:pPr>
    </w:p>
    <w:p w14:paraId="432F648A" w14:textId="698C441C" w:rsidR="008B526C" w:rsidRDefault="009D521D">
      <w:pPr>
        <w:spacing w:before="240" w:after="80"/>
      </w:pPr>
      <w:r>
        <w:rPr>
          <w:b/>
          <w:sz w:val="24"/>
        </w:rPr>
        <w:t>Summer 1: Friends and Online Play</w:t>
      </w:r>
    </w:p>
    <w:tbl>
      <w:tblPr>
        <w:tblStyle w:val="TableGrid"/>
        <w:tblW w:w="0" w:type="auto"/>
        <w:tblLook w:val="04A0" w:firstRow="1" w:lastRow="0" w:firstColumn="1" w:lastColumn="0" w:noHBand="0" w:noVBand="1"/>
      </w:tblPr>
      <w:tblGrid>
        <w:gridCol w:w="3356"/>
        <w:gridCol w:w="3357"/>
        <w:gridCol w:w="3357"/>
      </w:tblGrid>
      <w:tr w:rsidR="008B526C" w14:paraId="4C35801C" w14:textId="77777777">
        <w:tc>
          <w:tcPr>
            <w:tcW w:w="3360" w:type="dxa"/>
          </w:tcPr>
          <w:p w14:paraId="0C30E80A" w14:textId="77777777" w:rsidR="008B526C" w:rsidRDefault="009D521D">
            <w:r>
              <w:rPr>
                <w:b/>
              </w:rPr>
              <w:t>Week &amp; Strand</w:t>
            </w:r>
          </w:p>
        </w:tc>
        <w:tc>
          <w:tcPr>
            <w:tcW w:w="3360" w:type="dxa"/>
          </w:tcPr>
          <w:p w14:paraId="4B427C4F" w14:textId="77777777" w:rsidR="008B526C" w:rsidRDefault="009D521D">
            <w:r>
              <w:rPr>
                <w:b/>
              </w:rPr>
              <w:t>Lesson Focus</w:t>
            </w:r>
          </w:p>
        </w:tc>
        <w:tc>
          <w:tcPr>
            <w:tcW w:w="3360" w:type="dxa"/>
          </w:tcPr>
          <w:p w14:paraId="50A7B0C6" w14:textId="77777777" w:rsidR="008B526C" w:rsidRDefault="009D521D">
            <w:r>
              <w:rPr>
                <w:b/>
              </w:rPr>
              <w:t>Explicit EYFS Activity &amp; Practical Guidance</w:t>
            </w:r>
          </w:p>
        </w:tc>
      </w:tr>
      <w:tr w:rsidR="008B526C" w14:paraId="002FD075" w14:textId="77777777">
        <w:tc>
          <w:tcPr>
            <w:tcW w:w="3360" w:type="dxa"/>
          </w:tcPr>
          <w:p w14:paraId="3B808664" w14:textId="778F59D7" w:rsidR="008B526C" w:rsidRDefault="009D521D">
            <w:r>
              <w:t>Week 1</w:t>
            </w:r>
            <w:r>
              <w:br/>
            </w:r>
            <w:proofErr w:type="spellStart"/>
            <w:r w:rsidR="00BD2D98">
              <w:t>Ten:Ten</w:t>
            </w:r>
            <w:proofErr w:type="spellEnd"/>
          </w:p>
        </w:tc>
        <w:tc>
          <w:tcPr>
            <w:tcW w:w="3360" w:type="dxa"/>
          </w:tcPr>
          <w:p w14:paraId="4BE29972" w14:textId="77777777" w:rsidR="00BD2D98" w:rsidRDefault="009D521D" w:rsidP="00BD2D98">
            <w:r>
              <w:t>You’ve Got A Friend In Me (M2 U2 S2)</w:t>
            </w:r>
          </w:p>
          <w:p w14:paraId="707A1ED0" w14:textId="77777777" w:rsidR="00BD2D98" w:rsidRDefault="00BD2D98" w:rsidP="00BD2D98"/>
          <w:p w14:paraId="51BB7EBE" w14:textId="4F259962" w:rsidR="00BD2D98" w:rsidRPr="00922B75" w:rsidRDefault="00BD2D98" w:rsidP="00BD2D98">
            <w:pPr>
              <w:rPr>
                <w:rFonts w:eastAsia="Arial" w:cs="Arial"/>
                <w:sz w:val="22"/>
              </w:rPr>
            </w:pPr>
            <w:hyperlink r:id="rId14">
              <w:r w:rsidRPr="00922B75">
                <w:rPr>
                  <w:rFonts w:eastAsia="Arial" w:cs="Arial"/>
                  <w:color w:val="0563C1"/>
                  <w:sz w:val="22"/>
                  <w:u w:val="single"/>
                </w:rPr>
                <w:t>EYFS 2.2.2 You’ve Got a Friend in Me</w:t>
              </w:r>
            </w:hyperlink>
          </w:p>
          <w:p w14:paraId="4CB08A76" w14:textId="77777777" w:rsidR="00BD2D98" w:rsidRDefault="00BD2D98"/>
        </w:tc>
        <w:tc>
          <w:tcPr>
            <w:tcW w:w="3360" w:type="dxa"/>
          </w:tcPr>
          <w:p w14:paraId="2BBCAC6E" w14:textId="77777777" w:rsidR="008B526C" w:rsidRDefault="009D521D">
            <w:r>
              <w:rPr>
                <w:b/>
              </w:rPr>
              <w:t xml:space="preserve">Theme: </w:t>
            </w:r>
            <w:r>
              <w:t>How to be a good friend.</w:t>
            </w:r>
            <w:r>
              <w:br/>
            </w:r>
            <w:r>
              <w:br/>
            </w:r>
            <w:r>
              <w:rPr>
                <w:b/>
              </w:rPr>
              <w:t xml:space="preserve">Practical Activity: </w:t>
            </w:r>
            <w:r>
              <w:t>Bake a hypothetical 'Friendship Soup'. Children drop tokens into a pot representing friendly ingredients: 'smiling', 'sharing blocks', and 'using kind voices'. Exclude bad ingredients like 'pushing'.</w:t>
            </w:r>
          </w:p>
        </w:tc>
      </w:tr>
      <w:tr w:rsidR="008B526C" w14:paraId="67C0D496" w14:textId="77777777">
        <w:tc>
          <w:tcPr>
            <w:tcW w:w="3360" w:type="dxa"/>
          </w:tcPr>
          <w:p w14:paraId="455CB979" w14:textId="4BB345E6" w:rsidR="008B526C" w:rsidRDefault="009D521D">
            <w:r>
              <w:t>Week 2</w:t>
            </w:r>
            <w:r>
              <w:br/>
            </w:r>
            <w:proofErr w:type="spellStart"/>
            <w:r w:rsidR="00BD2D98">
              <w:t>Ten:Ten</w:t>
            </w:r>
            <w:proofErr w:type="spellEnd"/>
          </w:p>
        </w:tc>
        <w:tc>
          <w:tcPr>
            <w:tcW w:w="3360" w:type="dxa"/>
          </w:tcPr>
          <w:p w14:paraId="63FB8CB1" w14:textId="77777777" w:rsidR="008B526C" w:rsidRDefault="009D521D">
            <w:r>
              <w:t>Playing Online (M2 U3 S2)</w:t>
            </w:r>
          </w:p>
          <w:p w14:paraId="7BDEBE59" w14:textId="77777777" w:rsidR="00BD2D98" w:rsidRDefault="00BD2D98"/>
          <w:p w14:paraId="2B39696C" w14:textId="77777777" w:rsidR="00BD2D98" w:rsidRDefault="00BD2D98" w:rsidP="00BD2D98">
            <w:pPr>
              <w:rPr>
                <w:rFonts w:eastAsia="Arial" w:cs="Arial"/>
                <w:sz w:val="22"/>
              </w:rPr>
            </w:pPr>
            <w:hyperlink r:id="rId15">
              <w:r w:rsidRPr="00922B75">
                <w:rPr>
                  <w:rFonts w:eastAsia="Arial" w:cs="Arial"/>
                  <w:color w:val="0563C1"/>
                  <w:sz w:val="22"/>
                  <w:u w:val="single"/>
                </w:rPr>
                <w:t>EYFS 2.3.2 Playing Online</w:t>
              </w:r>
            </w:hyperlink>
          </w:p>
          <w:p w14:paraId="11442DCE" w14:textId="77777777" w:rsidR="00BD2D98" w:rsidRPr="00BD2D98" w:rsidRDefault="00BD2D98">
            <w:pPr>
              <w:rPr>
                <w:b/>
                <w:bCs/>
              </w:rPr>
            </w:pPr>
          </w:p>
        </w:tc>
        <w:tc>
          <w:tcPr>
            <w:tcW w:w="3360" w:type="dxa"/>
          </w:tcPr>
          <w:p w14:paraId="7F9DE756" w14:textId="77777777" w:rsidR="008B526C" w:rsidRDefault="009D521D">
            <w:r>
              <w:rPr>
                <w:b/>
              </w:rPr>
              <w:t xml:space="preserve">Theme: </w:t>
            </w:r>
            <w:r>
              <w:t>Screens and digital balance.</w:t>
            </w:r>
            <w:r>
              <w:br/>
            </w:r>
            <w:r>
              <w:br/>
            </w:r>
            <w:r>
              <w:rPr>
                <w:b/>
              </w:rPr>
              <w:t xml:space="preserve">Practical Activity: </w:t>
            </w:r>
            <w:r>
              <w:t>Use a physical alarm clock in the classroom. Practice playing a tablet game for a few minutes, and when the timer rings, physically close the tablet, stand up, and transition to an outdoor running game.</w:t>
            </w:r>
          </w:p>
        </w:tc>
      </w:tr>
      <w:tr w:rsidR="008B526C" w14:paraId="41DE043B" w14:textId="77777777">
        <w:tc>
          <w:tcPr>
            <w:tcW w:w="3360" w:type="dxa"/>
          </w:tcPr>
          <w:p w14:paraId="6BA8728E" w14:textId="77777777" w:rsidR="008B526C" w:rsidRDefault="009D521D">
            <w:r>
              <w:t>Week 3</w:t>
            </w:r>
            <w:r>
              <w:br/>
              <w:t>(British Value)</w:t>
            </w:r>
          </w:p>
        </w:tc>
        <w:tc>
          <w:tcPr>
            <w:tcW w:w="3360" w:type="dxa"/>
          </w:tcPr>
          <w:p w14:paraId="383F994A" w14:textId="77777777" w:rsidR="008B526C" w:rsidRDefault="009D521D">
            <w:r>
              <w:t>Mutual Respect &amp; Tolerance</w:t>
            </w:r>
          </w:p>
        </w:tc>
        <w:tc>
          <w:tcPr>
            <w:tcW w:w="3360" w:type="dxa"/>
          </w:tcPr>
          <w:p w14:paraId="7AE86E57" w14:textId="77777777" w:rsidR="008B526C" w:rsidRDefault="009D521D">
            <w:r>
              <w:rPr>
                <w:b/>
              </w:rPr>
              <w:t xml:space="preserve">Theme: </w:t>
            </w:r>
            <w:r>
              <w:t>Celebrating unique attributes.</w:t>
            </w:r>
            <w:r>
              <w:br/>
            </w:r>
            <w:r>
              <w:br/>
            </w:r>
            <w:r>
              <w:rPr>
                <w:b/>
              </w:rPr>
              <w:t xml:space="preserve">Practical Activity: </w:t>
            </w:r>
            <w:r>
              <w:t>Read a story celebrating physical or cultural diversity. Pass around a box of multi-tone skin color crayons or diverse dolls, ensuring children notice and celebrate that everyone looks beautifully different.</w:t>
            </w:r>
          </w:p>
        </w:tc>
      </w:tr>
      <w:tr w:rsidR="008B526C" w14:paraId="0F8E729D" w14:textId="77777777">
        <w:tc>
          <w:tcPr>
            <w:tcW w:w="3360" w:type="dxa"/>
          </w:tcPr>
          <w:p w14:paraId="7D551263" w14:textId="77777777" w:rsidR="008B526C" w:rsidRDefault="009D521D">
            <w:r>
              <w:t>Week 4</w:t>
            </w:r>
            <w:r>
              <w:br/>
              <w:t>(Wider World)</w:t>
            </w:r>
          </w:p>
        </w:tc>
        <w:tc>
          <w:tcPr>
            <w:tcW w:w="3360" w:type="dxa"/>
          </w:tcPr>
          <w:p w14:paraId="43AF60B1" w14:textId="77777777" w:rsidR="008B526C" w:rsidRDefault="009D521D">
            <w:r>
              <w:t>Earth Day [Event]</w:t>
            </w:r>
          </w:p>
        </w:tc>
        <w:tc>
          <w:tcPr>
            <w:tcW w:w="3360" w:type="dxa"/>
          </w:tcPr>
          <w:p w14:paraId="3A1D428A" w14:textId="77777777" w:rsidR="008B526C" w:rsidRDefault="009D521D">
            <w:r>
              <w:rPr>
                <w:b/>
              </w:rPr>
              <w:t xml:space="preserve">Theme: </w:t>
            </w:r>
            <w:r>
              <w:t>Taking care of the Earth.</w:t>
            </w:r>
            <w:r>
              <w:br/>
            </w:r>
            <w:r>
              <w:br/>
            </w:r>
            <w:r>
              <w:rPr>
                <w:b/>
              </w:rPr>
              <w:t xml:space="preserve">Practical Activity: </w:t>
            </w:r>
            <w:r>
              <w:t>Left to teacher discretion to organize school-wide recycling, waste-reduction, or eco-art projects.</w:t>
            </w:r>
          </w:p>
        </w:tc>
      </w:tr>
      <w:tr w:rsidR="008B526C" w14:paraId="6ECB2356" w14:textId="77777777">
        <w:tc>
          <w:tcPr>
            <w:tcW w:w="3360" w:type="dxa"/>
          </w:tcPr>
          <w:p w14:paraId="66CFB9A3" w14:textId="77777777" w:rsidR="008B526C" w:rsidRDefault="009D521D">
            <w:r>
              <w:t>Week 5</w:t>
            </w:r>
            <w:r>
              <w:br/>
              <w:t>(Wider World)</w:t>
            </w:r>
          </w:p>
        </w:tc>
        <w:tc>
          <w:tcPr>
            <w:tcW w:w="3360" w:type="dxa"/>
          </w:tcPr>
          <w:p w14:paraId="4A11A2CB" w14:textId="77777777" w:rsidR="008B526C" w:rsidRDefault="009D521D">
            <w:r>
              <w:t>Where Food Comes From</w:t>
            </w:r>
          </w:p>
        </w:tc>
        <w:tc>
          <w:tcPr>
            <w:tcW w:w="3360" w:type="dxa"/>
          </w:tcPr>
          <w:p w14:paraId="219F13E6" w14:textId="77777777" w:rsidR="008B526C" w:rsidRDefault="009D521D">
            <w:r>
              <w:rPr>
                <w:b/>
              </w:rPr>
              <w:t xml:space="preserve">Theme: </w:t>
            </w:r>
            <w:r>
              <w:t>Farming, nature, and growth.</w:t>
            </w:r>
            <w:r>
              <w:br/>
            </w:r>
            <w:r>
              <w:br/>
            </w:r>
            <w:r>
              <w:rPr>
                <w:b/>
              </w:rPr>
              <w:t xml:space="preserve">Practical Activity: </w:t>
            </w:r>
            <w:r>
              <w:t>Examine real raw vegetables (carrots with tops, peas in pods). Track their origin on picture cards from soil to farm, transport, shop, and kitchen plate. Plant cress seeds in eggshells to care for.</w:t>
            </w:r>
          </w:p>
        </w:tc>
      </w:tr>
    </w:tbl>
    <w:p w14:paraId="27AA601F" w14:textId="77777777" w:rsidR="00BB0478" w:rsidRDefault="00BB0478">
      <w:pPr>
        <w:spacing w:before="240" w:after="80"/>
        <w:rPr>
          <w:b/>
          <w:sz w:val="24"/>
        </w:rPr>
      </w:pPr>
    </w:p>
    <w:p w14:paraId="11AFB663" w14:textId="77777777" w:rsidR="00BB0478" w:rsidRDefault="00BB0478">
      <w:pPr>
        <w:spacing w:before="240" w:after="80"/>
        <w:rPr>
          <w:b/>
          <w:sz w:val="24"/>
        </w:rPr>
      </w:pPr>
    </w:p>
    <w:p w14:paraId="021790B5" w14:textId="4E363C2F" w:rsidR="008B526C" w:rsidRDefault="009D521D">
      <w:pPr>
        <w:spacing w:before="240" w:after="80"/>
      </w:pPr>
      <w:r>
        <w:rPr>
          <w:b/>
          <w:sz w:val="24"/>
        </w:rPr>
        <w:t>Summer 2: Growing and Moving On</w:t>
      </w:r>
    </w:p>
    <w:tbl>
      <w:tblPr>
        <w:tblStyle w:val="TableGrid"/>
        <w:tblW w:w="0" w:type="auto"/>
        <w:tblLook w:val="04A0" w:firstRow="1" w:lastRow="0" w:firstColumn="1" w:lastColumn="0" w:noHBand="0" w:noVBand="1"/>
      </w:tblPr>
      <w:tblGrid>
        <w:gridCol w:w="3356"/>
        <w:gridCol w:w="3357"/>
        <w:gridCol w:w="3357"/>
      </w:tblGrid>
      <w:tr w:rsidR="008B526C" w14:paraId="350EAE4D" w14:textId="77777777">
        <w:tc>
          <w:tcPr>
            <w:tcW w:w="3360" w:type="dxa"/>
          </w:tcPr>
          <w:p w14:paraId="5D1729F9" w14:textId="77777777" w:rsidR="008B526C" w:rsidRDefault="009D521D">
            <w:r>
              <w:rPr>
                <w:b/>
              </w:rPr>
              <w:t>Week &amp; Strand</w:t>
            </w:r>
          </w:p>
        </w:tc>
        <w:tc>
          <w:tcPr>
            <w:tcW w:w="3360" w:type="dxa"/>
          </w:tcPr>
          <w:p w14:paraId="5CB21478" w14:textId="77777777" w:rsidR="008B526C" w:rsidRDefault="009D521D">
            <w:r>
              <w:rPr>
                <w:b/>
              </w:rPr>
              <w:t>Lesson Focus</w:t>
            </w:r>
          </w:p>
        </w:tc>
        <w:tc>
          <w:tcPr>
            <w:tcW w:w="3360" w:type="dxa"/>
          </w:tcPr>
          <w:p w14:paraId="36C8165D" w14:textId="77777777" w:rsidR="008B526C" w:rsidRDefault="009D521D">
            <w:r>
              <w:rPr>
                <w:b/>
              </w:rPr>
              <w:t>Explicit EYFS Activity &amp; Practical Guidance</w:t>
            </w:r>
          </w:p>
        </w:tc>
      </w:tr>
      <w:tr w:rsidR="008B526C" w14:paraId="675A4D9A" w14:textId="77777777">
        <w:tc>
          <w:tcPr>
            <w:tcW w:w="3360" w:type="dxa"/>
          </w:tcPr>
          <w:p w14:paraId="0F418283" w14:textId="4491BF0C" w:rsidR="008B526C" w:rsidRDefault="009D521D">
            <w:r>
              <w:t>Week 1</w:t>
            </w:r>
            <w:r>
              <w:br/>
            </w:r>
            <w:proofErr w:type="spellStart"/>
            <w:r w:rsidR="00BD2D98">
              <w:t>Ten:Ten</w:t>
            </w:r>
            <w:proofErr w:type="spellEnd"/>
          </w:p>
        </w:tc>
        <w:tc>
          <w:tcPr>
            <w:tcW w:w="3360" w:type="dxa"/>
          </w:tcPr>
          <w:p w14:paraId="203549A6" w14:textId="77777777" w:rsidR="008B526C" w:rsidRDefault="009D521D">
            <w:r>
              <w:t>Growing Up (M1 U4 S1)</w:t>
            </w:r>
          </w:p>
          <w:p w14:paraId="25EDE4D8" w14:textId="77777777" w:rsidR="00BD2D98" w:rsidRDefault="00BD2D98"/>
          <w:p w14:paraId="0AB6B006" w14:textId="77777777" w:rsidR="00BD2D98" w:rsidRPr="00922B75" w:rsidRDefault="00BD2D98" w:rsidP="00BD2D98">
            <w:pPr>
              <w:spacing w:line="276" w:lineRule="auto"/>
              <w:rPr>
                <w:rFonts w:eastAsia="Arial" w:cs="Arial"/>
                <w:color w:val="0563C1"/>
                <w:sz w:val="22"/>
                <w:u w:val="single"/>
              </w:rPr>
            </w:pPr>
            <w:hyperlink r:id="rId16">
              <w:r w:rsidRPr="00922B75">
                <w:rPr>
                  <w:rFonts w:eastAsia="Arial" w:cs="Arial"/>
                  <w:color w:val="0563C1"/>
                  <w:sz w:val="22"/>
                  <w:u w:val="single"/>
                </w:rPr>
                <w:t>EYFS 1.4.1 Growing Up</w:t>
              </w:r>
            </w:hyperlink>
          </w:p>
          <w:p w14:paraId="1D8B97E5" w14:textId="77777777" w:rsidR="00BD2D98" w:rsidRPr="00922B75" w:rsidRDefault="00BD2D98" w:rsidP="00BD2D98">
            <w:pPr>
              <w:rPr>
                <w:rFonts w:eastAsia="Arial" w:cs="Arial"/>
                <w:sz w:val="22"/>
              </w:rPr>
            </w:pPr>
          </w:p>
          <w:p w14:paraId="5F389A74" w14:textId="77777777" w:rsidR="00BD2D98" w:rsidRDefault="00BD2D98"/>
        </w:tc>
        <w:tc>
          <w:tcPr>
            <w:tcW w:w="3360" w:type="dxa"/>
          </w:tcPr>
          <w:p w14:paraId="198A3D31" w14:textId="77777777" w:rsidR="008B526C" w:rsidRDefault="009D521D">
            <w:r>
              <w:rPr>
                <w:b/>
              </w:rPr>
              <w:t xml:space="preserve">Theme: </w:t>
            </w:r>
            <w:r>
              <w:t>How we have changed since being a baby.</w:t>
            </w:r>
            <w:r>
              <w:br/>
            </w:r>
            <w:r>
              <w:br/>
            </w:r>
            <w:r>
              <w:rPr>
                <w:b/>
              </w:rPr>
              <w:t xml:space="preserve">Practical Activity: </w:t>
            </w:r>
            <w:r>
              <w:t>Bring in a baby photo of each child alongside a current photo. Match them up on a board. Discuss tasks they can do completely independently now that they could not do as tiny babies.</w:t>
            </w:r>
          </w:p>
        </w:tc>
      </w:tr>
      <w:tr w:rsidR="008B526C" w14:paraId="60BDE862" w14:textId="77777777">
        <w:tc>
          <w:tcPr>
            <w:tcW w:w="3360" w:type="dxa"/>
          </w:tcPr>
          <w:p w14:paraId="0E5FEDC2" w14:textId="0C99A56B" w:rsidR="008B526C" w:rsidRDefault="009D521D">
            <w:r>
              <w:t>Week 2</w:t>
            </w:r>
            <w:r>
              <w:br/>
            </w:r>
            <w:proofErr w:type="spellStart"/>
            <w:r w:rsidR="00BD2D98">
              <w:t>Ten:Ten</w:t>
            </w:r>
            <w:proofErr w:type="spellEnd"/>
          </w:p>
        </w:tc>
        <w:tc>
          <w:tcPr>
            <w:tcW w:w="3360" w:type="dxa"/>
          </w:tcPr>
          <w:p w14:paraId="567CE5A6" w14:textId="77777777" w:rsidR="008B526C" w:rsidRDefault="009D521D">
            <w:r>
              <w:t>Role Model (M2 U1 S1)</w:t>
            </w:r>
          </w:p>
          <w:p w14:paraId="0955BE30" w14:textId="77777777" w:rsidR="00BD2D98" w:rsidRDefault="00BD2D98"/>
          <w:p w14:paraId="1130D2AB" w14:textId="4CE4B500" w:rsidR="00BD2D98" w:rsidRDefault="00BD2D98">
            <w:hyperlink r:id="rId17">
              <w:r w:rsidRPr="00922B75">
                <w:rPr>
                  <w:rFonts w:eastAsia="Arial" w:cs="Arial"/>
                  <w:color w:val="0563C1"/>
                  <w:sz w:val="22"/>
                  <w:u w:val="single"/>
                </w:rPr>
                <w:t>EYFS 2.1.1 Role Model</w:t>
              </w:r>
            </w:hyperlink>
          </w:p>
        </w:tc>
        <w:tc>
          <w:tcPr>
            <w:tcW w:w="3360" w:type="dxa"/>
          </w:tcPr>
          <w:p w14:paraId="190E9D86" w14:textId="77777777" w:rsidR="008B526C" w:rsidRDefault="009D521D">
            <w:r>
              <w:rPr>
                <w:b/>
              </w:rPr>
              <w:t xml:space="preserve">Theme: </w:t>
            </w:r>
            <w:r>
              <w:t>Looking up to positive figures.</w:t>
            </w:r>
            <w:r>
              <w:br/>
            </w:r>
            <w:r>
              <w:br/>
            </w:r>
            <w:r>
              <w:rPr>
                <w:b/>
              </w:rPr>
              <w:t xml:space="preserve">Practical Activity: </w:t>
            </w:r>
            <w:r>
              <w:t>Draw or select a picture of an older role model (a sibling, an older student helper, a teacher). Share one specific kind action that person does that they want to copy.</w:t>
            </w:r>
          </w:p>
        </w:tc>
      </w:tr>
      <w:tr w:rsidR="008B526C" w14:paraId="7A3AD49C" w14:textId="77777777">
        <w:tc>
          <w:tcPr>
            <w:tcW w:w="3360" w:type="dxa"/>
          </w:tcPr>
          <w:p w14:paraId="7088D51C" w14:textId="77777777" w:rsidR="008B526C" w:rsidRDefault="009D521D">
            <w:r>
              <w:t>Week 3</w:t>
            </w:r>
            <w:r>
              <w:br/>
              <w:t>(British Value)</w:t>
            </w:r>
          </w:p>
        </w:tc>
        <w:tc>
          <w:tcPr>
            <w:tcW w:w="3360" w:type="dxa"/>
          </w:tcPr>
          <w:p w14:paraId="4C648763" w14:textId="77777777" w:rsidR="008B526C" w:rsidRDefault="009D521D">
            <w:r>
              <w:t>The Rule of Law (Outdoor Safety)</w:t>
            </w:r>
          </w:p>
        </w:tc>
        <w:tc>
          <w:tcPr>
            <w:tcW w:w="3360" w:type="dxa"/>
          </w:tcPr>
          <w:p w14:paraId="47AAB050" w14:textId="77777777" w:rsidR="008B526C" w:rsidRDefault="009D521D">
            <w:r>
              <w:rPr>
                <w:b/>
              </w:rPr>
              <w:t xml:space="preserve">Theme: </w:t>
            </w:r>
            <w:r>
              <w:t>Why rules keep us safe outside.</w:t>
            </w:r>
            <w:r>
              <w:br/>
            </w:r>
            <w:r>
              <w:br/>
            </w:r>
            <w:r>
              <w:rPr>
                <w:b/>
              </w:rPr>
              <w:t xml:space="preserve">Practical Activity: </w:t>
            </w:r>
            <w:r>
              <w:t>Before an outdoor play session or local field trip, establish 'The Hand-Holding Rule' and the 'Stop-and-Freeze Command'. Practice the whistle command in the hall so compliance is absolute.</w:t>
            </w:r>
          </w:p>
        </w:tc>
      </w:tr>
      <w:tr w:rsidR="008B526C" w14:paraId="33F800B5" w14:textId="77777777">
        <w:tc>
          <w:tcPr>
            <w:tcW w:w="3360" w:type="dxa"/>
          </w:tcPr>
          <w:p w14:paraId="3DFB65EC" w14:textId="77777777" w:rsidR="008B526C" w:rsidRDefault="009D521D">
            <w:r>
              <w:t>Week 4</w:t>
            </w:r>
            <w:r>
              <w:br/>
              <w:t>(Wider World)</w:t>
            </w:r>
          </w:p>
        </w:tc>
        <w:tc>
          <w:tcPr>
            <w:tcW w:w="3360" w:type="dxa"/>
          </w:tcPr>
          <w:p w14:paraId="7081F54F" w14:textId="77777777" w:rsidR="008B526C" w:rsidRDefault="009D521D">
            <w:r>
              <w:t>Moving to Reception</w:t>
            </w:r>
          </w:p>
        </w:tc>
        <w:tc>
          <w:tcPr>
            <w:tcW w:w="3360" w:type="dxa"/>
          </w:tcPr>
          <w:p w14:paraId="44ACCB17" w14:textId="77777777" w:rsidR="008B526C" w:rsidRDefault="009D521D">
            <w:r>
              <w:rPr>
                <w:b/>
              </w:rPr>
              <w:t xml:space="preserve">Theme: </w:t>
            </w:r>
            <w:r>
              <w:t>Managing transition adjustments.</w:t>
            </w:r>
            <w:r>
              <w:br/>
            </w:r>
            <w:r>
              <w:br/>
            </w:r>
            <w:r>
              <w:rPr>
                <w:b/>
              </w:rPr>
              <w:t xml:space="preserve">Practical Activity: </w:t>
            </w:r>
            <w:r>
              <w:t>Pack a small backpack with transition items. Physically walk over to visit the Reception classroom. Sit on the new carpet, meet the teacher, and play with one toy station to establish familiarity.</w:t>
            </w:r>
          </w:p>
        </w:tc>
      </w:tr>
      <w:tr w:rsidR="008B526C" w14:paraId="69A0C8DB" w14:textId="77777777">
        <w:tc>
          <w:tcPr>
            <w:tcW w:w="3360" w:type="dxa"/>
          </w:tcPr>
          <w:p w14:paraId="4C3FE0F1" w14:textId="77777777" w:rsidR="008B526C" w:rsidRDefault="009D521D">
            <w:r>
              <w:t>Week 5</w:t>
            </w:r>
            <w:r>
              <w:br/>
              <w:t>(Wider World)</w:t>
            </w:r>
          </w:p>
        </w:tc>
        <w:tc>
          <w:tcPr>
            <w:tcW w:w="3360" w:type="dxa"/>
          </w:tcPr>
          <w:p w14:paraId="49A55870" w14:textId="77777777" w:rsidR="008B526C" w:rsidRDefault="009D521D">
            <w:r>
              <w:t>Introduction to Saving</w:t>
            </w:r>
          </w:p>
        </w:tc>
        <w:tc>
          <w:tcPr>
            <w:tcW w:w="3360" w:type="dxa"/>
          </w:tcPr>
          <w:p w14:paraId="673EA730" w14:textId="77777777" w:rsidR="008B526C" w:rsidRDefault="009D521D">
            <w:r>
              <w:rPr>
                <w:b/>
              </w:rPr>
              <w:t xml:space="preserve">Theme: </w:t>
            </w:r>
            <w:r>
              <w:t>Financial literacy and token jars.</w:t>
            </w:r>
            <w:r>
              <w:br/>
            </w:r>
            <w:r>
              <w:br/>
            </w:r>
            <w:r>
              <w:rPr>
                <w:b/>
              </w:rPr>
              <w:t xml:space="preserve">Practical Activity: </w:t>
            </w:r>
            <w:r>
              <w:t>Set up a physical 'Token Jar'. Whenever the class tidies up efficiently, add a token. When the jar accumulates 5 tokens, cash it in for a group reward choice, learning to wait and save.</w:t>
            </w:r>
          </w:p>
        </w:tc>
      </w:tr>
    </w:tbl>
    <w:p w14:paraId="7CEBDA69" w14:textId="77777777" w:rsidR="00BD2D98" w:rsidRDefault="00BD2D98">
      <w:pPr>
        <w:spacing w:before="240" w:after="80"/>
        <w:rPr>
          <w:b/>
          <w:sz w:val="30"/>
        </w:rPr>
      </w:pPr>
    </w:p>
    <w:p w14:paraId="58467364" w14:textId="498EF852" w:rsidR="008B526C" w:rsidRDefault="009D521D">
      <w:pPr>
        <w:spacing w:before="240" w:after="80"/>
      </w:pPr>
      <w:r>
        <w:rPr>
          <w:b/>
          <w:sz w:val="30"/>
        </w:rPr>
        <w:t>2. Reception Long-Term Curriculum Map</w:t>
      </w:r>
    </w:p>
    <w:p w14:paraId="21C5AA82" w14:textId="77777777" w:rsidR="008B526C" w:rsidRDefault="009D521D">
      <w:pPr>
        <w:spacing w:before="240" w:after="80"/>
      </w:pPr>
      <w:r>
        <w:rPr>
          <w:b/>
          <w:sz w:val="24"/>
        </w:rPr>
        <w:t>Autumn 1: My Body, My Choices</w:t>
      </w:r>
    </w:p>
    <w:tbl>
      <w:tblPr>
        <w:tblStyle w:val="TableGrid"/>
        <w:tblW w:w="0" w:type="auto"/>
        <w:tblLook w:val="04A0" w:firstRow="1" w:lastRow="0" w:firstColumn="1" w:lastColumn="0" w:noHBand="0" w:noVBand="1"/>
      </w:tblPr>
      <w:tblGrid>
        <w:gridCol w:w="3356"/>
        <w:gridCol w:w="3357"/>
        <w:gridCol w:w="3357"/>
      </w:tblGrid>
      <w:tr w:rsidR="008B526C" w14:paraId="139BAB7D" w14:textId="77777777">
        <w:tc>
          <w:tcPr>
            <w:tcW w:w="3360" w:type="dxa"/>
          </w:tcPr>
          <w:p w14:paraId="372AF546" w14:textId="77777777" w:rsidR="008B526C" w:rsidRDefault="009D521D">
            <w:r>
              <w:rPr>
                <w:b/>
              </w:rPr>
              <w:t>Week &amp; Strand</w:t>
            </w:r>
          </w:p>
        </w:tc>
        <w:tc>
          <w:tcPr>
            <w:tcW w:w="3360" w:type="dxa"/>
          </w:tcPr>
          <w:p w14:paraId="0610532D" w14:textId="77777777" w:rsidR="008B526C" w:rsidRDefault="009D521D">
            <w:r>
              <w:rPr>
                <w:b/>
              </w:rPr>
              <w:t>Lesson Focus</w:t>
            </w:r>
          </w:p>
        </w:tc>
        <w:tc>
          <w:tcPr>
            <w:tcW w:w="3360" w:type="dxa"/>
          </w:tcPr>
          <w:p w14:paraId="3B53A988" w14:textId="77777777" w:rsidR="008B526C" w:rsidRDefault="009D521D">
            <w:r>
              <w:rPr>
                <w:b/>
              </w:rPr>
              <w:t>Explicit EYFS Activity &amp; Practical Guidance</w:t>
            </w:r>
          </w:p>
        </w:tc>
      </w:tr>
      <w:tr w:rsidR="008B526C" w14:paraId="3179AC7B" w14:textId="77777777">
        <w:tc>
          <w:tcPr>
            <w:tcW w:w="3360" w:type="dxa"/>
          </w:tcPr>
          <w:p w14:paraId="560E8F29" w14:textId="29A08194" w:rsidR="008B526C" w:rsidRDefault="009D521D">
            <w:r>
              <w:t>Week 1</w:t>
            </w:r>
            <w:r>
              <w:br/>
            </w:r>
            <w:proofErr w:type="spellStart"/>
            <w:r w:rsidR="00BD2D98">
              <w:t>Ten:Ten</w:t>
            </w:r>
            <w:proofErr w:type="spellEnd"/>
          </w:p>
        </w:tc>
        <w:tc>
          <w:tcPr>
            <w:tcW w:w="3360" w:type="dxa"/>
          </w:tcPr>
          <w:p w14:paraId="0AD4E5F3" w14:textId="34F3E14B" w:rsidR="008B526C" w:rsidRDefault="009D521D">
            <w:r>
              <w:t>Ready Teddy? (M1 U2 S3)</w:t>
            </w:r>
          </w:p>
          <w:p w14:paraId="4F687535" w14:textId="77777777" w:rsidR="00BD2D98" w:rsidRDefault="00BD2D98"/>
          <w:p w14:paraId="6B7D4DE1" w14:textId="77777777" w:rsidR="00BD2D98" w:rsidRDefault="00BD2D98" w:rsidP="00BD2D98">
            <w:pPr>
              <w:spacing w:line="276" w:lineRule="auto"/>
            </w:pPr>
            <w:hyperlink r:id="rId18">
              <w:r w:rsidRPr="00922B75">
                <w:rPr>
                  <w:rFonts w:eastAsia="Arial" w:cs="Arial"/>
                  <w:color w:val="0563C1"/>
                  <w:sz w:val="22"/>
                  <w:u w:val="single"/>
                </w:rPr>
                <w:t>EYFS 1.2.3 Ready Teddy?</w:t>
              </w:r>
            </w:hyperlink>
          </w:p>
          <w:p w14:paraId="018BF2F1" w14:textId="77777777" w:rsidR="007107ED" w:rsidRDefault="007107ED" w:rsidP="00BD2D98">
            <w:pPr>
              <w:spacing w:line="276" w:lineRule="auto"/>
            </w:pPr>
          </w:p>
          <w:p w14:paraId="14D13ACF" w14:textId="77777777" w:rsidR="007107ED" w:rsidRPr="007107ED" w:rsidRDefault="007107ED" w:rsidP="007107ED">
            <w:pPr>
              <w:spacing w:line="276" w:lineRule="auto"/>
              <w:rPr>
                <w:rFonts w:eastAsia="Arial" w:cs="Arial"/>
                <w:sz w:val="22"/>
                <w:highlight w:val="yellow"/>
                <w:lang w:val="en-GB"/>
              </w:rPr>
            </w:pPr>
            <w:r w:rsidRPr="007107ED">
              <w:rPr>
                <w:rFonts w:eastAsia="Arial" w:cs="Arial"/>
                <w:sz w:val="22"/>
                <w:highlight w:val="yellow"/>
                <w:lang w:val="en-GB"/>
              </w:rPr>
              <w:t>Classroom Shorts:</w:t>
            </w:r>
          </w:p>
          <w:p w14:paraId="25B7848E" w14:textId="5D1BF6A0" w:rsidR="007107ED" w:rsidRPr="007107ED" w:rsidRDefault="007107ED" w:rsidP="007107ED">
            <w:pPr>
              <w:spacing w:line="276" w:lineRule="auto"/>
              <w:rPr>
                <w:rFonts w:eastAsia="Arial" w:cs="Arial"/>
                <w:sz w:val="22"/>
                <w:highlight w:val="yellow"/>
                <w:lang w:val="en-GB"/>
              </w:rPr>
            </w:pPr>
            <w:r w:rsidRPr="007107ED">
              <w:rPr>
                <w:rFonts w:eastAsia="Arial" w:cs="Arial"/>
                <w:sz w:val="22"/>
                <w:highlight w:val="yellow"/>
                <w:lang w:val="en-GB"/>
              </w:rPr>
              <w:t>Do you know... how to brush your teeth?</w:t>
            </w:r>
          </w:p>
          <w:p w14:paraId="0EB5F1E9" w14:textId="77777777" w:rsidR="007107ED" w:rsidRPr="007107ED" w:rsidRDefault="007107ED" w:rsidP="007107ED">
            <w:pPr>
              <w:spacing w:line="276" w:lineRule="auto"/>
              <w:rPr>
                <w:rFonts w:eastAsia="Arial" w:cs="Arial"/>
                <w:sz w:val="22"/>
                <w:highlight w:val="yellow"/>
                <w:lang w:val="en-GB"/>
              </w:rPr>
            </w:pPr>
          </w:p>
          <w:p w14:paraId="7A1CD9DC" w14:textId="77777777" w:rsidR="007107ED" w:rsidRPr="007107ED" w:rsidRDefault="007107ED" w:rsidP="007107ED">
            <w:pPr>
              <w:spacing w:line="276" w:lineRule="auto"/>
              <w:rPr>
                <w:rFonts w:eastAsia="Arial" w:cs="Arial"/>
                <w:sz w:val="22"/>
                <w:lang w:val="en-GB"/>
              </w:rPr>
            </w:pPr>
            <w:r w:rsidRPr="007107ED">
              <w:rPr>
                <w:rFonts w:eastAsia="Arial" w:cs="Arial"/>
                <w:sz w:val="22"/>
                <w:highlight w:val="yellow"/>
                <w:lang w:val="en-GB"/>
              </w:rPr>
              <w:t>Do you know... how to talk about your body and your health?</w:t>
            </w:r>
          </w:p>
          <w:p w14:paraId="3ABBBFE4" w14:textId="77777777" w:rsidR="007107ED" w:rsidRPr="007107ED" w:rsidRDefault="007107ED" w:rsidP="007107ED">
            <w:pPr>
              <w:spacing w:line="276" w:lineRule="auto"/>
              <w:rPr>
                <w:rFonts w:eastAsia="Arial" w:cs="Arial"/>
                <w:sz w:val="22"/>
                <w:lang w:val="en-GB"/>
              </w:rPr>
            </w:pPr>
          </w:p>
          <w:p w14:paraId="50DF32C7" w14:textId="77777777" w:rsidR="007107ED" w:rsidRPr="00922B75" w:rsidRDefault="007107ED" w:rsidP="00BD2D98">
            <w:pPr>
              <w:spacing w:line="276" w:lineRule="auto"/>
              <w:rPr>
                <w:rFonts w:eastAsia="Arial" w:cs="Arial"/>
                <w:sz w:val="22"/>
              </w:rPr>
            </w:pPr>
          </w:p>
          <w:p w14:paraId="0796ECF1" w14:textId="77777777" w:rsidR="00BD2D98" w:rsidRDefault="00BD2D98"/>
        </w:tc>
        <w:tc>
          <w:tcPr>
            <w:tcW w:w="3360" w:type="dxa"/>
          </w:tcPr>
          <w:p w14:paraId="440C933F" w14:textId="77777777" w:rsidR="008B526C" w:rsidRDefault="009D521D">
            <w:r>
              <w:rPr>
                <w:b/>
              </w:rPr>
              <w:t xml:space="preserve">Theme: </w:t>
            </w:r>
            <w:r>
              <w:t>Self-care and hygiene routines.</w:t>
            </w:r>
            <w:r>
              <w:br/>
            </w:r>
            <w:r>
              <w:br/>
            </w:r>
            <w:r>
              <w:rPr>
                <w:b/>
              </w:rPr>
              <w:t xml:space="preserve">Practical Activity: </w:t>
            </w:r>
            <w:r>
              <w:t>Use a large toy teddy bear to model proper toilet routines, tissue catching/binning, and clothing adjustments. Children practice independently zipping up coats and putting on aprons.</w:t>
            </w:r>
          </w:p>
        </w:tc>
      </w:tr>
      <w:tr w:rsidR="008B526C" w14:paraId="2F7559B9" w14:textId="77777777">
        <w:tc>
          <w:tcPr>
            <w:tcW w:w="3360" w:type="dxa"/>
          </w:tcPr>
          <w:p w14:paraId="23DAC74C" w14:textId="1683277C" w:rsidR="008B526C" w:rsidRDefault="009D521D">
            <w:r>
              <w:t>Week 2</w:t>
            </w:r>
            <w:r>
              <w:br/>
            </w:r>
            <w:proofErr w:type="spellStart"/>
            <w:r w:rsidR="00BD2D98">
              <w:t>Ten:Ten</w:t>
            </w:r>
            <w:proofErr w:type="spellEnd"/>
          </w:p>
        </w:tc>
        <w:tc>
          <w:tcPr>
            <w:tcW w:w="3360" w:type="dxa"/>
          </w:tcPr>
          <w:p w14:paraId="36D882CB" w14:textId="77777777" w:rsidR="008B526C" w:rsidRDefault="009D521D">
            <w:r>
              <w:t>I Like, You Like, We All Like! (M1 U3 S1)</w:t>
            </w:r>
          </w:p>
          <w:p w14:paraId="491A914E" w14:textId="77777777" w:rsidR="007107ED" w:rsidRDefault="007107ED"/>
          <w:p w14:paraId="1B454484" w14:textId="77777777" w:rsidR="007107ED" w:rsidRPr="00922B75" w:rsidRDefault="007107ED" w:rsidP="007107ED">
            <w:pPr>
              <w:spacing w:line="276" w:lineRule="auto"/>
              <w:rPr>
                <w:rFonts w:eastAsia="Arial" w:cs="Arial"/>
                <w:sz w:val="22"/>
              </w:rPr>
            </w:pPr>
            <w:hyperlink r:id="rId19">
              <w:r w:rsidRPr="00922B75">
                <w:rPr>
                  <w:rFonts w:eastAsia="Arial" w:cs="Arial"/>
                  <w:color w:val="0563C1"/>
                  <w:sz w:val="22"/>
                  <w:u w:val="single"/>
                </w:rPr>
                <w:t>EYFS 1.3.1 I Like, You Like, We All Like!</w:t>
              </w:r>
            </w:hyperlink>
          </w:p>
          <w:p w14:paraId="1B1C7592" w14:textId="77777777" w:rsidR="007107ED" w:rsidRDefault="007107ED"/>
        </w:tc>
        <w:tc>
          <w:tcPr>
            <w:tcW w:w="3360" w:type="dxa"/>
          </w:tcPr>
          <w:p w14:paraId="2DD7160A" w14:textId="77777777" w:rsidR="008B526C" w:rsidRDefault="009D521D">
            <w:r>
              <w:rPr>
                <w:b/>
              </w:rPr>
              <w:t xml:space="preserve">Theme: </w:t>
            </w:r>
            <w:r>
              <w:t>Similarities and differences.</w:t>
            </w:r>
            <w:r>
              <w:br/>
            </w:r>
            <w:r>
              <w:br/>
            </w:r>
            <w:r>
              <w:rPr>
                <w:b/>
              </w:rPr>
              <w:t xml:space="preserve">Practical Activity: </w:t>
            </w:r>
            <w:r>
              <w:t>Play a giant Venn diagram carpet game. Place hula hoops labeled 'Likes Fruit' and 'Likes Blocks'. Children physically stand inside the hoops, discovering shared interests and unique choices.</w:t>
            </w:r>
          </w:p>
        </w:tc>
      </w:tr>
      <w:tr w:rsidR="008B526C" w14:paraId="5FCBA48D" w14:textId="77777777">
        <w:tc>
          <w:tcPr>
            <w:tcW w:w="3360" w:type="dxa"/>
          </w:tcPr>
          <w:p w14:paraId="43FFCAC0" w14:textId="77777777" w:rsidR="008B526C" w:rsidRDefault="009D521D">
            <w:r>
              <w:t>Week 3</w:t>
            </w:r>
            <w:r>
              <w:br/>
              <w:t>(British Value)</w:t>
            </w:r>
          </w:p>
        </w:tc>
        <w:tc>
          <w:tcPr>
            <w:tcW w:w="3360" w:type="dxa"/>
          </w:tcPr>
          <w:p w14:paraId="4711F899" w14:textId="77777777" w:rsidR="008B526C" w:rsidRDefault="009D521D">
            <w:r>
              <w:t>Democracy (Class Ballot Box)</w:t>
            </w:r>
          </w:p>
        </w:tc>
        <w:tc>
          <w:tcPr>
            <w:tcW w:w="3360" w:type="dxa"/>
          </w:tcPr>
          <w:p w14:paraId="177ADF0D" w14:textId="77777777" w:rsidR="008B526C" w:rsidRDefault="009D521D">
            <w:r>
              <w:rPr>
                <w:b/>
              </w:rPr>
              <w:t xml:space="preserve">Theme: </w:t>
            </w:r>
            <w:r>
              <w:t>Formal democratic processes.</w:t>
            </w:r>
            <w:r>
              <w:br/>
            </w:r>
            <w:r>
              <w:br/>
            </w:r>
            <w:r>
              <w:rPr>
                <w:b/>
              </w:rPr>
              <w:t xml:space="preserve">Practical Activity: </w:t>
            </w:r>
            <w:r>
              <w:t>Introduce a physical wooden ballot box with a slit. Children cast a secret ballot using a counter to vote for the Friday afternoon play layout (e.g., Soft Play vs. Track Painting).</w:t>
            </w:r>
          </w:p>
        </w:tc>
      </w:tr>
      <w:tr w:rsidR="008B526C" w14:paraId="3398CD9C" w14:textId="77777777">
        <w:tc>
          <w:tcPr>
            <w:tcW w:w="3360" w:type="dxa"/>
          </w:tcPr>
          <w:p w14:paraId="2274A338" w14:textId="77777777" w:rsidR="008B526C" w:rsidRDefault="009D521D">
            <w:r>
              <w:t>Week 4</w:t>
            </w:r>
            <w:r>
              <w:br/>
              <w:t>(Wider World)</w:t>
            </w:r>
          </w:p>
        </w:tc>
        <w:tc>
          <w:tcPr>
            <w:tcW w:w="3360" w:type="dxa"/>
          </w:tcPr>
          <w:p w14:paraId="6FA667B1" w14:textId="77777777" w:rsidR="008B526C" w:rsidRDefault="009D521D">
            <w:r>
              <w:t>Harvest Festival [Event]</w:t>
            </w:r>
          </w:p>
        </w:tc>
        <w:tc>
          <w:tcPr>
            <w:tcW w:w="3360" w:type="dxa"/>
          </w:tcPr>
          <w:p w14:paraId="5DE4F506" w14:textId="77777777" w:rsidR="008B526C" w:rsidRDefault="009D521D">
            <w:r>
              <w:rPr>
                <w:b/>
              </w:rPr>
              <w:t xml:space="preserve">Theme: </w:t>
            </w:r>
            <w:r>
              <w:t>School community celebration.</w:t>
            </w:r>
            <w:r>
              <w:br/>
            </w:r>
            <w:r>
              <w:br/>
            </w:r>
            <w:r>
              <w:rPr>
                <w:b/>
              </w:rPr>
              <w:t xml:space="preserve">Practical Activity: </w:t>
            </w:r>
            <w:r>
              <w:t>Left to teacher discretion to align with whole-school calendar events and food collection assemblies.</w:t>
            </w:r>
          </w:p>
        </w:tc>
      </w:tr>
      <w:tr w:rsidR="008B526C" w14:paraId="2A603CC6" w14:textId="77777777">
        <w:tc>
          <w:tcPr>
            <w:tcW w:w="3360" w:type="dxa"/>
          </w:tcPr>
          <w:p w14:paraId="081498C4" w14:textId="77777777" w:rsidR="008B526C" w:rsidRDefault="009D521D">
            <w:r>
              <w:t>Week 5</w:t>
            </w:r>
            <w:r>
              <w:br/>
              <w:t>(Wider World)</w:t>
            </w:r>
          </w:p>
        </w:tc>
        <w:tc>
          <w:tcPr>
            <w:tcW w:w="3360" w:type="dxa"/>
          </w:tcPr>
          <w:p w14:paraId="1935486F" w14:textId="77777777" w:rsidR="008B526C" w:rsidRDefault="009D521D">
            <w:r>
              <w:t>Black History Month [Event]</w:t>
            </w:r>
          </w:p>
        </w:tc>
        <w:tc>
          <w:tcPr>
            <w:tcW w:w="3360" w:type="dxa"/>
          </w:tcPr>
          <w:p w14:paraId="2C288AC4" w14:textId="77777777" w:rsidR="008B526C" w:rsidRDefault="009D521D">
            <w:r>
              <w:rPr>
                <w:b/>
              </w:rPr>
              <w:t xml:space="preserve">Theme: </w:t>
            </w:r>
            <w:r>
              <w:t>Diverse cultural contributions.</w:t>
            </w:r>
            <w:r>
              <w:br/>
            </w:r>
            <w:r>
              <w:br/>
            </w:r>
            <w:r>
              <w:rPr>
                <w:b/>
              </w:rPr>
              <w:t xml:space="preserve">Practical Activity: </w:t>
            </w:r>
            <w:r>
              <w:t xml:space="preserve">Left to teacher discretion to highlight </w:t>
            </w:r>
            <w:r>
              <w:lastRenderedPageBreak/>
              <w:t>historical movements, cultural achievements, or literature.</w:t>
            </w:r>
          </w:p>
        </w:tc>
      </w:tr>
    </w:tbl>
    <w:p w14:paraId="49083AEA" w14:textId="77777777" w:rsidR="008B526C" w:rsidRDefault="009D521D">
      <w:pPr>
        <w:spacing w:before="240" w:after="80"/>
      </w:pPr>
      <w:r>
        <w:rPr>
          <w:b/>
          <w:sz w:val="24"/>
        </w:rPr>
        <w:lastRenderedPageBreak/>
        <w:t>Autumn 2: Relationships and Respect</w:t>
      </w:r>
    </w:p>
    <w:tbl>
      <w:tblPr>
        <w:tblStyle w:val="TableGrid"/>
        <w:tblW w:w="0" w:type="auto"/>
        <w:tblLook w:val="04A0" w:firstRow="1" w:lastRow="0" w:firstColumn="1" w:lastColumn="0" w:noHBand="0" w:noVBand="1"/>
      </w:tblPr>
      <w:tblGrid>
        <w:gridCol w:w="3356"/>
        <w:gridCol w:w="3357"/>
        <w:gridCol w:w="3357"/>
      </w:tblGrid>
      <w:tr w:rsidR="008B526C" w14:paraId="4684BBFC" w14:textId="77777777">
        <w:tc>
          <w:tcPr>
            <w:tcW w:w="3360" w:type="dxa"/>
          </w:tcPr>
          <w:p w14:paraId="5BC90BAE" w14:textId="77777777" w:rsidR="008B526C" w:rsidRDefault="009D521D">
            <w:r>
              <w:rPr>
                <w:b/>
              </w:rPr>
              <w:t>Week &amp; Strand</w:t>
            </w:r>
          </w:p>
        </w:tc>
        <w:tc>
          <w:tcPr>
            <w:tcW w:w="3360" w:type="dxa"/>
          </w:tcPr>
          <w:p w14:paraId="4AD208E6" w14:textId="77777777" w:rsidR="008B526C" w:rsidRDefault="009D521D">
            <w:r>
              <w:rPr>
                <w:b/>
              </w:rPr>
              <w:t>Lesson Focus</w:t>
            </w:r>
          </w:p>
        </w:tc>
        <w:tc>
          <w:tcPr>
            <w:tcW w:w="3360" w:type="dxa"/>
          </w:tcPr>
          <w:p w14:paraId="76AC2E9A" w14:textId="77777777" w:rsidR="008B526C" w:rsidRDefault="009D521D">
            <w:r>
              <w:rPr>
                <w:b/>
              </w:rPr>
              <w:t>Explicit EYFS Activity &amp; Practical Guidance</w:t>
            </w:r>
          </w:p>
        </w:tc>
      </w:tr>
      <w:tr w:rsidR="008B526C" w14:paraId="29B20121" w14:textId="77777777">
        <w:tc>
          <w:tcPr>
            <w:tcW w:w="3360" w:type="dxa"/>
          </w:tcPr>
          <w:p w14:paraId="6D2C9E11" w14:textId="35349EDE" w:rsidR="008B526C" w:rsidRDefault="009D521D">
            <w:r>
              <w:t>Week 1</w:t>
            </w:r>
            <w:r>
              <w:br/>
            </w:r>
            <w:proofErr w:type="spellStart"/>
            <w:r w:rsidR="00BD2D98">
              <w:t>Ten:Ten</w:t>
            </w:r>
            <w:proofErr w:type="spellEnd"/>
          </w:p>
        </w:tc>
        <w:tc>
          <w:tcPr>
            <w:tcW w:w="3360" w:type="dxa"/>
          </w:tcPr>
          <w:p w14:paraId="305DAD05" w14:textId="77777777" w:rsidR="008B526C" w:rsidRDefault="009D521D">
            <w:r>
              <w:t>Forever Friends (M2 U2 S3)</w:t>
            </w:r>
          </w:p>
          <w:p w14:paraId="29C1C0D1" w14:textId="77777777" w:rsidR="007107ED" w:rsidRDefault="007107ED"/>
          <w:p w14:paraId="63B8E51D" w14:textId="1938D541" w:rsidR="007107ED" w:rsidRDefault="007107ED">
            <w:hyperlink r:id="rId20">
              <w:r w:rsidRPr="00922B75">
                <w:rPr>
                  <w:rFonts w:eastAsia="Arial" w:cs="Arial"/>
                  <w:color w:val="0563C1"/>
                  <w:sz w:val="22"/>
                  <w:u w:val="single"/>
                </w:rPr>
                <w:t>EYFS 2.2.3 Forever Friends</w:t>
              </w:r>
            </w:hyperlink>
          </w:p>
        </w:tc>
        <w:tc>
          <w:tcPr>
            <w:tcW w:w="3360" w:type="dxa"/>
          </w:tcPr>
          <w:p w14:paraId="473A7BF3" w14:textId="77777777" w:rsidR="008B526C" w:rsidRDefault="009D521D">
            <w:r>
              <w:rPr>
                <w:b/>
              </w:rPr>
              <w:t xml:space="preserve">Theme: </w:t>
            </w:r>
            <w:r>
              <w:t>Resolving small conflicts.</w:t>
            </w:r>
            <w:r>
              <w:br/>
            </w:r>
            <w:r>
              <w:br/>
            </w:r>
            <w:r>
              <w:rPr>
                <w:b/>
              </w:rPr>
              <w:t xml:space="preserve">Practical Activity: </w:t>
            </w:r>
            <w:r>
              <w:t>Roleplay peer disputes using hand puppets (e.g., two puppets fighting over one bicycle). Teach children the verbal script: 'Stop, I don't like that. Can I have a turn next, please?'</w:t>
            </w:r>
          </w:p>
        </w:tc>
      </w:tr>
      <w:tr w:rsidR="008B526C" w14:paraId="5DAA2E44" w14:textId="77777777">
        <w:tc>
          <w:tcPr>
            <w:tcW w:w="3360" w:type="dxa"/>
          </w:tcPr>
          <w:p w14:paraId="2CE21F63" w14:textId="540B43ED" w:rsidR="008B526C" w:rsidRDefault="009D521D">
            <w:r>
              <w:t>Week 2</w:t>
            </w:r>
            <w:r>
              <w:br/>
            </w:r>
            <w:proofErr w:type="spellStart"/>
            <w:r w:rsidR="00BD2D98">
              <w:t>Ten:Ten</w:t>
            </w:r>
            <w:proofErr w:type="spellEnd"/>
          </w:p>
        </w:tc>
        <w:tc>
          <w:tcPr>
            <w:tcW w:w="3360" w:type="dxa"/>
          </w:tcPr>
          <w:p w14:paraId="695F3FDD" w14:textId="77777777" w:rsidR="008B526C" w:rsidRDefault="009D521D">
            <w:r>
              <w:t>Loving God, Loving Others (M3 U1 S2)</w:t>
            </w:r>
          </w:p>
          <w:p w14:paraId="61B6E90C" w14:textId="77777777" w:rsidR="007107ED" w:rsidRDefault="007107ED"/>
          <w:p w14:paraId="79DAEEFB" w14:textId="071738FC" w:rsidR="007107ED" w:rsidRDefault="007107ED">
            <w:hyperlink r:id="rId21">
              <w:r w:rsidRPr="00922B75">
                <w:rPr>
                  <w:rFonts w:eastAsia="Arial" w:cs="Arial"/>
                  <w:color w:val="0563C1"/>
                  <w:sz w:val="22"/>
                  <w:u w:val="single"/>
                </w:rPr>
                <w:t>EYFS 3.1.2 Loving God, Loving Others</w:t>
              </w:r>
            </w:hyperlink>
          </w:p>
        </w:tc>
        <w:tc>
          <w:tcPr>
            <w:tcW w:w="3360" w:type="dxa"/>
          </w:tcPr>
          <w:p w14:paraId="5F0F011A" w14:textId="77777777" w:rsidR="008B526C" w:rsidRDefault="009D521D">
            <w:r>
              <w:rPr>
                <w:b/>
              </w:rPr>
              <w:t xml:space="preserve">Theme: </w:t>
            </w:r>
            <w:r>
              <w:t>Putting love into community action.</w:t>
            </w:r>
            <w:r>
              <w:br/>
            </w:r>
            <w:r>
              <w:br/>
            </w:r>
            <w:r>
              <w:rPr>
                <w:b/>
              </w:rPr>
              <w:t xml:space="preserve">Practical Activity: </w:t>
            </w:r>
            <w:r>
              <w:t>Launch a secret 'Kindness Mission'. Draw a name out of a hat, and throughout the day, perform one small helper action for that classmate (e.g., helping them find their water bottle) without telling them.</w:t>
            </w:r>
          </w:p>
        </w:tc>
      </w:tr>
      <w:tr w:rsidR="008B526C" w14:paraId="4600ADDB" w14:textId="77777777">
        <w:tc>
          <w:tcPr>
            <w:tcW w:w="3360" w:type="dxa"/>
          </w:tcPr>
          <w:p w14:paraId="64BDCF27" w14:textId="77777777" w:rsidR="008B526C" w:rsidRDefault="009D521D">
            <w:r>
              <w:t>Week 3</w:t>
            </w:r>
            <w:r>
              <w:br/>
              <w:t>(British Value)</w:t>
            </w:r>
          </w:p>
        </w:tc>
        <w:tc>
          <w:tcPr>
            <w:tcW w:w="3360" w:type="dxa"/>
          </w:tcPr>
          <w:p w14:paraId="60C0ECF3" w14:textId="77777777" w:rsidR="008B526C" w:rsidRDefault="009D521D">
            <w:r>
              <w:t>Mutual Respect (Family Diversity)</w:t>
            </w:r>
          </w:p>
        </w:tc>
        <w:tc>
          <w:tcPr>
            <w:tcW w:w="3360" w:type="dxa"/>
          </w:tcPr>
          <w:p w14:paraId="644F01B0" w14:textId="77777777" w:rsidR="008B526C" w:rsidRDefault="009D521D">
            <w:r>
              <w:rPr>
                <w:b/>
              </w:rPr>
              <w:t xml:space="preserve">Theme: </w:t>
            </w:r>
            <w:r>
              <w:t>Respecting different family structures.</w:t>
            </w:r>
            <w:r>
              <w:br/>
            </w:r>
            <w:r>
              <w:br/>
            </w:r>
            <w:r>
              <w:rPr>
                <w:b/>
              </w:rPr>
              <w:t xml:space="preserve">Practical Activity: </w:t>
            </w:r>
            <w:r>
              <w:t>Read a story showcasing diverse family units (e.g., families with single parents, two mums/dads, grandparents, or foster carers). Draw a house outline detailing who lives under their own roof.</w:t>
            </w:r>
          </w:p>
        </w:tc>
      </w:tr>
      <w:tr w:rsidR="008B526C" w14:paraId="615C95D0" w14:textId="77777777">
        <w:tc>
          <w:tcPr>
            <w:tcW w:w="3360" w:type="dxa"/>
          </w:tcPr>
          <w:p w14:paraId="231A7A22" w14:textId="77777777" w:rsidR="008B526C" w:rsidRDefault="009D521D">
            <w:r>
              <w:t>Week 4</w:t>
            </w:r>
            <w:r>
              <w:br/>
              <w:t>(Wider World)</w:t>
            </w:r>
          </w:p>
        </w:tc>
        <w:tc>
          <w:tcPr>
            <w:tcW w:w="3360" w:type="dxa"/>
          </w:tcPr>
          <w:p w14:paraId="49CC4072" w14:textId="77777777" w:rsidR="008B526C" w:rsidRDefault="009D521D">
            <w:r>
              <w:t>Anti-Bullying Week [Event]</w:t>
            </w:r>
          </w:p>
        </w:tc>
        <w:tc>
          <w:tcPr>
            <w:tcW w:w="3360" w:type="dxa"/>
          </w:tcPr>
          <w:p w14:paraId="3BD123F1" w14:textId="77777777" w:rsidR="008B526C" w:rsidRDefault="009D521D">
            <w:r>
              <w:rPr>
                <w:b/>
              </w:rPr>
              <w:t xml:space="preserve">Theme: </w:t>
            </w:r>
            <w:r>
              <w:t>Kindness and standing up to exclusion.</w:t>
            </w:r>
            <w:r>
              <w:br/>
            </w:r>
            <w:r>
              <w:br/>
            </w:r>
            <w:r>
              <w:rPr>
                <w:b/>
              </w:rPr>
              <w:t xml:space="preserve">Practical Activity: </w:t>
            </w:r>
            <w:r>
              <w:t>Left to teacher discretion to participate in standard national antibullying activities and focus on inclusion scripts.</w:t>
            </w:r>
          </w:p>
        </w:tc>
      </w:tr>
      <w:tr w:rsidR="008B526C" w14:paraId="4794F94F" w14:textId="77777777">
        <w:tc>
          <w:tcPr>
            <w:tcW w:w="3360" w:type="dxa"/>
          </w:tcPr>
          <w:p w14:paraId="37EC2E6B" w14:textId="77777777" w:rsidR="008B526C" w:rsidRDefault="009D521D">
            <w:r>
              <w:t>Week 5</w:t>
            </w:r>
            <w:r>
              <w:br/>
              <w:t>(Wider World)</w:t>
            </w:r>
          </w:p>
        </w:tc>
        <w:tc>
          <w:tcPr>
            <w:tcW w:w="3360" w:type="dxa"/>
          </w:tcPr>
          <w:p w14:paraId="7ABDA140" w14:textId="77777777" w:rsidR="008B526C" w:rsidRDefault="009D521D">
            <w:r>
              <w:t>Needs vs. Wants (Class Toy Selection)</w:t>
            </w:r>
          </w:p>
        </w:tc>
        <w:tc>
          <w:tcPr>
            <w:tcW w:w="3360" w:type="dxa"/>
          </w:tcPr>
          <w:p w14:paraId="57E0010B" w14:textId="77777777" w:rsidR="008B526C" w:rsidRDefault="009D521D">
            <w:r>
              <w:rPr>
                <w:b/>
              </w:rPr>
              <w:t xml:space="preserve">Theme: </w:t>
            </w:r>
            <w:r>
              <w:t>Economic scarcity and prioritization.</w:t>
            </w:r>
            <w:r>
              <w:br/>
            </w:r>
            <w:r>
              <w:br/>
            </w:r>
            <w:r>
              <w:rPr>
                <w:b/>
              </w:rPr>
              <w:t xml:space="preserve">Practical Activity: </w:t>
            </w:r>
            <w:r>
              <w:t xml:space="preserve">Present a box of running-out resources (glue sticks, paper) alongside a luxury shiny toy. Explain the class budget can only afford one. Children complete a sorting game </w:t>
            </w:r>
            <w:r>
              <w:lastRenderedPageBreak/>
              <w:t>of critical classroom needs vs. wants.</w:t>
            </w:r>
          </w:p>
        </w:tc>
      </w:tr>
    </w:tbl>
    <w:p w14:paraId="710D689E" w14:textId="77777777" w:rsidR="00BB0478" w:rsidRDefault="00BB0478">
      <w:pPr>
        <w:spacing w:before="240" w:after="80"/>
        <w:rPr>
          <w:b/>
          <w:sz w:val="24"/>
        </w:rPr>
      </w:pPr>
    </w:p>
    <w:p w14:paraId="392D1E45" w14:textId="1CF4A93E" w:rsidR="008B526C" w:rsidRDefault="009D521D">
      <w:pPr>
        <w:spacing w:before="240" w:after="80"/>
      </w:pPr>
      <w:r>
        <w:rPr>
          <w:b/>
          <w:sz w:val="24"/>
        </w:rPr>
        <w:t>Spring 1: Safety and the Digital World</w:t>
      </w:r>
    </w:p>
    <w:tbl>
      <w:tblPr>
        <w:tblStyle w:val="TableGrid"/>
        <w:tblW w:w="0" w:type="auto"/>
        <w:tblLook w:val="04A0" w:firstRow="1" w:lastRow="0" w:firstColumn="1" w:lastColumn="0" w:noHBand="0" w:noVBand="1"/>
      </w:tblPr>
      <w:tblGrid>
        <w:gridCol w:w="3356"/>
        <w:gridCol w:w="3357"/>
        <w:gridCol w:w="3357"/>
      </w:tblGrid>
      <w:tr w:rsidR="008B526C" w14:paraId="5B98DFA5" w14:textId="77777777">
        <w:tc>
          <w:tcPr>
            <w:tcW w:w="3360" w:type="dxa"/>
          </w:tcPr>
          <w:p w14:paraId="12EF1D5A" w14:textId="77777777" w:rsidR="008B526C" w:rsidRDefault="009D521D">
            <w:r>
              <w:rPr>
                <w:b/>
              </w:rPr>
              <w:t>Week &amp; Strand</w:t>
            </w:r>
          </w:p>
        </w:tc>
        <w:tc>
          <w:tcPr>
            <w:tcW w:w="3360" w:type="dxa"/>
          </w:tcPr>
          <w:p w14:paraId="7A45C8D4" w14:textId="77777777" w:rsidR="008B526C" w:rsidRDefault="009D521D">
            <w:r>
              <w:rPr>
                <w:b/>
              </w:rPr>
              <w:t>Lesson Focus</w:t>
            </w:r>
          </w:p>
        </w:tc>
        <w:tc>
          <w:tcPr>
            <w:tcW w:w="3360" w:type="dxa"/>
          </w:tcPr>
          <w:p w14:paraId="623663A0" w14:textId="77777777" w:rsidR="008B526C" w:rsidRDefault="009D521D">
            <w:r>
              <w:rPr>
                <w:b/>
              </w:rPr>
              <w:t>Explicit EYFS Activity &amp; Practical Guidance</w:t>
            </w:r>
          </w:p>
        </w:tc>
      </w:tr>
      <w:tr w:rsidR="008B526C" w14:paraId="09839532" w14:textId="77777777">
        <w:tc>
          <w:tcPr>
            <w:tcW w:w="3360" w:type="dxa"/>
          </w:tcPr>
          <w:p w14:paraId="12C893B6" w14:textId="75E49594" w:rsidR="008B526C" w:rsidRDefault="009D521D">
            <w:r>
              <w:t>Week 1</w:t>
            </w:r>
            <w:r>
              <w:br/>
            </w:r>
            <w:proofErr w:type="spellStart"/>
            <w:r w:rsidR="00BD2D98">
              <w:t>Ten:Ten</w:t>
            </w:r>
            <w:proofErr w:type="spellEnd"/>
          </w:p>
        </w:tc>
        <w:tc>
          <w:tcPr>
            <w:tcW w:w="3360" w:type="dxa"/>
          </w:tcPr>
          <w:p w14:paraId="217F18BC" w14:textId="77777777" w:rsidR="008B526C" w:rsidRDefault="009D521D">
            <w:r>
              <w:t>What is the Internet? (M2 U3 S1)</w:t>
            </w:r>
          </w:p>
          <w:p w14:paraId="17738C81" w14:textId="77777777" w:rsidR="007107ED" w:rsidRDefault="007107ED"/>
          <w:p w14:paraId="2703C22D" w14:textId="77777777" w:rsidR="007107ED" w:rsidRPr="00922B75" w:rsidRDefault="007107ED" w:rsidP="007107ED">
            <w:pPr>
              <w:rPr>
                <w:rFonts w:eastAsia="Arial" w:cs="Arial"/>
                <w:sz w:val="22"/>
              </w:rPr>
            </w:pPr>
            <w:hyperlink r:id="rId22">
              <w:r w:rsidRPr="00922B75">
                <w:rPr>
                  <w:rFonts w:eastAsia="Arial" w:cs="Arial"/>
                  <w:color w:val="0563C1"/>
                  <w:sz w:val="22"/>
                  <w:u w:val="single"/>
                </w:rPr>
                <w:t>EYFS 2.3.1 What is the Internet?</w:t>
              </w:r>
            </w:hyperlink>
          </w:p>
          <w:p w14:paraId="33D76DA2" w14:textId="77777777" w:rsidR="007107ED" w:rsidRDefault="007107ED"/>
        </w:tc>
        <w:tc>
          <w:tcPr>
            <w:tcW w:w="3360" w:type="dxa"/>
          </w:tcPr>
          <w:p w14:paraId="6A95A263" w14:textId="77777777" w:rsidR="008B526C" w:rsidRDefault="009D521D">
            <w:r>
              <w:rPr>
                <w:b/>
              </w:rPr>
              <w:t xml:space="preserve">Theme: </w:t>
            </w:r>
            <w:r>
              <w:t>Recognizing technology &amp; online spaces.</w:t>
            </w:r>
            <w:r>
              <w:br/>
            </w:r>
            <w:r>
              <w:br/>
            </w:r>
            <w:r>
              <w:rPr>
                <w:b/>
              </w:rPr>
              <w:t xml:space="preserve">Practical Activity: </w:t>
            </w:r>
            <w:r>
              <w:t>Create a large web across the classroom carpet using a ball of blue yarn. Explain that computers link up like this web, and emphasize the absolute rule: 'Never open a door online without an adult present.'</w:t>
            </w:r>
          </w:p>
        </w:tc>
      </w:tr>
      <w:tr w:rsidR="008B526C" w14:paraId="316991F7" w14:textId="77777777">
        <w:tc>
          <w:tcPr>
            <w:tcW w:w="3360" w:type="dxa"/>
          </w:tcPr>
          <w:p w14:paraId="17FF61DA" w14:textId="2B21A8DD" w:rsidR="008B526C" w:rsidRDefault="009D521D">
            <w:r>
              <w:t>Week 2</w:t>
            </w:r>
            <w:r>
              <w:br/>
            </w:r>
            <w:proofErr w:type="spellStart"/>
            <w:r w:rsidR="00BD2D98">
              <w:t>Ten:Ten</w:t>
            </w:r>
            <w:proofErr w:type="spellEnd"/>
          </w:p>
        </w:tc>
        <w:tc>
          <w:tcPr>
            <w:tcW w:w="3360" w:type="dxa"/>
          </w:tcPr>
          <w:p w14:paraId="3DC9E820" w14:textId="77777777" w:rsidR="008B526C" w:rsidRDefault="009D521D">
            <w:r>
              <w:t>My Body, My Rules (M2 U4 S2)</w:t>
            </w:r>
          </w:p>
          <w:p w14:paraId="3A6A64B0" w14:textId="77777777" w:rsidR="007107ED" w:rsidRDefault="007107ED"/>
          <w:p w14:paraId="50063F6C" w14:textId="77777777" w:rsidR="007107ED" w:rsidRPr="00922B75" w:rsidRDefault="007107ED" w:rsidP="007107ED">
            <w:pPr>
              <w:rPr>
                <w:rFonts w:eastAsia="Arial" w:cs="Arial"/>
                <w:sz w:val="22"/>
              </w:rPr>
            </w:pPr>
            <w:hyperlink r:id="rId23">
              <w:r w:rsidRPr="00922B75">
                <w:rPr>
                  <w:rFonts w:eastAsia="Arial" w:cs="Arial"/>
                  <w:color w:val="0563C1"/>
                  <w:sz w:val="22"/>
                  <w:u w:val="single"/>
                </w:rPr>
                <w:t>EYFS 2.4.2 My Body, My Rules</w:t>
              </w:r>
            </w:hyperlink>
          </w:p>
          <w:p w14:paraId="3B59B4FF" w14:textId="77777777" w:rsidR="007107ED" w:rsidRDefault="007107ED"/>
        </w:tc>
        <w:tc>
          <w:tcPr>
            <w:tcW w:w="3360" w:type="dxa"/>
          </w:tcPr>
          <w:p w14:paraId="7B817B71" w14:textId="77777777" w:rsidR="008B526C" w:rsidRDefault="009D521D">
            <w:r>
              <w:rPr>
                <w:b/>
              </w:rPr>
              <w:t xml:space="preserve">Theme: </w:t>
            </w:r>
            <w:r>
              <w:t>Privacy, personal space, and boundaries.</w:t>
            </w:r>
            <w:r>
              <w:br/>
            </w:r>
            <w:r>
              <w:br/>
            </w:r>
            <w:r>
              <w:rPr>
                <w:b/>
              </w:rPr>
              <w:t xml:space="preserve">Practical Activity: </w:t>
            </w:r>
            <w:r>
              <w:t>Introduce the 'Personal Bubble' concept using large hula hoops. Practice stretching arms out to see personal space boundaries. Teach the direct verbal shield phrase: 'Please step back, I need space.'</w:t>
            </w:r>
          </w:p>
        </w:tc>
      </w:tr>
      <w:tr w:rsidR="008B526C" w14:paraId="3B1D0074" w14:textId="77777777">
        <w:tc>
          <w:tcPr>
            <w:tcW w:w="3360" w:type="dxa"/>
          </w:tcPr>
          <w:p w14:paraId="3A118A92" w14:textId="77777777" w:rsidR="008B526C" w:rsidRDefault="009D521D">
            <w:r>
              <w:t>Week 3</w:t>
            </w:r>
            <w:r>
              <w:br/>
              <w:t>(British Value)</w:t>
            </w:r>
          </w:p>
        </w:tc>
        <w:tc>
          <w:tcPr>
            <w:tcW w:w="3360" w:type="dxa"/>
          </w:tcPr>
          <w:p w14:paraId="4DFDD4B6" w14:textId="77777777" w:rsidR="008B526C" w:rsidRDefault="009D521D">
            <w:r>
              <w:t>The Rule of Law (Consequences)</w:t>
            </w:r>
          </w:p>
        </w:tc>
        <w:tc>
          <w:tcPr>
            <w:tcW w:w="3360" w:type="dxa"/>
          </w:tcPr>
          <w:p w14:paraId="1DD62382" w14:textId="77777777" w:rsidR="008B526C" w:rsidRDefault="009D521D">
            <w:r>
              <w:rPr>
                <w:b/>
              </w:rPr>
              <w:t xml:space="preserve">Theme: </w:t>
            </w:r>
            <w:r>
              <w:t>Understanding why rules exist.</w:t>
            </w:r>
            <w:r>
              <w:br/>
            </w:r>
            <w:r>
              <w:br/>
            </w:r>
            <w:r>
              <w:rPr>
                <w:b/>
              </w:rPr>
              <w:t xml:space="preserve">Practical Activity: </w:t>
            </w:r>
            <w:r>
              <w:t>Play a structured board game where rules are deliberately broken (e.g., a child jumps three squares illegally). Discuss how it ruins the game for everyone, linking rules directly to fairness.</w:t>
            </w:r>
          </w:p>
        </w:tc>
      </w:tr>
      <w:tr w:rsidR="008B526C" w14:paraId="32239962" w14:textId="77777777">
        <w:tc>
          <w:tcPr>
            <w:tcW w:w="3360" w:type="dxa"/>
          </w:tcPr>
          <w:p w14:paraId="62A72DE4" w14:textId="77777777" w:rsidR="008B526C" w:rsidRDefault="009D521D">
            <w:r>
              <w:t>Week 4</w:t>
            </w:r>
            <w:r>
              <w:br/>
              <w:t>(Wider World)</w:t>
            </w:r>
          </w:p>
        </w:tc>
        <w:tc>
          <w:tcPr>
            <w:tcW w:w="3360" w:type="dxa"/>
          </w:tcPr>
          <w:p w14:paraId="4298762B" w14:textId="77777777" w:rsidR="008B526C" w:rsidRDefault="009D521D">
            <w:r>
              <w:t>Children's Mental Health Week [Event]</w:t>
            </w:r>
          </w:p>
        </w:tc>
        <w:tc>
          <w:tcPr>
            <w:tcW w:w="3360" w:type="dxa"/>
          </w:tcPr>
          <w:p w14:paraId="6DFA3080" w14:textId="77777777" w:rsidR="008B526C" w:rsidRDefault="009D521D">
            <w:r>
              <w:rPr>
                <w:b/>
              </w:rPr>
              <w:t xml:space="preserve">Theme: </w:t>
            </w:r>
            <w:r>
              <w:t>Emotional wellbeing.</w:t>
            </w:r>
            <w:r>
              <w:br/>
            </w:r>
            <w:r>
              <w:br/>
            </w:r>
            <w:r>
              <w:rPr>
                <w:b/>
              </w:rPr>
              <w:t xml:space="preserve">Practical Activity: </w:t>
            </w:r>
            <w:r>
              <w:t>Left to teacher discretion to follow national wellbeing schedules, focus on calming down techniques.</w:t>
            </w:r>
          </w:p>
        </w:tc>
      </w:tr>
      <w:tr w:rsidR="008B526C" w14:paraId="1E279074" w14:textId="77777777">
        <w:tc>
          <w:tcPr>
            <w:tcW w:w="3360" w:type="dxa"/>
          </w:tcPr>
          <w:p w14:paraId="1AC01A3F" w14:textId="77777777" w:rsidR="008B526C" w:rsidRDefault="009D521D">
            <w:r>
              <w:t>Week 5</w:t>
            </w:r>
            <w:r>
              <w:br/>
              <w:t>(Wider World)</w:t>
            </w:r>
          </w:p>
        </w:tc>
        <w:tc>
          <w:tcPr>
            <w:tcW w:w="3360" w:type="dxa"/>
          </w:tcPr>
          <w:p w14:paraId="56BBADF7" w14:textId="77777777" w:rsidR="008B526C" w:rsidRDefault="009D521D">
            <w:r>
              <w:t>Safer Internet Day [Event]</w:t>
            </w:r>
          </w:p>
        </w:tc>
        <w:tc>
          <w:tcPr>
            <w:tcW w:w="3360" w:type="dxa"/>
          </w:tcPr>
          <w:p w14:paraId="790DB6B7" w14:textId="77777777" w:rsidR="008B526C" w:rsidRDefault="009D521D">
            <w:r>
              <w:rPr>
                <w:b/>
              </w:rPr>
              <w:t xml:space="preserve">Theme: </w:t>
            </w:r>
            <w:r>
              <w:t>Digital safety enforcement.</w:t>
            </w:r>
            <w:r>
              <w:br/>
            </w:r>
            <w:r>
              <w:br/>
            </w:r>
            <w:r>
              <w:rPr>
                <w:b/>
              </w:rPr>
              <w:t xml:space="preserve">Practical Activity: </w:t>
            </w:r>
            <w:r>
              <w:t>Left to teacher discretion to align with whole-school assemblies and digital literacy benchmarks.</w:t>
            </w:r>
          </w:p>
        </w:tc>
      </w:tr>
    </w:tbl>
    <w:p w14:paraId="270F4DC0" w14:textId="77777777" w:rsidR="00BB0478" w:rsidRDefault="00BB0478">
      <w:pPr>
        <w:spacing w:before="240" w:after="80"/>
        <w:rPr>
          <w:b/>
          <w:sz w:val="24"/>
        </w:rPr>
      </w:pPr>
    </w:p>
    <w:p w14:paraId="0E7CA444" w14:textId="77777777" w:rsidR="00BB0478" w:rsidRDefault="00BB0478">
      <w:pPr>
        <w:spacing w:before="240" w:after="80"/>
        <w:rPr>
          <w:b/>
          <w:sz w:val="24"/>
        </w:rPr>
      </w:pPr>
    </w:p>
    <w:p w14:paraId="1B46D634" w14:textId="77777777" w:rsidR="00BB0478" w:rsidRDefault="00BB0478">
      <w:pPr>
        <w:spacing w:before="240" w:after="80"/>
        <w:rPr>
          <w:b/>
          <w:sz w:val="24"/>
        </w:rPr>
      </w:pPr>
    </w:p>
    <w:p w14:paraId="6EDD8349" w14:textId="5EB68630" w:rsidR="008B526C" w:rsidRDefault="009D521D">
      <w:pPr>
        <w:spacing w:before="240" w:after="80"/>
      </w:pPr>
      <w:r>
        <w:rPr>
          <w:b/>
          <w:sz w:val="24"/>
        </w:rPr>
        <w:t>Spring 2: Well-being and Mental Health</w:t>
      </w:r>
    </w:p>
    <w:tbl>
      <w:tblPr>
        <w:tblStyle w:val="TableGrid"/>
        <w:tblW w:w="0" w:type="auto"/>
        <w:tblLook w:val="04A0" w:firstRow="1" w:lastRow="0" w:firstColumn="1" w:lastColumn="0" w:noHBand="0" w:noVBand="1"/>
      </w:tblPr>
      <w:tblGrid>
        <w:gridCol w:w="3356"/>
        <w:gridCol w:w="3357"/>
        <w:gridCol w:w="3357"/>
      </w:tblGrid>
      <w:tr w:rsidR="008B526C" w14:paraId="2710D098" w14:textId="77777777">
        <w:tc>
          <w:tcPr>
            <w:tcW w:w="3360" w:type="dxa"/>
          </w:tcPr>
          <w:p w14:paraId="43027CDB" w14:textId="77777777" w:rsidR="008B526C" w:rsidRDefault="009D521D">
            <w:r>
              <w:rPr>
                <w:b/>
              </w:rPr>
              <w:t>Week &amp; Strand</w:t>
            </w:r>
          </w:p>
        </w:tc>
        <w:tc>
          <w:tcPr>
            <w:tcW w:w="3360" w:type="dxa"/>
          </w:tcPr>
          <w:p w14:paraId="517CC8C8" w14:textId="77777777" w:rsidR="008B526C" w:rsidRDefault="009D521D">
            <w:r>
              <w:rPr>
                <w:b/>
              </w:rPr>
              <w:t>Lesson Focus</w:t>
            </w:r>
          </w:p>
        </w:tc>
        <w:tc>
          <w:tcPr>
            <w:tcW w:w="3360" w:type="dxa"/>
          </w:tcPr>
          <w:p w14:paraId="3B2F77B9" w14:textId="77777777" w:rsidR="008B526C" w:rsidRDefault="009D521D">
            <w:r>
              <w:rPr>
                <w:b/>
              </w:rPr>
              <w:t>Explicit EYFS Activity &amp; Practical Guidance</w:t>
            </w:r>
          </w:p>
        </w:tc>
      </w:tr>
      <w:tr w:rsidR="008B526C" w14:paraId="10CFF50B" w14:textId="77777777">
        <w:tc>
          <w:tcPr>
            <w:tcW w:w="3360" w:type="dxa"/>
          </w:tcPr>
          <w:p w14:paraId="4B1F2FA2" w14:textId="57F62C3E" w:rsidR="008B526C" w:rsidRDefault="009D521D">
            <w:r>
              <w:t>Week 1</w:t>
            </w:r>
            <w:r>
              <w:br/>
            </w:r>
            <w:proofErr w:type="spellStart"/>
            <w:r w:rsidR="00BD2D98">
              <w:t>Ten:Ten</w:t>
            </w:r>
            <w:proofErr w:type="spellEnd"/>
          </w:p>
        </w:tc>
        <w:tc>
          <w:tcPr>
            <w:tcW w:w="3360" w:type="dxa"/>
          </w:tcPr>
          <w:p w14:paraId="7E43D592" w14:textId="77777777" w:rsidR="008B526C" w:rsidRDefault="009D521D">
            <w:r>
              <w:t>Let's Get Real (M1 U3 S3)</w:t>
            </w:r>
          </w:p>
          <w:p w14:paraId="46F8B2DA" w14:textId="77777777" w:rsidR="007107ED" w:rsidRDefault="007107ED"/>
          <w:p w14:paraId="619B4011" w14:textId="77777777" w:rsidR="007107ED" w:rsidRPr="00922B75" w:rsidRDefault="007107ED" w:rsidP="007107ED">
            <w:pPr>
              <w:spacing w:line="276" w:lineRule="auto"/>
              <w:rPr>
                <w:rFonts w:eastAsia="Arial" w:cs="Arial"/>
                <w:sz w:val="22"/>
              </w:rPr>
            </w:pPr>
            <w:hyperlink r:id="rId24">
              <w:r w:rsidRPr="00922B75">
                <w:rPr>
                  <w:rFonts w:eastAsia="Arial" w:cs="Arial"/>
                  <w:color w:val="0563C1"/>
                  <w:sz w:val="22"/>
                  <w:u w:val="single"/>
                </w:rPr>
                <w:t>EYFS 1.3.3 Let's Get Real</w:t>
              </w:r>
            </w:hyperlink>
          </w:p>
          <w:p w14:paraId="06734095" w14:textId="77777777" w:rsidR="007107ED" w:rsidRDefault="007107ED"/>
        </w:tc>
        <w:tc>
          <w:tcPr>
            <w:tcW w:w="3360" w:type="dxa"/>
          </w:tcPr>
          <w:p w14:paraId="0E8148BB" w14:textId="77777777" w:rsidR="008B526C" w:rsidRDefault="009D521D">
            <w:r>
              <w:rPr>
                <w:b/>
              </w:rPr>
              <w:t xml:space="preserve">Theme: </w:t>
            </w:r>
            <w:r>
              <w:t>Distinguishing reality from fantasy.</w:t>
            </w:r>
            <w:r>
              <w:br/>
            </w:r>
            <w:r>
              <w:br/>
            </w:r>
            <w:r>
              <w:rPr>
                <w:b/>
              </w:rPr>
              <w:t xml:space="preserve">Practical Activity: </w:t>
            </w:r>
            <w:r>
              <w:t>Sort large flashcards onto a green mat ('Real World') or a purple mat ('Make Believe'). Items include a real family cat vs. a cartoon flying dragon, or an internet video filter vs. an authentic face.</w:t>
            </w:r>
          </w:p>
        </w:tc>
      </w:tr>
      <w:tr w:rsidR="008B526C" w14:paraId="7FF8FF18" w14:textId="77777777">
        <w:tc>
          <w:tcPr>
            <w:tcW w:w="3360" w:type="dxa"/>
          </w:tcPr>
          <w:p w14:paraId="14F868F0" w14:textId="5E28829F" w:rsidR="008B526C" w:rsidRDefault="009D521D">
            <w:r>
              <w:t>Week 2</w:t>
            </w:r>
            <w:r>
              <w:br/>
            </w:r>
            <w:proofErr w:type="spellStart"/>
            <w:r w:rsidR="00BD2D98">
              <w:t>Ten:Ten</w:t>
            </w:r>
            <w:proofErr w:type="spellEnd"/>
          </w:p>
        </w:tc>
        <w:tc>
          <w:tcPr>
            <w:tcW w:w="3360" w:type="dxa"/>
          </w:tcPr>
          <w:p w14:paraId="68087A5C" w14:textId="77777777" w:rsidR="008B526C" w:rsidRDefault="009D521D">
            <w:r>
              <w:t>People Who Help Us (M2 U4 S4)</w:t>
            </w:r>
          </w:p>
          <w:p w14:paraId="602B4BF0" w14:textId="77777777" w:rsidR="007107ED" w:rsidRDefault="007107ED"/>
          <w:p w14:paraId="2CD2B8AD" w14:textId="77777777" w:rsidR="007107ED" w:rsidRPr="00922B75" w:rsidRDefault="007107ED" w:rsidP="007107ED">
            <w:pPr>
              <w:rPr>
                <w:rFonts w:eastAsia="Arial" w:cs="Arial"/>
                <w:color w:val="0563C1"/>
                <w:sz w:val="22"/>
                <w:u w:val="single"/>
              </w:rPr>
            </w:pPr>
            <w:hyperlink r:id="rId25">
              <w:r w:rsidRPr="00922B75">
                <w:rPr>
                  <w:rFonts w:eastAsia="Arial" w:cs="Arial"/>
                  <w:color w:val="0563C1"/>
                  <w:sz w:val="22"/>
                  <w:u w:val="single"/>
                </w:rPr>
                <w:t>EYFS 2.4.4 People Who Help Us</w:t>
              </w:r>
            </w:hyperlink>
          </w:p>
          <w:p w14:paraId="18DE6CAC" w14:textId="77777777" w:rsidR="007107ED" w:rsidRDefault="007107ED"/>
        </w:tc>
        <w:tc>
          <w:tcPr>
            <w:tcW w:w="3360" w:type="dxa"/>
          </w:tcPr>
          <w:p w14:paraId="27FBBFC7" w14:textId="77777777" w:rsidR="008B526C" w:rsidRDefault="009D521D">
            <w:r>
              <w:rPr>
                <w:b/>
              </w:rPr>
              <w:t xml:space="preserve">Theme: </w:t>
            </w:r>
            <w:r>
              <w:t>Emergency services and 999.</w:t>
            </w:r>
            <w:r>
              <w:br/>
            </w:r>
            <w:r>
              <w:br/>
            </w:r>
            <w:r>
              <w:rPr>
                <w:b/>
              </w:rPr>
              <w:t xml:space="preserve">Practical Activity: </w:t>
            </w:r>
            <w:r>
              <w:t>Introduce a toy telephone setup. Teach children when to call 999 and practice clearly stating their name and full school address in a simulated emergency scenario with a teacher acting as operator.</w:t>
            </w:r>
          </w:p>
        </w:tc>
      </w:tr>
      <w:tr w:rsidR="008B526C" w14:paraId="6A8C4EA3" w14:textId="77777777">
        <w:tc>
          <w:tcPr>
            <w:tcW w:w="3360" w:type="dxa"/>
          </w:tcPr>
          <w:p w14:paraId="0E5F38B4" w14:textId="77777777" w:rsidR="008B526C" w:rsidRDefault="009D521D">
            <w:r>
              <w:t>Week 3</w:t>
            </w:r>
            <w:r>
              <w:br/>
              <w:t>(British Value)</w:t>
            </w:r>
          </w:p>
        </w:tc>
        <w:tc>
          <w:tcPr>
            <w:tcW w:w="3360" w:type="dxa"/>
          </w:tcPr>
          <w:p w14:paraId="760F03F7" w14:textId="77777777" w:rsidR="008B526C" w:rsidRDefault="009D521D">
            <w:r>
              <w:t>Democracy (Class Debate)</w:t>
            </w:r>
          </w:p>
        </w:tc>
        <w:tc>
          <w:tcPr>
            <w:tcW w:w="3360" w:type="dxa"/>
          </w:tcPr>
          <w:p w14:paraId="39180BDF" w14:textId="77777777" w:rsidR="008B526C" w:rsidRDefault="009D521D">
            <w:r>
              <w:rPr>
                <w:b/>
              </w:rPr>
              <w:t xml:space="preserve">Theme: </w:t>
            </w:r>
            <w:r>
              <w:t>Debating choices constructively.</w:t>
            </w:r>
            <w:r>
              <w:br/>
            </w:r>
            <w:r>
              <w:br/>
            </w:r>
            <w:r>
              <w:rPr>
                <w:b/>
              </w:rPr>
              <w:t xml:space="preserve">Practical Activity: </w:t>
            </w:r>
            <w:r>
              <w:t>Propose a choice: 'Should we change the home corner into a rocket ship or a veterinary clinic?' Split the carpet into two debating sides. Children give one reason before voting.</w:t>
            </w:r>
          </w:p>
        </w:tc>
      </w:tr>
      <w:tr w:rsidR="008B526C" w14:paraId="1EDD8ED0" w14:textId="77777777">
        <w:tc>
          <w:tcPr>
            <w:tcW w:w="3360" w:type="dxa"/>
          </w:tcPr>
          <w:p w14:paraId="23B1C13F" w14:textId="77777777" w:rsidR="008B526C" w:rsidRDefault="009D521D">
            <w:r>
              <w:t>Week 4</w:t>
            </w:r>
            <w:r>
              <w:br/>
              <w:t>(Wider World)</w:t>
            </w:r>
          </w:p>
        </w:tc>
        <w:tc>
          <w:tcPr>
            <w:tcW w:w="3360" w:type="dxa"/>
          </w:tcPr>
          <w:p w14:paraId="754F554A" w14:textId="77777777" w:rsidR="008B526C" w:rsidRDefault="009D521D">
            <w:r>
              <w:t>National Careers Week [Event]</w:t>
            </w:r>
          </w:p>
        </w:tc>
        <w:tc>
          <w:tcPr>
            <w:tcW w:w="3360" w:type="dxa"/>
          </w:tcPr>
          <w:p w14:paraId="7F87FC0E" w14:textId="77777777" w:rsidR="008B526C" w:rsidRDefault="009D521D">
            <w:r>
              <w:rPr>
                <w:b/>
              </w:rPr>
              <w:t xml:space="preserve">Theme: </w:t>
            </w:r>
            <w:r>
              <w:t>Aspirational career paths.</w:t>
            </w:r>
            <w:r>
              <w:br/>
            </w:r>
            <w:r>
              <w:br/>
            </w:r>
            <w:r>
              <w:rPr>
                <w:b/>
              </w:rPr>
              <w:t xml:space="preserve">Practical Activity: </w:t>
            </w:r>
            <w:r>
              <w:t>Left to teacher discretion to support career workshops, uniform dressing, or guest speaker events.</w:t>
            </w:r>
          </w:p>
        </w:tc>
      </w:tr>
      <w:tr w:rsidR="008B526C" w14:paraId="7DD8F39D" w14:textId="77777777">
        <w:tc>
          <w:tcPr>
            <w:tcW w:w="3360" w:type="dxa"/>
          </w:tcPr>
          <w:p w14:paraId="34BC806E" w14:textId="77777777" w:rsidR="008B526C" w:rsidRDefault="009D521D">
            <w:r>
              <w:t>Week 5</w:t>
            </w:r>
            <w:r>
              <w:br/>
              <w:t>(Wider World)</w:t>
            </w:r>
          </w:p>
        </w:tc>
        <w:tc>
          <w:tcPr>
            <w:tcW w:w="3360" w:type="dxa"/>
          </w:tcPr>
          <w:p w14:paraId="3E97BEA6" w14:textId="77777777" w:rsidR="008B526C" w:rsidRDefault="009D521D">
            <w:r>
              <w:t>Dealing with Mistakes</w:t>
            </w:r>
          </w:p>
        </w:tc>
        <w:tc>
          <w:tcPr>
            <w:tcW w:w="3360" w:type="dxa"/>
          </w:tcPr>
          <w:p w14:paraId="5E79B31B" w14:textId="77777777" w:rsidR="008B526C" w:rsidRDefault="009D521D">
            <w:r>
              <w:rPr>
                <w:b/>
              </w:rPr>
              <w:t xml:space="preserve">Theme: </w:t>
            </w:r>
            <w:r>
              <w:t>Resilience and learning it's okay.</w:t>
            </w:r>
            <w:r>
              <w:br/>
            </w:r>
            <w:r>
              <w:br/>
            </w:r>
            <w:r>
              <w:rPr>
                <w:b/>
              </w:rPr>
              <w:t xml:space="preserve">Practical Activity: </w:t>
            </w:r>
            <w:r>
              <w:t>Provide children with challenging tasks (e.g., tying laces or building a complex puzzle). Introduce 'The Power of YET'. Model saying out loud: 'I can't do this... YET!' as a positive mantra.</w:t>
            </w:r>
          </w:p>
        </w:tc>
      </w:tr>
    </w:tbl>
    <w:p w14:paraId="3CBF57EE" w14:textId="77777777" w:rsidR="00BB0478" w:rsidRDefault="00BB0478">
      <w:pPr>
        <w:spacing w:before="240" w:after="80"/>
        <w:rPr>
          <w:b/>
          <w:sz w:val="24"/>
        </w:rPr>
      </w:pPr>
    </w:p>
    <w:p w14:paraId="0FD1C71C" w14:textId="77777777" w:rsidR="00BB0478" w:rsidRDefault="00BB0478">
      <w:pPr>
        <w:spacing w:before="240" w:after="80"/>
        <w:rPr>
          <w:b/>
          <w:sz w:val="24"/>
        </w:rPr>
      </w:pPr>
    </w:p>
    <w:p w14:paraId="0706C1F4" w14:textId="139D2CF1" w:rsidR="008B526C" w:rsidRDefault="009D521D">
      <w:pPr>
        <w:spacing w:before="240" w:after="80"/>
      </w:pPr>
      <w:r>
        <w:rPr>
          <w:b/>
          <w:sz w:val="24"/>
        </w:rPr>
        <w:t>Summer 1: Living Together</w:t>
      </w:r>
    </w:p>
    <w:tbl>
      <w:tblPr>
        <w:tblStyle w:val="TableGrid"/>
        <w:tblW w:w="0" w:type="auto"/>
        <w:tblLook w:val="04A0" w:firstRow="1" w:lastRow="0" w:firstColumn="1" w:lastColumn="0" w:noHBand="0" w:noVBand="1"/>
      </w:tblPr>
      <w:tblGrid>
        <w:gridCol w:w="3356"/>
        <w:gridCol w:w="3357"/>
        <w:gridCol w:w="3357"/>
      </w:tblGrid>
      <w:tr w:rsidR="008B526C" w14:paraId="7C3F912F" w14:textId="77777777">
        <w:tc>
          <w:tcPr>
            <w:tcW w:w="3360" w:type="dxa"/>
          </w:tcPr>
          <w:p w14:paraId="294B611E" w14:textId="77777777" w:rsidR="008B526C" w:rsidRDefault="009D521D">
            <w:r>
              <w:rPr>
                <w:b/>
              </w:rPr>
              <w:t>Week &amp; Strand</w:t>
            </w:r>
          </w:p>
        </w:tc>
        <w:tc>
          <w:tcPr>
            <w:tcW w:w="3360" w:type="dxa"/>
          </w:tcPr>
          <w:p w14:paraId="4BD98D92" w14:textId="77777777" w:rsidR="008B526C" w:rsidRDefault="009D521D">
            <w:r>
              <w:rPr>
                <w:b/>
              </w:rPr>
              <w:t>Lesson Focus</w:t>
            </w:r>
          </w:p>
        </w:tc>
        <w:tc>
          <w:tcPr>
            <w:tcW w:w="3360" w:type="dxa"/>
          </w:tcPr>
          <w:p w14:paraId="7418F36D" w14:textId="77777777" w:rsidR="008B526C" w:rsidRDefault="009D521D">
            <w:r>
              <w:rPr>
                <w:b/>
              </w:rPr>
              <w:t>Explicit EYFS Activity &amp; Practical Guidance</w:t>
            </w:r>
          </w:p>
        </w:tc>
      </w:tr>
      <w:tr w:rsidR="008B526C" w14:paraId="4B5DD0C2" w14:textId="77777777">
        <w:tc>
          <w:tcPr>
            <w:tcW w:w="3360" w:type="dxa"/>
          </w:tcPr>
          <w:p w14:paraId="2DB1AA31" w14:textId="3CAAB398" w:rsidR="008B526C" w:rsidRDefault="009D521D">
            <w:r>
              <w:t>Week 1</w:t>
            </w:r>
            <w:r>
              <w:br/>
            </w:r>
            <w:proofErr w:type="spellStart"/>
            <w:r w:rsidR="00BD2D98">
              <w:t>Ten:Ten</w:t>
            </w:r>
            <w:proofErr w:type="spellEnd"/>
          </w:p>
        </w:tc>
        <w:tc>
          <w:tcPr>
            <w:tcW w:w="3360" w:type="dxa"/>
          </w:tcPr>
          <w:p w14:paraId="22AFDA06" w14:textId="77777777" w:rsidR="008B526C" w:rsidRDefault="009D521D">
            <w:r>
              <w:t>Me, You, Us (M3 U2 S1)</w:t>
            </w:r>
          </w:p>
          <w:p w14:paraId="2E6868CF" w14:textId="77777777" w:rsidR="007107ED" w:rsidRDefault="007107ED"/>
          <w:p w14:paraId="13DAE5DB" w14:textId="1A2798D1" w:rsidR="007107ED" w:rsidRDefault="007107ED">
            <w:hyperlink r:id="rId26">
              <w:r w:rsidRPr="00922B75">
                <w:rPr>
                  <w:rFonts w:eastAsia="Arial" w:cs="Arial"/>
                  <w:color w:val="0563C1"/>
                  <w:sz w:val="22"/>
                  <w:u w:val="single"/>
                </w:rPr>
                <w:t>EYFS 3.2.1 Me, You, Us</w:t>
              </w:r>
            </w:hyperlink>
          </w:p>
        </w:tc>
        <w:tc>
          <w:tcPr>
            <w:tcW w:w="3360" w:type="dxa"/>
          </w:tcPr>
          <w:p w14:paraId="4FB0C40C" w14:textId="77777777" w:rsidR="008B526C" w:rsidRDefault="009D521D">
            <w:r>
              <w:rPr>
                <w:b/>
              </w:rPr>
              <w:t xml:space="preserve">Theme: </w:t>
            </w:r>
            <w:r>
              <w:t>Diversity and community cohesion.</w:t>
            </w:r>
            <w:r>
              <w:br/>
            </w:r>
            <w:r>
              <w:br/>
            </w:r>
            <w:r>
              <w:rPr>
                <w:b/>
              </w:rPr>
              <w:t xml:space="preserve">Practical Activity: </w:t>
            </w:r>
            <w:r>
              <w:t>Create a giant collaborative puzzle mural where each child colors one blank interlocking piece to represent themselves. Assemble the puzzle to show that our class is incomplete without everyone.</w:t>
            </w:r>
          </w:p>
        </w:tc>
      </w:tr>
      <w:tr w:rsidR="008B526C" w14:paraId="4F73F6D7" w14:textId="77777777">
        <w:tc>
          <w:tcPr>
            <w:tcW w:w="3360" w:type="dxa"/>
          </w:tcPr>
          <w:p w14:paraId="691E787E" w14:textId="77777777" w:rsidR="008B526C" w:rsidRDefault="009D521D">
            <w:r>
              <w:t>Week 2</w:t>
            </w:r>
            <w:r>
              <w:br/>
              <w:t>(Wider World)</w:t>
            </w:r>
          </w:p>
        </w:tc>
        <w:tc>
          <w:tcPr>
            <w:tcW w:w="3360" w:type="dxa"/>
          </w:tcPr>
          <w:p w14:paraId="510167B1" w14:textId="3D561E87" w:rsidR="007107ED" w:rsidRDefault="009D521D">
            <w:r>
              <w:t>Belonging to Groups</w:t>
            </w:r>
          </w:p>
        </w:tc>
        <w:tc>
          <w:tcPr>
            <w:tcW w:w="3360" w:type="dxa"/>
          </w:tcPr>
          <w:p w14:paraId="3DF3DD0C" w14:textId="77777777" w:rsidR="008B526C" w:rsidRDefault="009D521D">
            <w:r>
              <w:rPr>
                <w:b/>
              </w:rPr>
              <w:t xml:space="preserve">Theme: </w:t>
            </w:r>
            <w:r>
              <w:t>Teams, clubs, and faith groups.</w:t>
            </w:r>
            <w:r>
              <w:br/>
            </w:r>
            <w:r>
              <w:br/>
            </w:r>
            <w:r>
              <w:rPr>
                <w:b/>
              </w:rPr>
              <w:t xml:space="preserve">Practical Activity: </w:t>
            </w:r>
            <w:r>
              <w:t>Have children bring in or draw symbols of teams or groups they belong to (e.g., a football shirt, swimming cap, Sunday school badge, or a library card). Share how these groups look after members.</w:t>
            </w:r>
          </w:p>
        </w:tc>
      </w:tr>
      <w:tr w:rsidR="008B526C" w14:paraId="0F2DEBFA" w14:textId="77777777">
        <w:tc>
          <w:tcPr>
            <w:tcW w:w="3360" w:type="dxa"/>
          </w:tcPr>
          <w:p w14:paraId="2ED17C02" w14:textId="77777777" w:rsidR="008B526C" w:rsidRDefault="009D521D">
            <w:r>
              <w:t>Week 3</w:t>
            </w:r>
            <w:r>
              <w:br/>
              <w:t>(British Value)</w:t>
            </w:r>
          </w:p>
        </w:tc>
        <w:tc>
          <w:tcPr>
            <w:tcW w:w="3360" w:type="dxa"/>
          </w:tcPr>
          <w:p w14:paraId="358F33C4" w14:textId="77777777" w:rsidR="008B526C" w:rsidRDefault="009D521D">
            <w:r>
              <w:t>Tolerance of Faiths &amp; Beliefs</w:t>
            </w:r>
          </w:p>
        </w:tc>
        <w:tc>
          <w:tcPr>
            <w:tcW w:w="3360" w:type="dxa"/>
          </w:tcPr>
          <w:p w14:paraId="51C1B447" w14:textId="77777777" w:rsidR="008B526C" w:rsidRDefault="009D521D">
            <w:r>
              <w:rPr>
                <w:b/>
              </w:rPr>
              <w:t xml:space="preserve">Theme: </w:t>
            </w:r>
            <w:r>
              <w:t>Learning about religious places of worship.</w:t>
            </w:r>
            <w:r>
              <w:br/>
            </w:r>
            <w:r>
              <w:br/>
            </w:r>
            <w:r>
              <w:rPr>
                <w:b/>
              </w:rPr>
              <w:t xml:space="preserve">Practical Activity: </w:t>
            </w:r>
            <w:r>
              <w:t>Examine architectural photographs of different local places of worship (church, mosque, synagogue, temple). Discuss how these buildings are sacred and require quiet, respectful behaviour.</w:t>
            </w:r>
          </w:p>
        </w:tc>
      </w:tr>
      <w:tr w:rsidR="008B526C" w14:paraId="4288AABF" w14:textId="77777777">
        <w:tc>
          <w:tcPr>
            <w:tcW w:w="3360" w:type="dxa"/>
          </w:tcPr>
          <w:p w14:paraId="6FC283AD" w14:textId="77777777" w:rsidR="008B526C" w:rsidRDefault="009D521D">
            <w:r>
              <w:t>Week 4</w:t>
            </w:r>
            <w:r>
              <w:br/>
              <w:t>(Wider World)</w:t>
            </w:r>
          </w:p>
        </w:tc>
        <w:tc>
          <w:tcPr>
            <w:tcW w:w="3360" w:type="dxa"/>
          </w:tcPr>
          <w:p w14:paraId="144263FC" w14:textId="77777777" w:rsidR="008B526C" w:rsidRDefault="009D521D">
            <w:r>
              <w:t>Earth Day [Event]</w:t>
            </w:r>
          </w:p>
        </w:tc>
        <w:tc>
          <w:tcPr>
            <w:tcW w:w="3360" w:type="dxa"/>
          </w:tcPr>
          <w:p w14:paraId="52026FD2" w14:textId="77777777" w:rsidR="008B526C" w:rsidRDefault="009D521D">
            <w:r>
              <w:rPr>
                <w:b/>
              </w:rPr>
              <w:t xml:space="preserve">Theme: </w:t>
            </w:r>
            <w:r>
              <w:t>Caring for the environment.</w:t>
            </w:r>
            <w:r>
              <w:br/>
            </w:r>
            <w:r>
              <w:br/>
            </w:r>
            <w:r>
              <w:rPr>
                <w:b/>
              </w:rPr>
              <w:t xml:space="preserve">Practical Activity: </w:t>
            </w:r>
            <w:r>
              <w:t>Left to teacher discretion to organize local community cleanups or plant gardens.</w:t>
            </w:r>
          </w:p>
        </w:tc>
      </w:tr>
      <w:tr w:rsidR="008B526C" w14:paraId="2A127E51" w14:textId="77777777">
        <w:tc>
          <w:tcPr>
            <w:tcW w:w="3360" w:type="dxa"/>
          </w:tcPr>
          <w:p w14:paraId="100B4AF7" w14:textId="77777777" w:rsidR="008B526C" w:rsidRDefault="009D521D">
            <w:r>
              <w:t>Week 5</w:t>
            </w:r>
            <w:r>
              <w:br/>
              <w:t>(Wider World)</w:t>
            </w:r>
          </w:p>
        </w:tc>
        <w:tc>
          <w:tcPr>
            <w:tcW w:w="3360" w:type="dxa"/>
          </w:tcPr>
          <w:p w14:paraId="1C479696" w14:textId="77777777" w:rsidR="008B526C" w:rsidRDefault="009D521D">
            <w:r>
              <w:t>Where Money Comes From</w:t>
            </w:r>
          </w:p>
        </w:tc>
        <w:tc>
          <w:tcPr>
            <w:tcW w:w="3360" w:type="dxa"/>
          </w:tcPr>
          <w:p w14:paraId="0168BC75" w14:textId="77777777" w:rsidR="008B526C" w:rsidRDefault="009D521D">
            <w:r>
              <w:rPr>
                <w:b/>
              </w:rPr>
              <w:t xml:space="preserve">Theme: </w:t>
            </w:r>
            <w:r>
              <w:t>Earning money through work.</w:t>
            </w:r>
            <w:r>
              <w:br/>
            </w:r>
            <w:r>
              <w:br/>
            </w:r>
            <w:r>
              <w:rPr>
                <w:b/>
              </w:rPr>
              <w:t xml:space="preserve">Practical Activity: </w:t>
            </w:r>
            <w:r>
              <w:t>Set up a play cafe or grocery storefront. Explain that shopkeepers work hard to earn coins, which they use to pay for food and homes. Children practice tracking exchanges: offering labor for play currency.</w:t>
            </w:r>
          </w:p>
        </w:tc>
      </w:tr>
    </w:tbl>
    <w:p w14:paraId="396B0502" w14:textId="77777777" w:rsidR="00BB0478" w:rsidRDefault="00BB0478">
      <w:pPr>
        <w:spacing w:before="240" w:after="80"/>
        <w:rPr>
          <w:b/>
          <w:sz w:val="24"/>
        </w:rPr>
      </w:pPr>
    </w:p>
    <w:p w14:paraId="34DDCC01" w14:textId="77777777" w:rsidR="00BB0478" w:rsidRDefault="00BB0478">
      <w:pPr>
        <w:spacing w:before="240" w:after="80"/>
        <w:rPr>
          <w:b/>
          <w:sz w:val="24"/>
        </w:rPr>
      </w:pPr>
    </w:p>
    <w:p w14:paraId="2284AA8B" w14:textId="59ABF4DE" w:rsidR="008B526C" w:rsidRDefault="009D521D">
      <w:pPr>
        <w:spacing w:before="240" w:after="80"/>
      </w:pPr>
      <w:r>
        <w:rPr>
          <w:b/>
          <w:sz w:val="24"/>
        </w:rPr>
        <w:t>Summer 2: Looking Ahead to Key Stage 1</w:t>
      </w:r>
    </w:p>
    <w:tbl>
      <w:tblPr>
        <w:tblStyle w:val="TableGrid"/>
        <w:tblW w:w="0" w:type="auto"/>
        <w:tblLook w:val="04A0" w:firstRow="1" w:lastRow="0" w:firstColumn="1" w:lastColumn="0" w:noHBand="0" w:noVBand="1"/>
      </w:tblPr>
      <w:tblGrid>
        <w:gridCol w:w="3356"/>
        <w:gridCol w:w="3357"/>
        <w:gridCol w:w="3357"/>
      </w:tblGrid>
      <w:tr w:rsidR="008B526C" w14:paraId="52B5FC81" w14:textId="77777777">
        <w:tc>
          <w:tcPr>
            <w:tcW w:w="3360" w:type="dxa"/>
          </w:tcPr>
          <w:p w14:paraId="568F4F8E" w14:textId="77777777" w:rsidR="008B526C" w:rsidRDefault="009D521D">
            <w:r>
              <w:rPr>
                <w:b/>
              </w:rPr>
              <w:t>Week &amp; Strand</w:t>
            </w:r>
          </w:p>
        </w:tc>
        <w:tc>
          <w:tcPr>
            <w:tcW w:w="3360" w:type="dxa"/>
          </w:tcPr>
          <w:p w14:paraId="52EBCD7E" w14:textId="77777777" w:rsidR="008B526C" w:rsidRDefault="009D521D">
            <w:r>
              <w:rPr>
                <w:b/>
              </w:rPr>
              <w:t>Lesson Focus</w:t>
            </w:r>
          </w:p>
        </w:tc>
        <w:tc>
          <w:tcPr>
            <w:tcW w:w="3360" w:type="dxa"/>
          </w:tcPr>
          <w:p w14:paraId="3B374745" w14:textId="77777777" w:rsidR="008B526C" w:rsidRDefault="009D521D">
            <w:r>
              <w:rPr>
                <w:b/>
              </w:rPr>
              <w:t>Explicit EYFS Activity &amp; Practical Guidance</w:t>
            </w:r>
          </w:p>
        </w:tc>
      </w:tr>
      <w:tr w:rsidR="008B526C" w14:paraId="45480A0E" w14:textId="77777777">
        <w:tc>
          <w:tcPr>
            <w:tcW w:w="3360" w:type="dxa"/>
          </w:tcPr>
          <w:p w14:paraId="2AA4C3EC" w14:textId="72F7DCF1" w:rsidR="008B526C" w:rsidRDefault="009D521D">
            <w:r>
              <w:t>Week 1</w:t>
            </w:r>
            <w:r>
              <w:br/>
            </w:r>
            <w:proofErr w:type="spellStart"/>
            <w:r w:rsidR="00BD2D98">
              <w:t>Ten:Ten</w:t>
            </w:r>
            <w:proofErr w:type="spellEnd"/>
          </w:p>
        </w:tc>
        <w:tc>
          <w:tcPr>
            <w:tcW w:w="3360" w:type="dxa"/>
          </w:tcPr>
          <w:p w14:paraId="0DFCED29" w14:textId="77777777" w:rsidR="008B526C" w:rsidRDefault="009D521D">
            <w:r>
              <w:t>My Body, My Rules &amp; Safety (Recap)</w:t>
            </w:r>
          </w:p>
        </w:tc>
        <w:tc>
          <w:tcPr>
            <w:tcW w:w="3360" w:type="dxa"/>
          </w:tcPr>
          <w:p w14:paraId="3B22E8C1" w14:textId="77777777" w:rsidR="008B526C" w:rsidRDefault="009D521D">
            <w:r>
              <w:rPr>
                <w:b/>
              </w:rPr>
              <w:t xml:space="preserve">Theme: </w:t>
            </w:r>
            <w:r>
              <w:t>Reinforcing transition safety rules.</w:t>
            </w:r>
            <w:r>
              <w:br/>
            </w:r>
            <w:r>
              <w:br/>
            </w:r>
            <w:r>
              <w:rPr>
                <w:b/>
              </w:rPr>
              <w:t xml:space="preserve">Practical Activity: </w:t>
            </w:r>
            <w:r>
              <w:t>Revisit privacy rules. Use a sorting game of 'Safe Secrets' (a surprise party or hidden gift) vs. 'Unsafe Secrets' (someone hurting you or making you feel bad), emphasizing always telling an adult.</w:t>
            </w:r>
          </w:p>
        </w:tc>
      </w:tr>
      <w:tr w:rsidR="008B526C" w14:paraId="6D9BFF95" w14:textId="77777777">
        <w:tc>
          <w:tcPr>
            <w:tcW w:w="3360" w:type="dxa"/>
          </w:tcPr>
          <w:p w14:paraId="77B6A209" w14:textId="2AE153AD" w:rsidR="008B526C" w:rsidRDefault="009D521D">
            <w:r>
              <w:t>Week 2</w:t>
            </w:r>
            <w:r>
              <w:br/>
            </w:r>
            <w:proofErr w:type="spellStart"/>
            <w:r w:rsidR="00BD2D98">
              <w:t>Ten:Ten</w:t>
            </w:r>
            <w:proofErr w:type="spellEnd"/>
          </w:p>
        </w:tc>
        <w:tc>
          <w:tcPr>
            <w:tcW w:w="3360" w:type="dxa"/>
          </w:tcPr>
          <w:p w14:paraId="34732323" w14:textId="77777777" w:rsidR="008B526C" w:rsidRDefault="009D521D">
            <w:r>
              <w:t>Emotional Well-being</w:t>
            </w:r>
          </w:p>
        </w:tc>
        <w:tc>
          <w:tcPr>
            <w:tcW w:w="3360" w:type="dxa"/>
          </w:tcPr>
          <w:p w14:paraId="4017D6E6" w14:textId="77777777" w:rsidR="008B526C" w:rsidRDefault="009D521D">
            <w:r>
              <w:rPr>
                <w:b/>
              </w:rPr>
              <w:t xml:space="preserve">Theme: </w:t>
            </w:r>
            <w:r>
              <w:t>Managing mixed emotions about growing up.</w:t>
            </w:r>
            <w:r>
              <w:br/>
            </w:r>
            <w:r>
              <w:br/>
            </w:r>
            <w:r>
              <w:rPr>
                <w:b/>
              </w:rPr>
              <w:t xml:space="preserve">Practical Activity: </w:t>
            </w:r>
            <w:r>
              <w:t>Read a story about moving up a grade. Draw an outline of a person; on the inside, draw what makes them feel happy about Year 1, and on the outside, draw what makes them feel nervous or unsure.</w:t>
            </w:r>
          </w:p>
        </w:tc>
      </w:tr>
      <w:tr w:rsidR="008B526C" w14:paraId="75C36A2F" w14:textId="77777777">
        <w:tc>
          <w:tcPr>
            <w:tcW w:w="3360" w:type="dxa"/>
          </w:tcPr>
          <w:p w14:paraId="14A8E2A7" w14:textId="77777777" w:rsidR="008B526C" w:rsidRDefault="009D521D">
            <w:r>
              <w:t>Week 3</w:t>
            </w:r>
            <w:r>
              <w:br/>
              <w:t>(British Value)</w:t>
            </w:r>
          </w:p>
        </w:tc>
        <w:tc>
          <w:tcPr>
            <w:tcW w:w="3360" w:type="dxa"/>
          </w:tcPr>
          <w:p w14:paraId="2E0BED52" w14:textId="77777777" w:rsidR="008B526C" w:rsidRDefault="009D521D">
            <w:r>
              <w:t>Democracy &amp; Rule of Law</w:t>
            </w:r>
          </w:p>
        </w:tc>
        <w:tc>
          <w:tcPr>
            <w:tcW w:w="3360" w:type="dxa"/>
          </w:tcPr>
          <w:p w14:paraId="1A9C35AA" w14:textId="77777777" w:rsidR="008B526C" w:rsidRDefault="009D521D">
            <w:r>
              <w:rPr>
                <w:b/>
              </w:rPr>
              <w:t xml:space="preserve">Theme: </w:t>
            </w:r>
            <w:r>
              <w:t>Creating shared rules for Year 1.</w:t>
            </w:r>
            <w:r>
              <w:br/>
            </w:r>
            <w:r>
              <w:br/>
            </w:r>
            <w:r>
              <w:rPr>
                <w:b/>
              </w:rPr>
              <w:t xml:space="preserve">Practical Activity: </w:t>
            </w:r>
            <w:r>
              <w:t>Run a workshop where children pitch rules they think will be essential for their new Year 1 classroom. Vote on the top four rules, sign them with painted handprints, and prepare them to deliver to Year 1.</w:t>
            </w:r>
          </w:p>
        </w:tc>
      </w:tr>
      <w:tr w:rsidR="008B526C" w14:paraId="05CE03C3" w14:textId="77777777">
        <w:tc>
          <w:tcPr>
            <w:tcW w:w="3360" w:type="dxa"/>
          </w:tcPr>
          <w:p w14:paraId="64CD8C73" w14:textId="77777777" w:rsidR="008B526C" w:rsidRDefault="009D521D">
            <w:r>
              <w:t>Week 4</w:t>
            </w:r>
            <w:r>
              <w:br/>
              <w:t>(Wider World)</w:t>
            </w:r>
          </w:p>
        </w:tc>
        <w:tc>
          <w:tcPr>
            <w:tcW w:w="3360" w:type="dxa"/>
          </w:tcPr>
          <w:p w14:paraId="3C920FE3" w14:textId="77777777" w:rsidR="008B526C" w:rsidRDefault="009D521D">
            <w:r>
              <w:t>Moving to Year 1</w:t>
            </w:r>
          </w:p>
        </w:tc>
        <w:tc>
          <w:tcPr>
            <w:tcW w:w="3360" w:type="dxa"/>
          </w:tcPr>
          <w:p w14:paraId="4A7857D3" w14:textId="77777777" w:rsidR="008B526C" w:rsidRDefault="009D521D">
            <w:r>
              <w:rPr>
                <w:b/>
              </w:rPr>
              <w:t xml:space="preserve">Theme: </w:t>
            </w:r>
            <w:r>
              <w:t>Dealing with structural changes.</w:t>
            </w:r>
            <w:r>
              <w:br/>
            </w:r>
            <w:r>
              <w:br/>
            </w:r>
            <w:r>
              <w:rPr>
                <w:b/>
              </w:rPr>
              <w:t xml:space="preserve">Practical Activity: </w:t>
            </w:r>
            <w:r>
              <w:t>Visit the designated Year 1 classroom. Practice sitting at the desks, looking at the layout, and walking through the specific playground areas assigned to Key Stage 1 to dispel physical anxiety.</w:t>
            </w:r>
          </w:p>
        </w:tc>
      </w:tr>
      <w:tr w:rsidR="008B526C" w14:paraId="56393F13" w14:textId="77777777">
        <w:tc>
          <w:tcPr>
            <w:tcW w:w="3360" w:type="dxa"/>
          </w:tcPr>
          <w:p w14:paraId="4B72F59A" w14:textId="77777777" w:rsidR="008B526C" w:rsidRDefault="009D521D">
            <w:r>
              <w:t>Week 5</w:t>
            </w:r>
            <w:r>
              <w:br/>
              <w:t>(Wider World)</w:t>
            </w:r>
          </w:p>
        </w:tc>
        <w:tc>
          <w:tcPr>
            <w:tcW w:w="3360" w:type="dxa"/>
          </w:tcPr>
          <w:p w14:paraId="144503C4" w14:textId="77777777" w:rsidR="008B526C" w:rsidRDefault="009D521D">
            <w:r>
              <w:t>My Goals</w:t>
            </w:r>
          </w:p>
        </w:tc>
        <w:tc>
          <w:tcPr>
            <w:tcW w:w="3360" w:type="dxa"/>
          </w:tcPr>
          <w:p w14:paraId="36AE427B" w14:textId="77777777" w:rsidR="008B526C" w:rsidRDefault="009D521D">
            <w:r>
              <w:rPr>
                <w:b/>
              </w:rPr>
              <w:t xml:space="preserve">Theme: </w:t>
            </w:r>
            <w:r>
              <w:t>Setting personal targets for Year 1.</w:t>
            </w:r>
            <w:r>
              <w:br/>
            </w:r>
            <w:r>
              <w:br/>
            </w:r>
            <w:r>
              <w:rPr>
                <w:b/>
              </w:rPr>
              <w:t xml:space="preserve">Practical Activity: </w:t>
            </w:r>
            <w:r>
              <w:t xml:space="preserve">Children draw a portrait of themselves as a 'big Year 1 student'. Record a voice </w:t>
            </w:r>
            <w:r>
              <w:lastRenderedPageBreak/>
              <w:t>note or sentence dictating one milestone goal they want to accomplish (e.g., 'I want to read big books independently').</w:t>
            </w:r>
          </w:p>
        </w:tc>
      </w:tr>
    </w:tbl>
    <w:p w14:paraId="6D35A64C" w14:textId="77777777" w:rsidR="009D521D" w:rsidRDefault="009D521D" w:rsidP="00BB0478"/>
    <w:sectPr w:rsidR="009D521D" w:rsidSect="00034616">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85393415">
    <w:abstractNumId w:val="8"/>
  </w:num>
  <w:num w:numId="2" w16cid:durableId="824391295">
    <w:abstractNumId w:val="6"/>
  </w:num>
  <w:num w:numId="3" w16cid:durableId="99615606">
    <w:abstractNumId w:val="5"/>
  </w:num>
  <w:num w:numId="4" w16cid:durableId="1479810728">
    <w:abstractNumId w:val="4"/>
  </w:num>
  <w:num w:numId="5" w16cid:durableId="615672417">
    <w:abstractNumId w:val="7"/>
  </w:num>
  <w:num w:numId="6" w16cid:durableId="1455443023">
    <w:abstractNumId w:val="3"/>
  </w:num>
  <w:num w:numId="7" w16cid:durableId="1644770357">
    <w:abstractNumId w:val="2"/>
  </w:num>
  <w:num w:numId="8" w16cid:durableId="711737053">
    <w:abstractNumId w:val="1"/>
  </w:num>
  <w:num w:numId="9" w16cid:durableId="16151375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2E6DE6"/>
    <w:rsid w:val="00326F90"/>
    <w:rsid w:val="007107ED"/>
    <w:rsid w:val="0081400D"/>
    <w:rsid w:val="008B526C"/>
    <w:rsid w:val="009D521D"/>
    <w:rsid w:val="00AA1D8D"/>
    <w:rsid w:val="00B47730"/>
    <w:rsid w:val="00BB0478"/>
    <w:rsid w:val="00BD2D98"/>
    <w:rsid w:val="00CB0664"/>
    <w:rsid w:val="00D0142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6335740"/>
  <w14:defaultImageDpi w14:val="300"/>
  <w15:docId w15:val="{1F63CE81-BBF2-4A33-9D51-B1BA1AAE6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entenresources.co.uk/programmes/life-to-the-full-plus/eyfs/m-1/eyfs_1_created-and-loved-by-god/u-3/eyfs_1-3_emotional-well-being/s-2/all-the-feelings/" TargetMode="External"/><Relationship Id="rId13" Type="http://schemas.openxmlformats.org/officeDocument/2006/relationships/hyperlink" Target="https://www.tentenresources.co.uk/programmes/life-to-the-full-plus/eyfs/m-3/eyfs_3_created-to-live-in-community/u-1/eyfs_3-1_religious-understanding/s-1/god-is-love/" TargetMode="External"/><Relationship Id="rId18" Type="http://schemas.openxmlformats.org/officeDocument/2006/relationships/hyperlink" Target="https://www.tentenresources.co.uk/programmes/life-to-the-full-plus/eyfs/m-1/eyfs_1_created-and-loved-by-god/u-2/eyfs_1-2_me-my-body-my-health/s-3/ready-teddy/" TargetMode="External"/><Relationship Id="rId26" Type="http://schemas.openxmlformats.org/officeDocument/2006/relationships/hyperlink" Target="https://www.tentenresources.co.uk/programmes/life-to-the-full-plus/eyfs/m-3/eyfs_3_created-to-live-in-community/u-2/eyfs_3-2_living-in-the-wider-world/s-1/me-you-us/" TargetMode="External"/><Relationship Id="rId3" Type="http://schemas.openxmlformats.org/officeDocument/2006/relationships/styles" Target="styles.xml"/><Relationship Id="rId21" Type="http://schemas.openxmlformats.org/officeDocument/2006/relationships/hyperlink" Target="https://www.tentenresources.co.uk/programmes/life-to-the-full-plus/eyfs/m-3/eyfs_3_created-to-live-in-community/u-1/eyfs_3-1_religious-understanding/s-2/loving-god-loving-others/" TargetMode="External"/><Relationship Id="rId7" Type="http://schemas.openxmlformats.org/officeDocument/2006/relationships/hyperlink" Target="https://www.tentenresources.co.uk/programmes/life-to-the-full-plus/eyfs/m-1/eyfs_1_created-and-loved-by-god/u-2/eyfs_1-2_me-my-body-my-health/s-1/i-am-me/" TargetMode="External"/><Relationship Id="rId12" Type="http://schemas.openxmlformats.org/officeDocument/2006/relationships/hyperlink" Target="https://www.tentenresources.co.uk/programmes/life-to-the-full-plus/eyfs/m-1/eyfs_1_created-and-loved-by-god/u-2/eyfs_1-2_me-my-body-my-health/s-2/heads-shoulders-knees-and-toes/" TargetMode="External"/><Relationship Id="rId17" Type="http://schemas.openxmlformats.org/officeDocument/2006/relationships/hyperlink" Target="https://www.tentenresources.co.uk/programmes/life-to-the-full-plus/eyfs/m-2/eyfs_2_created-to-love-others/u-1/eyfs_2-1_religious-understanding/s-1/role-model/" TargetMode="External"/><Relationship Id="rId25" Type="http://schemas.openxmlformats.org/officeDocument/2006/relationships/hyperlink" Target="https://www.tentenresources.co.uk/programmes/life-to-the-full-plus/eyfs/m-2/eyfs_2_created-to-love-others/u-4/eyfs_2-4_keeping-safe/s-4/people-who-help-us/" TargetMode="External"/><Relationship Id="rId2" Type="http://schemas.openxmlformats.org/officeDocument/2006/relationships/numbering" Target="numbering.xml"/><Relationship Id="rId16" Type="http://schemas.openxmlformats.org/officeDocument/2006/relationships/hyperlink" Target="https://www.tentenresources.co.uk/programmes/life-to-the-full-plus/eyfs/m-1/eyfs_1_created-and-loved-by-god/u-4/eyfs_1-4_life-cycles/s-1/growing-up/" TargetMode="External"/><Relationship Id="rId20" Type="http://schemas.openxmlformats.org/officeDocument/2006/relationships/hyperlink" Target="https://www.tentenresources.co.uk/programmes/life-to-the-full-plus/eyfs/m-2/eyfs_2_created-to-love-others/u-2/eyfs_2-2_personal-relationships/s-3/forever-friends/" TargetMode="External"/><Relationship Id="rId29"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hyperlink" Target="https://www.tentenresources.co.uk/programmes/life-to-the-full-plus/eyfs/m-1/eyfs_1_created-and-loved-by-god/u-1/eyfs_1-1_religious-understanding/s-1/eyfs_1-1-1_handmade-with-love/" TargetMode="External"/><Relationship Id="rId11" Type="http://schemas.openxmlformats.org/officeDocument/2006/relationships/hyperlink" Target="https://www.tentenresources.co.uk/programmes/life-to-the-full-plus/eyfs/m-2/eyfs_2_created-to-love-others/u-4/eyfs_2-4_keeping-safe/s-3/feeling-poorly/" TargetMode="External"/><Relationship Id="rId24" Type="http://schemas.openxmlformats.org/officeDocument/2006/relationships/hyperlink" Target="https://www.tentenresources.co.uk/programmes/life-to-the-full-plus/eyfs/m-1/eyfs_1_created-and-loved-by-god/u-3/eyfs_1-3_emotional-well-being/s-3/lets-get-real/" TargetMode="External"/><Relationship Id="rId5" Type="http://schemas.openxmlformats.org/officeDocument/2006/relationships/webSettings" Target="webSettings.xml"/><Relationship Id="rId15" Type="http://schemas.openxmlformats.org/officeDocument/2006/relationships/hyperlink" Target="https://www.tentenresources.co.uk/programmes/life-to-the-full-plus/eyfs/m-2/eyfs_2_created-to-love-others/u-3/eyfs_2-3_life-online/s-2/playing-online/" TargetMode="External"/><Relationship Id="rId23" Type="http://schemas.openxmlformats.org/officeDocument/2006/relationships/hyperlink" Target="https://www.tentenresources.co.uk/programmes/life-to-the-full-plus/eyfs/m-2/eyfs_2_created-to-love-others/u-4/eyfs_2-4_keeping-safe/s-2/my-body-my-rules/" TargetMode="External"/><Relationship Id="rId28" Type="http://schemas.openxmlformats.org/officeDocument/2006/relationships/theme" Target="theme/theme1.xml"/><Relationship Id="rId10" Type="http://schemas.openxmlformats.org/officeDocument/2006/relationships/hyperlink" Target="https://www.tentenresources.co.uk/programmes/life-to-the-full-plus/eyfs/m-2/eyfs_2_created-to-love-others/u-4/eyfs_2-4_keeping-safe/s-1/safe-inside-and-out/" TargetMode="External"/><Relationship Id="rId19" Type="http://schemas.openxmlformats.org/officeDocument/2006/relationships/hyperlink" Target="https://www.tentenresources.co.uk/programmes/life-to-the-full-plus/eyfs/m-1/eyfs_1_created-and-loved-by-god/u-3/eyfs_1-3_emotional-well-being/s-1/i-like-you-like-we-all-like/" TargetMode="External"/><Relationship Id="rId31"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yperlink" Target="https://www.tentenresources.co.uk/programmes/life-to-the-full-plus/eyfs/m-2/eyfs_2_created-to-love-others/u-2/eyfs_2-2_personal-relationships/s-1/whos-who/" TargetMode="External"/><Relationship Id="rId14" Type="http://schemas.openxmlformats.org/officeDocument/2006/relationships/hyperlink" Target="https://www.tentenresources.co.uk/programmes/life-to-the-full-plus/eyfs/m-2/eyfs_2_created-to-love-others/u-2/eyfs_2-2_personal-relationships/s-2/youve-got-a-friend-in-me/" TargetMode="External"/><Relationship Id="rId22" Type="http://schemas.openxmlformats.org/officeDocument/2006/relationships/hyperlink" Target="https://www.tentenresources.co.uk/programmes/life-to-the-full-plus/eyfs/m-2/eyfs_2_created-to-love-others/u-3/eyfs_2-3_life-online/s-1/what-is-the-internet/" TargetMode="External"/><Relationship Id="rId27" Type="http://schemas.openxmlformats.org/officeDocument/2006/relationships/fontTable" Target="fontTable.xml"/><Relationship Id="rId30"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ABD472F209F0645B17656BBE4BCDA90" ma:contentTypeVersion="19" ma:contentTypeDescription="Create a new document." ma:contentTypeScope="" ma:versionID="236f273463d32020f296d5df47116adc">
  <xsd:schema xmlns:xsd="http://www.w3.org/2001/XMLSchema" xmlns:xs="http://www.w3.org/2001/XMLSchema" xmlns:p="http://schemas.microsoft.com/office/2006/metadata/properties" xmlns:ns2="58b774ed-12d4-4705-91db-dffc7e1518d3" xmlns:ns3="9af69521-86ed-43b3-b6dd-d0c277c60d4c" targetNamespace="http://schemas.microsoft.com/office/2006/metadata/properties" ma:root="true" ma:fieldsID="260f7d808f14c53a84baf08707c0a56d" ns2:_="" ns3:_="">
    <xsd:import namespace="58b774ed-12d4-4705-91db-dffc7e1518d3"/>
    <xsd:import namespace="9af69521-86ed-43b3-b6dd-d0c277c60d4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b774ed-12d4-4705-91db-dffc7e1518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bbd3311-be07-4d0c-98b0-b2ffadc787e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f69521-86ed-43b3-b6dd-d0c277c60d4c"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080d1b3d-83b1-4830-b196-f9ad2e8f006c}" ma:internalName="TaxCatchAll" ma:showField="CatchAllData" ma:web="9af69521-86ed-43b3-b6dd-d0c277c60d4c">
      <xsd:complexType>
        <xsd:complexContent>
          <xsd:extension base="dms:MultiChoiceLookup">
            <xsd:sequence>
              <xsd:element name="Value" type="dms:Lookup" maxOccurs="unbounded" minOccurs="0" nillable="true"/>
            </xsd:sequence>
          </xsd:extension>
        </xsd:complexContent>
      </xsd:complexType>
    </xsd:element>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8b774ed-12d4-4705-91db-dffc7e1518d3">
      <Terms xmlns="http://schemas.microsoft.com/office/infopath/2007/PartnerControls"/>
    </lcf76f155ced4ddcb4097134ff3c332f>
    <TaxCatchAll xmlns="9af69521-86ed-43b3-b6dd-d0c277c60d4c" xsi:nil="true"/>
    <SharedWithUsers xmlns="9af69521-86ed-43b3-b6dd-d0c277c60d4c">
      <UserInfo>
        <DisplayName/>
        <AccountId xsi:nil="true"/>
        <AccountType/>
      </UserInfo>
    </SharedWithUsers>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51D660A2-9B47-4BD8-847B-B210D453B633}"/>
</file>

<file path=customXml/itemProps3.xml><?xml version="1.0" encoding="utf-8"?>
<ds:datastoreItem xmlns:ds="http://schemas.openxmlformats.org/officeDocument/2006/customXml" ds:itemID="{B786AC04-18E1-455C-B3AC-0535759AE90C}"/>
</file>

<file path=customXml/itemProps4.xml><?xml version="1.0" encoding="utf-8"?>
<ds:datastoreItem xmlns:ds="http://schemas.openxmlformats.org/officeDocument/2006/customXml" ds:itemID="{C9A03651-80F4-4080-94C5-8859153628AB}"/>
</file>

<file path=docProps/app.xml><?xml version="1.0" encoding="utf-8"?>
<Properties xmlns="http://schemas.openxmlformats.org/officeDocument/2006/extended-properties" xmlns:vt="http://schemas.openxmlformats.org/officeDocument/2006/docPropsVTypes">
  <Template>Normal</Template>
  <TotalTime>2</TotalTime>
  <Pages>13</Pages>
  <Words>3465</Words>
  <Characters>19754</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23173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Richards, Dean</cp:lastModifiedBy>
  <cp:revision>3</cp:revision>
  <dcterms:created xsi:type="dcterms:W3CDTF">2026-09-16T22:24:00Z</dcterms:created>
  <dcterms:modified xsi:type="dcterms:W3CDTF">2026-09-17T00:17:00Z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2797972-95f5-4c5d-a2b2-c3b9e4e4b1d4_Enabled">
    <vt:lpwstr>true</vt:lpwstr>
  </property>
  <property fmtid="{D5CDD505-2E9C-101B-9397-08002B2CF9AE}" pid="3" name="MSIP_Label_02797972-95f5-4c5d-a2b2-c3b9e4e4b1d4_SetDate">
    <vt:lpwstr>2026-09-16T21:58:04Z</vt:lpwstr>
  </property>
  <property fmtid="{D5CDD505-2E9C-101B-9397-08002B2CF9AE}" pid="4" name="MSIP_Label_02797972-95f5-4c5d-a2b2-c3b9e4e4b1d4_Method">
    <vt:lpwstr>Privileged</vt:lpwstr>
  </property>
  <property fmtid="{D5CDD505-2E9C-101B-9397-08002B2CF9AE}" pid="5" name="MSIP_Label_02797972-95f5-4c5d-a2b2-c3b9e4e4b1d4_Name">
    <vt:lpwstr>Public</vt:lpwstr>
  </property>
  <property fmtid="{D5CDD505-2E9C-101B-9397-08002B2CF9AE}" pid="6" name="MSIP_Label_02797972-95f5-4c5d-a2b2-c3b9e4e4b1d4_SiteId">
    <vt:lpwstr>bd62c4de-3c33-4404-b229-99701ca75a56</vt:lpwstr>
  </property>
  <property fmtid="{D5CDD505-2E9C-101B-9397-08002B2CF9AE}" pid="7" name="MSIP_Label_02797972-95f5-4c5d-a2b2-c3b9e4e4b1d4_ActionId">
    <vt:lpwstr>b7a0767b-ddea-494a-9f17-9a4ae7f84023</vt:lpwstr>
  </property>
  <property fmtid="{D5CDD505-2E9C-101B-9397-08002B2CF9AE}" pid="8" name="MSIP_Label_02797972-95f5-4c5d-a2b2-c3b9e4e4b1d4_ContentBits">
    <vt:lpwstr>0</vt:lpwstr>
  </property>
  <property fmtid="{D5CDD505-2E9C-101B-9397-08002B2CF9AE}" pid="9" name="MSIP_Label_02797972-95f5-4c5d-a2b2-c3b9e4e4b1d4_Tag">
    <vt:lpwstr>10, 0, 1, 1</vt:lpwstr>
  </property>
  <property fmtid="{D5CDD505-2E9C-101B-9397-08002B2CF9AE}" pid="10" name="ContentTypeId">
    <vt:lpwstr>0x0101002ABD472F209F0645B17656BBE4BCDA90</vt:lpwstr>
  </property>
  <property fmtid="{D5CDD505-2E9C-101B-9397-08002B2CF9AE}" pid="11" name="Order">
    <vt:r8>35200</vt:r8>
  </property>
  <property fmtid="{D5CDD505-2E9C-101B-9397-08002B2CF9AE}" pid="12" name="TriggerFlowInfo">
    <vt:lpwstr/>
  </property>
  <property fmtid="{D5CDD505-2E9C-101B-9397-08002B2CF9AE}" pid="13" name="_SourceUrl">
    <vt:lpwstr/>
  </property>
  <property fmtid="{D5CDD505-2E9C-101B-9397-08002B2CF9AE}" pid="14" name="_SharedFileIndex">
    <vt:lpwstr/>
  </property>
  <property fmtid="{D5CDD505-2E9C-101B-9397-08002B2CF9AE}" pid="15" name="ComplianceAssetId">
    <vt:lpwstr/>
  </property>
  <property fmtid="{D5CDD505-2E9C-101B-9397-08002B2CF9AE}" pid="16" name="_ExtendedDescription">
    <vt:lpwstr/>
  </property>
  <property fmtid="{D5CDD505-2E9C-101B-9397-08002B2CF9AE}" pid="17" name="MediaServiceImageTags">
    <vt:lpwstr/>
  </property>
</Properties>
</file>